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30B1" w:rsidRPr="00893967" w:rsidRDefault="00B80B63">
      <w:pPr>
        <w:jc w:val="center"/>
        <w:rPr>
          <w:lang w:val="ru-RU"/>
        </w:rPr>
      </w:pPr>
      <w:r w:rsidRPr="00893967">
        <w:rPr>
          <w:b/>
          <w:sz w:val="26"/>
          <w:lang w:val="ru-RU"/>
        </w:rPr>
        <w:t>Фестиваль «Родные города»</w:t>
      </w:r>
    </w:p>
    <w:p w:rsidR="002530B1" w:rsidRPr="00893967" w:rsidRDefault="00B80B63">
      <w:pPr>
        <w:spacing w:after="240"/>
        <w:jc w:val="center"/>
        <w:rPr>
          <w:lang w:val="ru-RU"/>
        </w:rPr>
      </w:pPr>
      <w:r w:rsidRPr="00893967">
        <w:rPr>
          <w:b/>
          <w:sz w:val="24"/>
          <w:lang w:val="ru-RU"/>
        </w:rPr>
        <w:t>Итоговый протокол соревнования: Первенство Алтайского края</w:t>
      </w:r>
    </w:p>
    <w:p w:rsidR="002530B1" w:rsidRDefault="00B80B63">
      <w:pPr>
        <w:spacing w:after="120"/>
      </w:pPr>
      <w:r>
        <w:rPr>
          <w:b/>
          <w:sz w:val="22"/>
        </w:rPr>
        <w:t>Итоговая таблица</w:t>
      </w:r>
    </w:p>
    <w:tbl>
      <w:tblPr>
        <w:tblW w:w="0" w:type="auto"/>
        <w:jc w:val="center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E0E0E0"/>
          <w:insideV w:val="single" w:sz="4" w:space="0" w:color="E0E0E0"/>
        </w:tblBorders>
        <w:tblLook w:val="04A0" w:firstRow="1" w:lastRow="0" w:firstColumn="1" w:lastColumn="0" w:noHBand="0" w:noVBand="1"/>
      </w:tblPr>
      <w:tblGrid>
        <w:gridCol w:w="1166"/>
        <w:gridCol w:w="1400"/>
        <w:gridCol w:w="1170"/>
        <w:gridCol w:w="1170"/>
        <w:gridCol w:w="1170"/>
        <w:gridCol w:w="1170"/>
        <w:gridCol w:w="1176"/>
        <w:gridCol w:w="1181"/>
        <w:gridCol w:w="1187"/>
      </w:tblGrid>
      <w:tr w:rsidR="002530B1">
        <w:trPr>
          <w:jc w:val="center"/>
        </w:trPr>
        <w:tc>
          <w:tcPr>
            <w:tcW w:w="1200" w:type="dxa"/>
            <w:shd w:val="clear" w:color="auto" w:fill="1F4E78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2530B1" w:rsidRDefault="00B80B63">
            <w:pPr>
              <w:jc w:val="center"/>
            </w:pPr>
            <w:r>
              <w:rPr>
                <w:b/>
                <w:color w:val="FFFFFF"/>
              </w:rPr>
              <w:t>№</w:t>
            </w:r>
          </w:p>
        </w:tc>
        <w:tc>
          <w:tcPr>
            <w:tcW w:w="1200" w:type="dxa"/>
            <w:shd w:val="clear" w:color="auto" w:fill="1F4E78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2530B1" w:rsidRDefault="00B80B63">
            <w:pPr>
              <w:jc w:val="center"/>
            </w:pPr>
            <w:r>
              <w:rPr>
                <w:b/>
                <w:color w:val="FFFFFF"/>
              </w:rPr>
              <w:t>Название команды</w:t>
            </w:r>
          </w:p>
        </w:tc>
        <w:tc>
          <w:tcPr>
            <w:tcW w:w="1200" w:type="dxa"/>
            <w:shd w:val="clear" w:color="auto" w:fill="1F4E78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2530B1" w:rsidRDefault="00B80B63">
            <w:pPr>
              <w:jc w:val="center"/>
            </w:pPr>
            <w:r>
              <w:rPr>
                <w:b/>
                <w:color w:val="FFFFFF"/>
              </w:rPr>
              <w:t>1</w:t>
            </w:r>
          </w:p>
        </w:tc>
        <w:tc>
          <w:tcPr>
            <w:tcW w:w="1200" w:type="dxa"/>
            <w:shd w:val="clear" w:color="auto" w:fill="1F4E78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2530B1" w:rsidRDefault="00B80B63">
            <w:pPr>
              <w:jc w:val="center"/>
            </w:pPr>
            <w:r>
              <w:rPr>
                <w:b/>
                <w:color w:val="FFFFFF"/>
              </w:rPr>
              <w:t>2</w:t>
            </w:r>
          </w:p>
        </w:tc>
        <w:tc>
          <w:tcPr>
            <w:tcW w:w="1200" w:type="dxa"/>
            <w:shd w:val="clear" w:color="auto" w:fill="1F4E78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2530B1" w:rsidRDefault="00B80B63">
            <w:pPr>
              <w:jc w:val="center"/>
            </w:pPr>
            <w:r>
              <w:rPr>
                <w:b/>
                <w:color w:val="FFFFFF"/>
              </w:rPr>
              <w:t>3</w:t>
            </w:r>
          </w:p>
        </w:tc>
        <w:tc>
          <w:tcPr>
            <w:tcW w:w="1200" w:type="dxa"/>
            <w:shd w:val="clear" w:color="auto" w:fill="1F4E78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2530B1" w:rsidRDefault="00B80B63">
            <w:pPr>
              <w:jc w:val="center"/>
            </w:pPr>
            <w:r>
              <w:rPr>
                <w:b/>
                <w:color w:val="FFFFFF"/>
              </w:rPr>
              <w:t>4</w:t>
            </w:r>
          </w:p>
        </w:tc>
        <w:tc>
          <w:tcPr>
            <w:tcW w:w="1200" w:type="dxa"/>
            <w:shd w:val="clear" w:color="auto" w:fill="1F4E78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2530B1" w:rsidRDefault="00B80B63">
            <w:pPr>
              <w:jc w:val="center"/>
            </w:pPr>
            <w:r>
              <w:rPr>
                <w:b/>
                <w:color w:val="FFFFFF"/>
              </w:rPr>
              <w:t>РШ</w:t>
            </w:r>
          </w:p>
        </w:tc>
        <w:tc>
          <w:tcPr>
            <w:tcW w:w="1200" w:type="dxa"/>
            <w:shd w:val="clear" w:color="auto" w:fill="1F4E78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2530B1" w:rsidRDefault="00B80B63">
            <w:pPr>
              <w:jc w:val="center"/>
            </w:pPr>
            <w:r>
              <w:rPr>
                <w:b/>
                <w:color w:val="FFFFFF"/>
              </w:rPr>
              <w:t>Очки</w:t>
            </w:r>
          </w:p>
        </w:tc>
        <w:tc>
          <w:tcPr>
            <w:tcW w:w="1200" w:type="dxa"/>
            <w:shd w:val="clear" w:color="auto" w:fill="1F4E78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2530B1" w:rsidRDefault="00B80B63">
            <w:pPr>
              <w:jc w:val="center"/>
            </w:pPr>
            <w:r>
              <w:rPr>
                <w:b/>
                <w:color w:val="FFFFFF"/>
              </w:rPr>
              <w:t>Место</w:t>
            </w:r>
          </w:p>
        </w:tc>
      </w:tr>
      <w:tr w:rsidR="002530B1">
        <w:trPr>
          <w:jc w:val="center"/>
        </w:trPr>
        <w:tc>
          <w:tcPr>
            <w:tcW w:w="1200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530B1" w:rsidRDefault="00B80B63">
            <w:pPr>
              <w:jc w:val="center"/>
            </w:pPr>
            <w:r>
              <w:rPr>
                <w:b/>
              </w:rPr>
              <w:t>1</w:t>
            </w:r>
          </w:p>
        </w:tc>
        <w:tc>
          <w:tcPr>
            <w:tcW w:w="1200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530B1" w:rsidRDefault="00B80B63">
            <w:r>
              <w:t>Алтай</w:t>
            </w:r>
          </w:p>
        </w:tc>
        <w:tc>
          <w:tcPr>
            <w:tcW w:w="1200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530B1" w:rsidRDefault="00B80B63">
            <w:pPr>
              <w:jc w:val="center"/>
            </w:pPr>
            <w:r>
              <w:t>-------</w:t>
            </w:r>
          </w:p>
        </w:tc>
        <w:tc>
          <w:tcPr>
            <w:tcW w:w="1200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530B1" w:rsidRDefault="00B80B63">
            <w:pPr>
              <w:jc w:val="center"/>
            </w:pPr>
            <w:r>
              <w:t>3:3</w:t>
            </w:r>
            <w:r>
              <w:br/>
              <w:t>(1)</w:t>
            </w:r>
          </w:p>
        </w:tc>
        <w:tc>
          <w:tcPr>
            <w:tcW w:w="1200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530B1" w:rsidRDefault="00B80B63">
            <w:pPr>
              <w:jc w:val="center"/>
            </w:pPr>
            <w:r>
              <w:t>6:0</w:t>
            </w:r>
            <w:r>
              <w:br/>
              <w:t>(2)</w:t>
            </w:r>
          </w:p>
        </w:tc>
        <w:tc>
          <w:tcPr>
            <w:tcW w:w="1200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530B1" w:rsidRDefault="00B80B63">
            <w:pPr>
              <w:jc w:val="center"/>
            </w:pPr>
            <w:r>
              <w:t>8:1</w:t>
            </w:r>
            <w:r>
              <w:br/>
              <w:t>(2)</w:t>
            </w:r>
          </w:p>
        </w:tc>
        <w:tc>
          <w:tcPr>
            <w:tcW w:w="1200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530B1" w:rsidRDefault="00B80B63">
            <w:pPr>
              <w:jc w:val="center"/>
            </w:pPr>
            <w:r>
              <w:t>17/4</w:t>
            </w:r>
          </w:p>
        </w:tc>
        <w:tc>
          <w:tcPr>
            <w:tcW w:w="1200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530B1" w:rsidRDefault="00B80B63">
            <w:pPr>
              <w:jc w:val="center"/>
            </w:pPr>
            <w:r>
              <w:rPr>
                <w:b/>
              </w:rPr>
              <w:t>5</w:t>
            </w:r>
          </w:p>
        </w:tc>
        <w:tc>
          <w:tcPr>
            <w:tcW w:w="1200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530B1" w:rsidRDefault="00B80B63">
            <w:pPr>
              <w:jc w:val="center"/>
            </w:pPr>
            <w:r>
              <w:rPr>
                <w:b/>
              </w:rPr>
              <w:t>1</w:t>
            </w:r>
          </w:p>
        </w:tc>
      </w:tr>
      <w:tr w:rsidR="002530B1">
        <w:trPr>
          <w:jc w:val="center"/>
        </w:trPr>
        <w:tc>
          <w:tcPr>
            <w:tcW w:w="1200" w:type="dxa"/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530B1" w:rsidRDefault="00B80B63">
            <w:pPr>
              <w:jc w:val="center"/>
            </w:pPr>
            <w:r>
              <w:rPr>
                <w:b/>
              </w:rPr>
              <w:t>2</w:t>
            </w:r>
          </w:p>
        </w:tc>
        <w:tc>
          <w:tcPr>
            <w:tcW w:w="1200" w:type="dxa"/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530B1" w:rsidRDefault="00B80B63">
            <w:r>
              <w:t>Дети Ангелы</w:t>
            </w:r>
          </w:p>
        </w:tc>
        <w:tc>
          <w:tcPr>
            <w:tcW w:w="1200" w:type="dxa"/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530B1" w:rsidRDefault="00B80B63">
            <w:pPr>
              <w:jc w:val="center"/>
            </w:pPr>
            <w:r>
              <w:t>3:3</w:t>
            </w:r>
            <w:r>
              <w:br/>
              <w:t>(1)</w:t>
            </w:r>
          </w:p>
        </w:tc>
        <w:tc>
          <w:tcPr>
            <w:tcW w:w="1200" w:type="dxa"/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530B1" w:rsidRDefault="00B80B63">
            <w:pPr>
              <w:jc w:val="center"/>
            </w:pPr>
            <w:r>
              <w:t>-------</w:t>
            </w:r>
          </w:p>
        </w:tc>
        <w:tc>
          <w:tcPr>
            <w:tcW w:w="1200" w:type="dxa"/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530B1" w:rsidRDefault="00B80B63">
            <w:pPr>
              <w:jc w:val="center"/>
            </w:pPr>
            <w:r>
              <w:t>6:0</w:t>
            </w:r>
            <w:r>
              <w:br/>
              <w:t>(2)</w:t>
            </w:r>
          </w:p>
        </w:tc>
        <w:tc>
          <w:tcPr>
            <w:tcW w:w="1200" w:type="dxa"/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530B1" w:rsidRDefault="00B80B63">
            <w:pPr>
              <w:jc w:val="center"/>
            </w:pPr>
            <w:r>
              <w:t>6:1</w:t>
            </w:r>
            <w:r>
              <w:br/>
              <w:t>(2)</w:t>
            </w:r>
          </w:p>
        </w:tc>
        <w:tc>
          <w:tcPr>
            <w:tcW w:w="1200" w:type="dxa"/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530B1" w:rsidRDefault="00B80B63">
            <w:pPr>
              <w:jc w:val="center"/>
            </w:pPr>
            <w:r>
              <w:t>15/4</w:t>
            </w:r>
          </w:p>
        </w:tc>
        <w:tc>
          <w:tcPr>
            <w:tcW w:w="1200" w:type="dxa"/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530B1" w:rsidRDefault="00B80B63">
            <w:pPr>
              <w:jc w:val="center"/>
            </w:pPr>
            <w:r>
              <w:rPr>
                <w:b/>
              </w:rPr>
              <w:t>5</w:t>
            </w:r>
          </w:p>
        </w:tc>
        <w:tc>
          <w:tcPr>
            <w:tcW w:w="1200" w:type="dxa"/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530B1" w:rsidRDefault="00B80B63">
            <w:pPr>
              <w:jc w:val="center"/>
            </w:pPr>
            <w:r>
              <w:rPr>
                <w:b/>
              </w:rPr>
              <w:t>2</w:t>
            </w:r>
          </w:p>
        </w:tc>
      </w:tr>
      <w:tr w:rsidR="002530B1">
        <w:trPr>
          <w:jc w:val="center"/>
        </w:trPr>
        <w:tc>
          <w:tcPr>
            <w:tcW w:w="1200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530B1" w:rsidRDefault="00B80B63">
            <w:pPr>
              <w:jc w:val="center"/>
            </w:pPr>
            <w:r>
              <w:rPr>
                <w:b/>
              </w:rPr>
              <w:t>3</w:t>
            </w:r>
          </w:p>
        </w:tc>
        <w:tc>
          <w:tcPr>
            <w:tcW w:w="1200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530B1" w:rsidRDefault="00B80B63">
            <w:r>
              <w:t>Сборная Алтайского края</w:t>
            </w:r>
          </w:p>
        </w:tc>
        <w:tc>
          <w:tcPr>
            <w:tcW w:w="1200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530B1" w:rsidRDefault="00B80B63">
            <w:pPr>
              <w:jc w:val="center"/>
            </w:pPr>
            <w:r>
              <w:t>0:6</w:t>
            </w:r>
            <w:r>
              <w:br/>
              <w:t>(0)</w:t>
            </w:r>
          </w:p>
        </w:tc>
        <w:tc>
          <w:tcPr>
            <w:tcW w:w="1200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530B1" w:rsidRDefault="00B80B63">
            <w:pPr>
              <w:jc w:val="center"/>
            </w:pPr>
            <w:r>
              <w:t>0:6</w:t>
            </w:r>
            <w:r>
              <w:br/>
              <w:t>(0)</w:t>
            </w:r>
          </w:p>
        </w:tc>
        <w:tc>
          <w:tcPr>
            <w:tcW w:w="1200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530B1" w:rsidRDefault="00B80B63">
            <w:pPr>
              <w:jc w:val="center"/>
            </w:pPr>
            <w:r>
              <w:t>-------</w:t>
            </w:r>
          </w:p>
        </w:tc>
        <w:tc>
          <w:tcPr>
            <w:tcW w:w="1200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530B1" w:rsidRDefault="00B80B63">
            <w:pPr>
              <w:jc w:val="center"/>
            </w:pPr>
            <w:r>
              <w:t>3:2</w:t>
            </w:r>
            <w:r>
              <w:br/>
              <w:t>(2)</w:t>
            </w:r>
          </w:p>
        </w:tc>
        <w:tc>
          <w:tcPr>
            <w:tcW w:w="1200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530B1" w:rsidRDefault="002530B1">
            <w:pPr>
              <w:jc w:val="center"/>
            </w:pPr>
          </w:p>
        </w:tc>
        <w:tc>
          <w:tcPr>
            <w:tcW w:w="1200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530B1" w:rsidRDefault="00B80B63">
            <w:pPr>
              <w:jc w:val="center"/>
            </w:pPr>
            <w:r>
              <w:rPr>
                <w:b/>
              </w:rPr>
              <w:t>2</w:t>
            </w:r>
          </w:p>
        </w:tc>
        <w:tc>
          <w:tcPr>
            <w:tcW w:w="1200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530B1" w:rsidRDefault="00B80B63">
            <w:pPr>
              <w:jc w:val="center"/>
            </w:pPr>
            <w:r>
              <w:rPr>
                <w:b/>
              </w:rPr>
              <w:t>3</w:t>
            </w:r>
          </w:p>
        </w:tc>
      </w:tr>
      <w:tr w:rsidR="002530B1">
        <w:trPr>
          <w:jc w:val="center"/>
        </w:trPr>
        <w:tc>
          <w:tcPr>
            <w:tcW w:w="1200" w:type="dxa"/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530B1" w:rsidRDefault="00B80B63">
            <w:pPr>
              <w:jc w:val="center"/>
            </w:pPr>
            <w:r>
              <w:rPr>
                <w:b/>
              </w:rPr>
              <w:t>4</w:t>
            </w:r>
          </w:p>
        </w:tc>
        <w:tc>
          <w:tcPr>
            <w:tcW w:w="1200" w:type="dxa"/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530B1" w:rsidRDefault="00B80B63">
            <w:r>
              <w:t>Воители</w:t>
            </w:r>
          </w:p>
        </w:tc>
        <w:tc>
          <w:tcPr>
            <w:tcW w:w="1200" w:type="dxa"/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530B1" w:rsidRDefault="00B80B63">
            <w:pPr>
              <w:jc w:val="center"/>
            </w:pPr>
            <w:r>
              <w:t>1:8</w:t>
            </w:r>
            <w:r>
              <w:br/>
              <w:t>(0)</w:t>
            </w:r>
          </w:p>
        </w:tc>
        <w:tc>
          <w:tcPr>
            <w:tcW w:w="1200" w:type="dxa"/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530B1" w:rsidRDefault="00B80B63">
            <w:pPr>
              <w:jc w:val="center"/>
            </w:pPr>
            <w:r>
              <w:t>1:6</w:t>
            </w:r>
            <w:r>
              <w:br/>
              <w:t>(0)</w:t>
            </w:r>
          </w:p>
        </w:tc>
        <w:tc>
          <w:tcPr>
            <w:tcW w:w="1200" w:type="dxa"/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530B1" w:rsidRDefault="00B80B63">
            <w:pPr>
              <w:jc w:val="center"/>
            </w:pPr>
            <w:r>
              <w:t>2:3</w:t>
            </w:r>
            <w:r>
              <w:br/>
              <w:t>(0)</w:t>
            </w:r>
          </w:p>
        </w:tc>
        <w:tc>
          <w:tcPr>
            <w:tcW w:w="1200" w:type="dxa"/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530B1" w:rsidRDefault="00B80B63">
            <w:pPr>
              <w:jc w:val="center"/>
            </w:pPr>
            <w:r>
              <w:t>-------</w:t>
            </w:r>
          </w:p>
        </w:tc>
        <w:tc>
          <w:tcPr>
            <w:tcW w:w="1200" w:type="dxa"/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530B1" w:rsidRDefault="002530B1">
            <w:pPr>
              <w:jc w:val="center"/>
            </w:pPr>
          </w:p>
        </w:tc>
        <w:tc>
          <w:tcPr>
            <w:tcW w:w="1200" w:type="dxa"/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530B1" w:rsidRDefault="00B80B63">
            <w:pPr>
              <w:jc w:val="center"/>
            </w:pPr>
            <w:r>
              <w:rPr>
                <w:b/>
              </w:rPr>
              <w:t>0</w:t>
            </w:r>
          </w:p>
        </w:tc>
        <w:tc>
          <w:tcPr>
            <w:tcW w:w="1200" w:type="dxa"/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2530B1" w:rsidRDefault="00B80B63">
            <w:pPr>
              <w:jc w:val="center"/>
            </w:pPr>
            <w:r>
              <w:rPr>
                <w:b/>
              </w:rPr>
              <w:t>4</w:t>
            </w:r>
          </w:p>
        </w:tc>
      </w:tr>
    </w:tbl>
    <w:p w:rsidR="002530B1" w:rsidRDefault="002530B1">
      <w:pPr>
        <w:spacing w:after="240"/>
      </w:pPr>
    </w:p>
    <w:p w:rsidR="00B80B63" w:rsidRDefault="00B80B63">
      <w:bookmarkStart w:id="0" w:name="_GoBack"/>
      <w:bookmarkEnd w:id="0"/>
    </w:p>
    <w:sectPr w:rsidR="00B80B63" w:rsidSect="0003461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530B1"/>
    <w:rsid w:val="0029639D"/>
    <w:rsid w:val="00326F90"/>
    <w:rsid w:val="00893967"/>
    <w:rsid w:val="00AA1D8D"/>
    <w:rsid w:val="00B47730"/>
    <w:rsid w:val="00B80B63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D45CC3A"/>
  <w14:defaultImageDpi w14:val="300"/>
  <w15:docId w15:val="{34D0C6C1-D43C-4BFD-8336-997E2A7CA9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rPr>
      <w:rFonts w:ascii="Arial" w:hAnsi="Arial"/>
      <w:sz w:val="21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A60A1E1-D9D3-414B-AC61-E922C1EC44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54</Words>
  <Characters>310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363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victor</cp:lastModifiedBy>
  <cp:revision>3</cp:revision>
  <dcterms:created xsi:type="dcterms:W3CDTF">2026-10-15T14:36:00Z</dcterms:created>
  <dcterms:modified xsi:type="dcterms:W3CDTF">2026-10-15T14:36:00Z</dcterms:modified>
  <cp:category/>
</cp:coreProperties>
</file>