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181" w:rsidRPr="00F6019E" w:rsidRDefault="00F6019E">
      <w:pPr>
        <w:jc w:val="center"/>
        <w:rPr>
          <w:lang w:val="ru-RU"/>
        </w:rPr>
      </w:pPr>
      <w:r w:rsidRPr="00F6019E">
        <w:rPr>
          <w:rFonts w:ascii="Arial" w:hAnsi="Arial"/>
          <w:b/>
          <w:color w:val="1A365D"/>
          <w:sz w:val="32"/>
          <w:lang w:val="ru-RU"/>
        </w:rPr>
        <w:t>Фестиваль «Родные города»</w:t>
      </w:r>
    </w:p>
    <w:p w:rsidR="00A40181" w:rsidRDefault="00F6019E">
      <w:pPr>
        <w:jc w:val="center"/>
      </w:pPr>
      <w:r w:rsidRPr="00F6019E">
        <w:rPr>
          <w:rFonts w:ascii="Arial" w:hAnsi="Arial"/>
          <w:i/>
          <w:color w:val="4A5568"/>
          <w:sz w:val="24"/>
          <w:lang w:val="ru-RU"/>
        </w:rPr>
        <w:t xml:space="preserve">Итоговый протокол соревнования. </w:t>
      </w:r>
      <w:r>
        <w:rPr>
          <w:rFonts w:ascii="Arial" w:hAnsi="Arial"/>
          <w:i/>
          <w:color w:val="4A5568"/>
          <w:sz w:val="24"/>
        </w:rPr>
        <w:t>Итоговая таблица</w:t>
      </w:r>
    </w:p>
    <w:p w:rsidR="00A40181" w:rsidRDefault="00A40181"/>
    <w:tbl>
      <w:tblPr>
        <w:tblW w:w="0" w:type="auto"/>
        <w:jc w:val="center"/>
        <w:tblBorders>
          <w:top w:val="single" w:sz="4" w:space="0" w:color="CCCCCC"/>
          <w:bottom w:val="single" w:sz="6" w:space="0" w:color="888888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1131"/>
        <w:gridCol w:w="1248"/>
        <w:gridCol w:w="1131"/>
        <w:gridCol w:w="1131"/>
        <w:gridCol w:w="1131"/>
        <w:gridCol w:w="1131"/>
        <w:gridCol w:w="1131"/>
        <w:gridCol w:w="1131"/>
        <w:gridCol w:w="1131"/>
      </w:tblGrid>
      <w:tr w:rsidR="00A40181">
        <w:trPr>
          <w:jc w:val="center"/>
        </w:trPr>
        <w:tc>
          <w:tcPr>
            <w:tcW w:w="1131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№</w:t>
            </w:r>
          </w:p>
        </w:tc>
        <w:tc>
          <w:tcPr>
            <w:tcW w:w="1131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Название команды</w:t>
            </w:r>
          </w:p>
        </w:tc>
        <w:tc>
          <w:tcPr>
            <w:tcW w:w="1131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1</w:t>
            </w:r>
          </w:p>
        </w:tc>
        <w:tc>
          <w:tcPr>
            <w:tcW w:w="1131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2</w:t>
            </w:r>
          </w:p>
        </w:tc>
        <w:tc>
          <w:tcPr>
            <w:tcW w:w="1131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3</w:t>
            </w:r>
          </w:p>
        </w:tc>
        <w:tc>
          <w:tcPr>
            <w:tcW w:w="1131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4</w:t>
            </w:r>
          </w:p>
        </w:tc>
        <w:tc>
          <w:tcPr>
            <w:tcW w:w="1131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5</w:t>
            </w:r>
          </w:p>
        </w:tc>
        <w:tc>
          <w:tcPr>
            <w:tcW w:w="1131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Очки</w:t>
            </w:r>
          </w:p>
        </w:tc>
        <w:tc>
          <w:tcPr>
            <w:tcW w:w="1131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Место</w:t>
            </w:r>
          </w:p>
        </w:tc>
      </w:tr>
      <w:tr w:rsidR="00A40181">
        <w:trPr>
          <w:jc w:val="center"/>
        </w:trPr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r>
              <w:rPr>
                <w:rFonts w:ascii="Arial" w:hAnsi="Arial"/>
                <w:sz w:val="20"/>
              </w:rPr>
              <w:t>Ладья Омск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color w:val="A0AEC0"/>
                <w:sz w:val="20"/>
              </w:rPr>
              <w:t>❌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3:3</w:t>
            </w:r>
            <w:r>
              <w:rPr>
                <w:rFonts w:ascii="Arial" w:hAnsi="Arial"/>
                <w:sz w:val="20"/>
              </w:rPr>
              <w:br/>
              <w:t>(1)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2:0</w:t>
            </w:r>
            <w:r>
              <w:rPr>
                <w:rFonts w:ascii="Arial" w:hAnsi="Arial"/>
                <w:sz w:val="20"/>
              </w:rPr>
              <w:br/>
              <w:t>(2)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7:0</w:t>
            </w:r>
            <w:r>
              <w:rPr>
                <w:rFonts w:ascii="Arial" w:hAnsi="Arial"/>
                <w:sz w:val="20"/>
              </w:rPr>
              <w:br/>
              <w:t>(2)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9:0</w:t>
            </w:r>
            <w:r>
              <w:rPr>
                <w:rFonts w:ascii="Arial" w:hAnsi="Arial"/>
                <w:sz w:val="20"/>
              </w:rPr>
              <w:br/>
              <w:t>(2)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I</w:t>
            </w:r>
          </w:p>
        </w:tc>
      </w:tr>
      <w:tr w:rsidR="00A40181">
        <w:trPr>
          <w:jc w:val="center"/>
        </w:trPr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r>
              <w:rPr>
                <w:rFonts w:ascii="Arial" w:hAnsi="Arial"/>
                <w:sz w:val="20"/>
              </w:rPr>
              <w:t>Алтай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3:3</w:t>
            </w:r>
            <w:r>
              <w:rPr>
                <w:rFonts w:ascii="Arial" w:hAnsi="Arial"/>
                <w:sz w:val="20"/>
              </w:rPr>
              <w:br/>
              <w:t>(1)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color w:val="A0AEC0"/>
                <w:sz w:val="20"/>
              </w:rPr>
              <w:t>❌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3:3</w:t>
            </w:r>
            <w:r>
              <w:rPr>
                <w:rFonts w:ascii="Arial" w:hAnsi="Arial"/>
                <w:sz w:val="20"/>
              </w:rPr>
              <w:br/>
              <w:t>(1)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6:0</w:t>
            </w:r>
            <w:r>
              <w:rPr>
                <w:rFonts w:ascii="Arial" w:hAnsi="Arial"/>
                <w:sz w:val="20"/>
              </w:rPr>
              <w:br/>
              <w:t>(2)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8:1</w:t>
            </w:r>
            <w:r>
              <w:rPr>
                <w:rFonts w:ascii="Arial" w:hAnsi="Arial"/>
                <w:sz w:val="20"/>
              </w:rPr>
              <w:br/>
              <w:t>(2)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II</w:t>
            </w:r>
          </w:p>
        </w:tc>
      </w:tr>
      <w:tr w:rsidR="00A40181">
        <w:trPr>
          <w:jc w:val="center"/>
        </w:trPr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r>
              <w:rPr>
                <w:rFonts w:ascii="Arial" w:hAnsi="Arial"/>
                <w:sz w:val="20"/>
              </w:rPr>
              <w:t>Дети Ангелы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0:2</w:t>
            </w:r>
            <w:r>
              <w:rPr>
                <w:rFonts w:ascii="Arial" w:hAnsi="Arial"/>
                <w:sz w:val="20"/>
              </w:rPr>
              <w:br/>
              <w:t>(0)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3:3</w:t>
            </w:r>
            <w:r>
              <w:rPr>
                <w:rFonts w:ascii="Arial" w:hAnsi="Arial"/>
                <w:sz w:val="20"/>
              </w:rPr>
              <w:br/>
              <w:t>(1)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color w:val="A0AEC0"/>
                <w:sz w:val="20"/>
              </w:rPr>
              <w:t>❌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6:0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(2)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6:1</w:t>
            </w:r>
            <w:r>
              <w:rPr>
                <w:rFonts w:ascii="Arial" w:hAnsi="Arial"/>
                <w:sz w:val="20"/>
              </w:rPr>
              <w:br/>
              <w:t>(2)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III</w:t>
            </w:r>
          </w:p>
        </w:tc>
      </w:tr>
      <w:tr w:rsidR="00A40181">
        <w:trPr>
          <w:jc w:val="center"/>
        </w:trPr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r>
              <w:rPr>
                <w:rFonts w:ascii="Arial" w:hAnsi="Arial"/>
                <w:sz w:val="20"/>
              </w:rPr>
              <w:t>Сборная Алтайского края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0:7</w:t>
            </w:r>
            <w:r>
              <w:rPr>
                <w:rFonts w:ascii="Arial" w:hAnsi="Arial"/>
                <w:sz w:val="20"/>
              </w:rPr>
              <w:br/>
              <w:t>(0)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0:6</w:t>
            </w:r>
            <w:r>
              <w:rPr>
                <w:rFonts w:ascii="Arial" w:hAnsi="Arial"/>
                <w:sz w:val="20"/>
              </w:rPr>
              <w:br/>
              <w:t>(0)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0:6</w:t>
            </w:r>
            <w:r>
              <w:rPr>
                <w:rFonts w:ascii="Arial" w:hAnsi="Arial"/>
                <w:sz w:val="20"/>
              </w:rPr>
              <w:br/>
              <w:t>(0)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color w:val="A0AEC0"/>
                <w:sz w:val="20"/>
              </w:rPr>
              <w:t>❌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3:2</w:t>
            </w:r>
            <w:r>
              <w:rPr>
                <w:rFonts w:ascii="Arial" w:hAnsi="Arial"/>
                <w:sz w:val="20"/>
              </w:rPr>
              <w:br/>
              <w:t>(2)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1131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IV</w:t>
            </w:r>
          </w:p>
        </w:tc>
      </w:tr>
      <w:tr w:rsidR="00A40181">
        <w:trPr>
          <w:jc w:val="center"/>
        </w:trPr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r>
              <w:rPr>
                <w:rFonts w:ascii="Arial" w:hAnsi="Arial"/>
                <w:sz w:val="20"/>
              </w:rPr>
              <w:t>ВОИТЕЛИ АЛТАЙ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0:9</w:t>
            </w:r>
            <w:r>
              <w:rPr>
                <w:rFonts w:ascii="Arial" w:hAnsi="Arial"/>
                <w:sz w:val="20"/>
              </w:rPr>
              <w:br/>
              <w:t>(0)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1:8</w:t>
            </w:r>
            <w:r>
              <w:rPr>
                <w:rFonts w:ascii="Arial" w:hAnsi="Arial"/>
                <w:sz w:val="20"/>
              </w:rPr>
              <w:br/>
              <w:t>(0)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1:6</w:t>
            </w:r>
            <w:r>
              <w:rPr>
                <w:rFonts w:ascii="Arial" w:hAnsi="Arial"/>
                <w:sz w:val="20"/>
              </w:rPr>
              <w:br/>
              <w:t>(0)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sz w:val="20"/>
              </w:rPr>
              <w:t>2:3</w:t>
            </w:r>
            <w:r>
              <w:rPr>
                <w:rFonts w:ascii="Arial" w:hAnsi="Arial"/>
                <w:sz w:val="20"/>
              </w:rPr>
              <w:br/>
              <w:t>(0)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color w:val="A0AEC0"/>
                <w:sz w:val="20"/>
              </w:rPr>
              <w:t>❌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0</w:t>
            </w:r>
          </w:p>
        </w:tc>
        <w:tc>
          <w:tcPr>
            <w:tcW w:w="11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0181" w:rsidRDefault="00F6019E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V</w:t>
            </w:r>
          </w:p>
        </w:tc>
      </w:tr>
    </w:tbl>
    <w:p w:rsidR="00A40181" w:rsidRDefault="00A40181">
      <w:bookmarkStart w:id="0" w:name="_GoBack"/>
      <w:bookmarkEnd w:id="0"/>
    </w:p>
    <w:sectPr w:rsidR="00A40181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40181"/>
    <w:rsid w:val="00AA1D8D"/>
    <w:rsid w:val="00B47730"/>
    <w:rsid w:val="00CB0664"/>
    <w:rsid w:val="00F601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12142"/>
  <w14:defaultImageDpi w14:val="300"/>
  <w15:docId w15:val="{F18B5CBB-4EFF-4F82-AF23-39022ED6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98E110-51F9-46FA-A5AD-C8D390764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victor</cp:lastModifiedBy>
  <cp:revision>3</cp:revision>
  <dcterms:created xsi:type="dcterms:W3CDTF">2013-12-23T23:15:00Z</dcterms:created>
  <dcterms:modified xsi:type="dcterms:W3CDTF">2026-10-15T14:36:00Z</dcterms:modified>
  <cp:category/>
</cp:coreProperties>
</file>