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D3DD" w14:textId="77777777" w:rsidR="003550F9" w:rsidRDefault="00EE6C9F">
      <w:pPr>
        <w:jc w:val="center"/>
      </w:pPr>
      <w:r>
        <w:rPr>
          <w:rFonts w:ascii="Times New Roman" w:hAnsi="Times New Roman" w:cs="Times New Roman"/>
          <w:b/>
          <w:sz w:val="28"/>
        </w:rPr>
        <w:t>ИТОГОВЫЙ ПРОТОКОЛ</w:t>
      </w:r>
    </w:p>
    <w:p w14:paraId="33218D5E" w14:textId="77777777" w:rsidR="003550F9" w:rsidRDefault="00EE6C9F">
      <w:pPr>
        <w:jc w:val="center"/>
      </w:pPr>
      <w:r>
        <w:rPr>
          <w:rFonts w:ascii="Times New Roman" w:hAnsi="Times New Roman" w:cs="Times New Roman"/>
          <w:b/>
          <w:sz w:val="28"/>
        </w:rPr>
        <w:t>КАТА</w:t>
      </w:r>
    </w:p>
    <w:tbl>
      <w:tblPr>
        <w:tblStyle w:val="aff0"/>
        <w:tblW w:w="1065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20"/>
        <w:gridCol w:w="2551"/>
        <w:gridCol w:w="1417"/>
        <w:gridCol w:w="1134"/>
        <w:gridCol w:w="1984"/>
        <w:gridCol w:w="2551"/>
      </w:tblGrid>
      <w:tr w:rsidR="003550F9" w14:paraId="0F6514EA" w14:textId="77777777" w:rsidTr="006F17CF">
        <w:tc>
          <w:tcPr>
            <w:tcW w:w="10657" w:type="dxa"/>
            <w:gridSpan w:val="6"/>
            <w:vAlign w:val="center"/>
          </w:tcPr>
          <w:p w14:paraId="29391EF3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Девочки 10-11 лет (Участников: 3 )</w:t>
            </w:r>
          </w:p>
        </w:tc>
      </w:tr>
      <w:tr w:rsidR="003550F9" w14:paraId="37E7BAA1" w14:textId="77777777" w:rsidTr="006F17CF">
        <w:tc>
          <w:tcPr>
            <w:tcW w:w="1020" w:type="dxa"/>
            <w:vAlign w:val="center"/>
          </w:tcPr>
          <w:p w14:paraId="33E0172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6E5B55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56BD4CE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4CFADC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1E4A044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892197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6EBDB492" w14:textId="77777777" w:rsidTr="006F17CF">
        <w:tc>
          <w:tcPr>
            <w:tcW w:w="1020" w:type="dxa"/>
            <w:vAlign w:val="center"/>
          </w:tcPr>
          <w:p w14:paraId="4FEF888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354AAC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Курманова Светлана Ильинична</w:t>
            </w:r>
          </w:p>
        </w:tc>
        <w:tc>
          <w:tcPr>
            <w:tcW w:w="1417" w:type="dxa"/>
            <w:vAlign w:val="center"/>
          </w:tcPr>
          <w:p w14:paraId="5228A66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20-10-2016</w:t>
            </w:r>
          </w:p>
        </w:tc>
        <w:tc>
          <w:tcPr>
            <w:tcW w:w="1134" w:type="dxa"/>
            <w:vAlign w:val="center"/>
          </w:tcPr>
          <w:p w14:paraId="7C849EE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6D0C37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1E73A8B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3891DC03" w14:textId="77777777" w:rsidTr="006F17CF">
        <w:tc>
          <w:tcPr>
            <w:tcW w:w="1020" w:type="dxa"/>
            <w:vAlign w:val="center"/>
          </w:tcPr>
          <w:p w14:paraId="7EC5293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6CCB1DA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Бунькова Варвара Сергеевна</w:t>
            </w:r>
          </w:p>
        </w:tc>
        <w:tc>
          <w:tcPr>
            <w:tcW w:w="1417" w:type="dxa"/>
            <w:vAlign w:val="center"/>
          </w:tcPr>
          <w:p w14:paraId="473CDD6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08-01-2016</w:t>
            </w:r>
          </w:p>
        </w:tc>
        <w:tc>
          <w:tcPr>
            <w:tcW w:w="1134" w:type="dxa"/>
            <w:vAlign w:val="center"/>
          </w:tcPr>
          <w:p w14:paraId="050623D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3юн</w:t>
            </w:r>
          </w:p>
        </w:tc>
        <w:tc>
          <w:tcPr>
            <w:tcW w:w="1984" w:type="dxa"/>
            <w:vAlign w:val="center"/>
          </w:tcPr>
          <w:p w14:paraId="5798BE4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9C869D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:rsidRPr="00A702B8" w14:paraId="78B372DA" w14:textId="77777777" w:rsidTr="006F17CF">
        <w:tc>
          <w:tcPr>
            <w:tcW w:w="1020" w:type="dxa"/>
            <w:vAlign w:val="center"/>
          </w:tcPr>
          <w:p w14:paraId="4EB236AE" w14:textId="11B3CCC0" w:rsidR="003550F9" w:rsidRPr="00A702B8" w:rsidRDefault="00A702B8" w:rsidP="00A702B8">
            <w:pPr>
              <w:rPr>
                <w:b/>
                <w:bCs/>
                <w:lang w:val="ru-RU"/>
              </w:rPr>
            </w:pPr>
            <w:r w:rsidRPr="00A702B8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25E89804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Шеремет Вероника Николаевна</w:t>
            </w:r>
          </w:p>
        </w:tc>
        <w:tc>
          <w:tcPr>
            <w:tcW w:w="1417" w:type="dxa"/>
            <w:vAlign w:val="center"/>
          </w:tcPr>
          <w:p w14:paraId="671C8D05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09-11-2016</w:t>
            </w:r>
          </w:p>
        </w:tc>
        <w:tc>
          <w:tcPr>
            <w:tcW w:w="1134" w:type="dxa"/>
            <w:vAlign w:val="center"/>
          </w:tcPr>
          <w:p w14:paraId="4D5AE22A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бр</w:t>
            </w:r>
          </w:p>
        </w:tc>
        <w:tc>
          <w:tcPr>
            <w:tcW w:w="1984" w:type="dxa"/>
            <w:vAlign w:val="center"/>
          </w:tcPr>
          <w:p w14:paraId="32A34DEF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DF19A26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Томас В.А.</w:t>
            </w:r>
          </w:p>
        </w:tc>
      </w:tr>
      <w:tr w:rsidR="003550F9" w14:paraId="0E047453" w14:textId="77777777" w:rsidTr="006F17CF">
        <w:tc>
          <w:tcPr>
            <w:tcW w:w="10657" w:type="dxa"/>
            <w:gridSpan w:val="6"/>
            <w:vAlign w:val="center"/>
          </w:tcPr>
          <w:p w14:paraId="174A073D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Девушки 12-13 лет (Участников: 3 )</w:t>
            </w:r>
          </w:p>
        </w:tc>
      </w:tr>
      <w:tr w:rsidR="003550F9" w14:paraId="79AFFBA0" w14:textId="77777777" w:rsidTr="006F17CF">
        <w:tc>
          <w:tcPr>
            <w:tcW w:w="1020" w:type="dxa"/>
            <w:vAlign w:val="center"/>
          </w:tcPr>
          <w:p w14:paraId="5BEF3A5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39EF40E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40570A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FBEF5DA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BEAA7D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34353E9E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51274789" w14:textId="77777777" w:rsidTr="006F17CF">
        <w:tc>
          <w:tcPr>
            <w:tcW w:w="1020" w:type="dxa"/>
            <w:vAlign w:val="center"/>
          </w:tcPr>
          <w:p w14:paraId="6F552D3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1B4C68A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Шестова Вероника Евгеньевна</w:t>
            </w:r>
          </w:p>
        </w:tc>
        <w:tc>
          <w:tcPr>
            <w:tcW w:w="1417" w:type="dxa"/>
            <w:vAlign w:val="center"/>
          </w:tcPr>
          <w:p w14:paraId="7F31661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26-09-2013</w:t>
            </w:r>
          </w:p>
        </w:tc>
        <w:tc>
          <w:tcPr>
            <w:tcW w:w="1134" w:type="dxa"/>
            <w:vAlign w:val="center"/>
          </w:tcPr>
          <w:p w14:paraId="25263E8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473A51B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35D663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1A00E467" w14:textId="77777777" w:rsidTr="006F17CF">
        <w:tc>
          <w:tcPr>
            <w:tcW w:w="1020" w:type="dxa"/>
            <w:vAlign w:val="center"/>
          </w:tcPr>
          <w:p w14:paraId="6AF040C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1DF16B8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Акентьева Мария Антоновна</w:t>
            </w:r>
          </w:p>
        </w:tc>
        <w:tc>
          <w:tcPr>
            <w:tcW w:w="1417" w:type="dxa"/>
            <w:vAlign w:val="center"/>
          </w:tcPr>
          <w:p w14:paraId="51B8040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04-04-2014</w:t>
            </w:r>
          </w:p>
        </w:tc>
        <w:tc>
          <w:tcPr>
            <w:tcW w:w="1134" w:type="dxa"/>
            <w:vAlign w:val="center"/>
          </w:tcPr>
          <w:p w14:paraId="1B7F2110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7724363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3406F7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:rsidRPr="00A702B8" w14:paraId="1A6F2914" w14:textId="77777777" w:rsidTr="006F17CF">
        <w:tc>
          <w:tcPr>
            <w:tcW w:w="1020" w:type="dxa"/>
            <w:vAlign w:val="center"/>
          </w:tcPr>
          <w:p w14:paraId="2F46F16D" w14:textId="7C41FCF1" w:rsidR="003550F9" w:rsidRPr="00A702B8" w:rsidRDefault="00A702B8" w:rsidP="00A702B8">
            <w:pPr>
              <w:rPr>
                <w:b/>
                <w:bCs/>
                <w:lang w:val="ru-RU"/>
              </w:rPr>
            </w:pPr>
            <w:r w:rsidRPr="00A702B8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4FA8AA4E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Ощепкова Милана Евгеньевна</w:t>
            </w:r>
          </w:p>
        </w:tc>
        <w:tc>
          <w:tcPr>
            <w:tcW w:w="1417" w:type="dxa"/>
            <w:vAlign w:val="center"/>
          </w:tcPr>
          <w:p w14:paraId="149A45A9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08-01-2014</w:t>
            </w:r>
          </w:p>
        </w:tc>
        <w:tc>
          <w:tcPr>
            <w:tcW w:w="1134" w:type="dxa"/>
            <w:vAlign w:val="center"/>
          </w:tcPr>
          <w:p w14:paraId="7D6F1744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2юн</w:t>
            </w:r>
          </w:p>
        </w:tc>
        <w:tc>
          <w:tcPr>
            <w:tcW w:w="1984" w:type="dxa"/>
            <w:vAlign w:val="center"/>
          </w:tcPr>
          <w:p w14:paraId="29DC98B8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EDB9EFE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Томас В.А.</w:t>
            </w:r>
          </w:p>
        </w:tc>
      </w:tr>
      <w:tr w:rsidR="003550F9" w14:paraId="2EB55B9C" w14:textId="77777777" w:rsidTr="006F17CF">
        <w:tc>
          <w:tcPr>
            <w:tcW w:w="10657" w:type="dxa"/>
            <w:gridSpan w:val="6"/>
            <w:vAlign w:val="center"/>
          </w:tcPr>
          <w:p w14:paraId="35879D96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Девушки 14-15 лет (Участников: 4 )</w:t>
            </w:r>
          </w:p>
        </w:tc>
      </w:tr>
      <w:tr w:rsidR="003550F9" w14:paraId="3CFA15C2" w14:textId="77777777" w:rsidTr="006F17CF">
        <w:tc>
          <w:tcPr>
            <w:tcW w:w="1020" w:type="dxa"/>
            <w:vAlign w:val="center"/>
          </w:tcPr>
          <w:p w14:paraId="7E883A8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B3A1220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DD641C0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FA51A5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BF099A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842927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08477BC4" w14:textId="77777777" w:rsidTr="006F17CF">
        <w:tc>
          <w:tcPr>
            <w:tcW w:w="1020" w:type="dxa"/>
            <w:vAlign w:val="center"/>
          </w:tcPr>
          <w:p w14:paraId="6121793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5C34D0C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 xml:space="preserve">Юрченко Алина </w:t>
            </w:r>
            <w:r>
              <w:rPr>
                <w:rFonts w:ascii="Times New Roman" w:hAnsi="Times New Roman" w:cs="Times New Roman"/>
                <w:b/>
              </w:rPr>
              <w:t>Денисовна</w:t>
            </w:r>
          </w:p>
        </w:tc>
        <w:tc>
          <w:tcPr>
            <w:tcW w:w="1417" w:type="dxa"/>
            <w:vAlign w:val="center"/>
          </w:tcPr>
          <w:p w14:paraId="713973C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07-12-2011</w:t>
            </w:r>
          </w:p>
        </w:tc>
        <w:tc>
          <w:tcPr>
            <w:tcW w:w="1134" w:type="dxa"/>
            <w:vAlign w:val="center"/>
          </w:tcPr>
          <w:p w14:paraId="441B4FD7" w14:textId="5F5F185F" w:rsidR="003550F9" w:rsidRDefault="001C4D88" w:rsidP="00A702B8">
            <w:r>
              <w:rPr>
                <w:rFonts w:ascii="Times New Roman" w:hAnsi="Times New Roman" w:cs="Times New Roman"/>
                <w:b/>
              </w:rPr>
              <w:t>1р</w:t>
            </w:r>
          </w:p>
        </w:tc>
        <w:tc>
          <w:tcPr>
            <w:tcW w:w="1984" w:type="dxa"/>
            <w:vAlign w:val="center"/>
          </w:tcPr>
          <w:p w14:paraId="66D2CDE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0333A1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3550F9" w14:paraId="64E607E3" w14:textId="77777777" w:rsidTr="006F17CF">
        <w:tc>
          <w:tcPr>
            <w:tcW w:w="1020" w:type="dxa"/>
            <w:vAlign w:val="center"/>
          </w:tcPr>
          <w:p w14:paraId="3963BCA9" w14:textId="77777777" w:rsidR="003550F9" w:rsidRPr="00A702B8" w:rsidRDefault="00EE6C9F" w:rsidP="00A702B8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42496A8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Морозова Алена Борисовна</w:t>
            </w:r>
          </w:p>
        </w:tc>
        <w:tc>
          <w:tcPr>
            <w:tcW w:w="1417" w:type="dxa"/>
            <w:vAlign w:val="center"/>
          </w:tcPr>
          <w:p w14:paraId="15895DD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27-07-2011</w:t>
            </w:r>
          </w:p>
        </w:tc>
        <w:tc>
          <w:tcPr>
            <w:tcW w:w="1134" w:type="dxa"/>
            <w:vAlign w:val="center"/>
          </w:tcPr>
          <w:p w14:paraId="51E0F66A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2вр</w:t>
            </w:r>
          </w:p>
        </w:tc>
        <w:tc>
          <w:tcPr>
            <w:tcW w:w="1984" w:type="dxa"/>
            <w:vAlign w:val="center"/>
          </w:tcPr>
          <w:p w14:paraId="3E5A120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072885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550F9" w:rsidRPr="00A702B8" w14:paraId="4907615D" w14:textId="77777777" w:rsidTr="006F17CF">
        <w:tc>
          <w:tcPr>
            <w:tcW w:w="1020" w:type="dxa"/>
            <w:vAlign w:val="center"/>
          </w:tcPr>
          <w:p w14:paraId="67C980D4" w14:textId="0CC48865" w:rsidR="003550F9" w:rsidRPr="00A702B8" w:rsidRDefault="00A702B8" w:rsidP="00A702B8">
            <w:pPr>
              <w:rPr>
                <w:b/>
                <w:bCs/>
                <w:lang w:val="ru-RU"/>
              </w:rPr>
            </w:pPr>
            <w:r w:rsidRPr="00A702B8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38603E66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Ялова Татьяна Сергеевна</w:t>
            </w:r>
          </w:p>
        </w:tc>
        <w:tc>
          <w:tcPr>
            <w:tcW w:w="1417" w:type="dxa"/>
            <w:vAlign w:val="center"/>
          </w:tcPr>
          <w:p w14:paraId="5F46B2C8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30-10-2011</w:t>
            </w:r>
          </w:p>
        </w:tc>
        <w:tc>
          <w:tcPr>
            <w:tcW w:w="1134" w:type="dxa"/>
            <w:vAlign w:val="center"/>
          </w:tcPr>
          <w:p w14:paraId="364599CB" w14:textId="7968CF6A" w:rsidR="003550F9" w:rsidRPr="00A702B8" w:rsidRDefault="001C4D88" w:rsidP="00A702B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1р</w:t>
            </w:r>
          </w:p>
        </w:tc>
        <w:tc>
          <w:tcPr>
            <w:tcW w:w="1984" w:type="dxa"/>
            <w:vAlign w:val="center"/>
          </w:tcPr>
          <w:p w14:paraId="2729D33E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99CAD7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Московкин Д.А.</w:t>
            </w:r>
          </w:p>
        </w:tc>
      </w:tr>
      <w:tr w:rsidR="003550F9" w:rsidRPr="00A702B8" w14:paraId="282A9912" w14:textId="77777777" w:rsidTr="006F17CF">
        <w:tc>
          <w:tcPr>
            <w:tcW w:w="1020" w:type="dxa"/>
            <w:vAlign w:val="center"/>
          </w:tcPr>
          <w:p w14:paraId="3B2EFCA9" w14:textId="2D7F7FB9" w:rsidR="003550F9" w:rsidRPr="00A702B8" w:rsidRDefault="00A702B8" w:rsidP="00A702B8">
            <w:pPr>
              <w:rPr>
                <w:b/>
                <w:bCs/>
                <w:lang w:val="ru-RU"/>
              </w:rPr>
            </w:pPr>
            <w:r w:rsidRPr="00A702B8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149FAB00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Доценко Ника Сергеевна</w:t>
            </w:r>
          </w:p>
        </w:tc>
        <w:tc>
          <w:tcPr>
            <w:tcW w:w="1417" w:type="dxa"/>
            <w:vAlign w:val="center"/>
          </w:tcPr>
          <w:p w14:paraId="4C6FDD0A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20-10-2012</w:t>
            </w:r>
          </w:p>
        </w:tc>
        <w:tc>
          <w:tcPr>
            <w:tcW w:w="1134" w:type="dxa"/>
            <w:vAlign w:val="center"/>
          </w:tcPr>
          <w:p w14:paraId="7A7FB1C1" w14:textId="77777777" w:rsidR="003550F9" w:rsidRPr="00A702B8" w:rsidRDefault="003550F9" w:rsidP="00A702B8">
            <w:pPr>
              <w:rPr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0FD33340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461D4B9" w14:textId="77777777" w:rsidR="003550F9" w:rsidRPr="00A702B8" w:rsidRDefault="003550F9" w:rsidP="00A702B8">
            <w:pPr>
              <w:rPr>
                <w:b/>
                <w:bCs/>
              </w:rPr>
            </w:pPr>
          </w:p>
        </w:tc>
      </w:tr>
      <w:tr w:rsidR="00D24177" w14:paraId="2737B781" w14:textId="77777777" w:rsidTr="00896395">
        <w:tc>
          <w:tcPr>
            <w:tcW w:w="10657" w:type="dxa"/>
            <w:gridSpan w:val="6"/>
            <w:vAlign w:val="center"/>
          </w:tcPr>
          <w:p w14:paraId="266FB9CD" w14:textId="5EF8068E" w:rsidR="00D24177" w:rsidRDefault="00D24177" w:rsidP="00896395">
            <w:r>
              <w:rPr>
                <w:rFonts w:ascii="Times New Roman" w:hAnsi="Times New Roman" w:cs="Times New Roman"/>
                <w:b/>
                <w:i/>
                <w:lang w:val="ru-RU"/>
              </w:rPr>
              <w:t>Юниорки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16-17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лет (Участников: </w:t>
            </w:r>
            <w:r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D24177" w:rsidRPr="00D24177" w14:paraId="6219B031" w14:textId="77777777" w:rsidTr="00D24177">
        <w:tc>
          <w:tcPr>
            <w:tcW w:w="1020" w:type="dxa"/>
            <w:vAlign w:val="center"/>
          </w:tcPr>
          <w:p w14:paraId="1F879506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F6CD3C2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D048560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17DB427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E7514CF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CAC1E78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D24177" w:rsidRPr="00D24177" w14:paraId="5A347C0B" w14:textId="77777777" w:rsidTr="00D24177">
        <w:tc>
          <w:tcPr>
            <w:tcW w:w="1020" w:type="dxa"/>
            <w:vAlign w:val="center"/>
          </w:tcPr>
          <w:p w14:paraId="0E893666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0F89E6D" w14:textId="6E2DCDE1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  <w:color w:val="000000"/>
              </w:rPr>
              <w:t>Михалева Софья Ивановна</w:t>
            </w:r>
          </w:p>
        </w:tc>
        <w:tc>
          <w:tcPr>
            <w:tcW w:w="1417" w:type="dxa"/>
            <w:vAlign w:val="center"/>
          </w:tcPr>
          <w:p w14:paraId="1CE29E5B" w14:textId="2C94827A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  <w:color w:val="000000"/>
              </w:rPr>
              <w:t>2010-12-13</w:t>
            </w:r>
          </w:p>
        </w:tc>
        <w:tc>
          <w:tcPr>
            <w:tcW w:w="1134" w:type="dxa"/>
            <w:vAlign w:val="center"/>
          </w:tcPr>
          <w:p w14:paraId="3CE1CBF8" w14:textId="0BBB202F" w:rsidR="00D24177" w:rsidRPr="00D24177" w:rsidRDefault="00D24177" w:rsidP="00D2417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177">
              <w:rPr>
                <w:rFonts w:ascii="Times New Roman" w:hAnsi="Times New Roman" w:cs="Times New Roman"/>
                <w:b/>
                <w:lang w:val="ru-RU"/>
              </w:rPr>
              <w:t>2р</w:t>
            </w:r>
          </w:p>
        </w:tc>
        <w:tc>
          <w:tcPr>
            <w:tcW w:w="1984" w:type="dxa"/>
            <w:vAlign w:val="center"/>
          </w:tcPr>
          <w:p w14:paraId="3D5ACACD" w14:textId="77777777" w:rsidR="00D24177" w:rsidRPr="00D24177" w:rsidRDefault="00D24177" w:rsidP="00D24177">
            <w:pPr>
              <w:rPr>
                <w:rFonts w:ascii="Times New Roman" w:hAnsi="Times New Roman" w:cs="Times New Roman"/>
                <w:b/>
              </w:rPr>
            </w:pPr>
            <w:r w:rsidRPr="00D24177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F22EEEA" w14:textId="7296908B" w:rsidR="00D24177" w:rsidRPr="00D24177" w:rsidRDefault="00D24177" w:rsidP="00D2417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24177">
              <w:rPr>
                <w:rFonts w:ascii="Times New Roman" w:hAnsi="Times New Roman" w:cs="Times New Roman"/>
                <w:b/>
                <w:lang w:val="ru-RU"/>
              </w:rPr>
              <w:t>Пшеницын А.А.</w:t>
            </w:r>
          </w:p>
        </w:tc>
      </w:tr>
      <w:tr w:rsidR="003550F9" w14:paraId="602A2C58" w14:textId="77777777" w:rsidTr="006F17CF">
        <w:tc>
          <w:tcPr>
            <w:tcW w:w="10657" w:type="dxa"/>
            <w:gridSpan w:val="6"/>
            <w:vAlign w:val="center"/>
          </w:tcPr>
          <w:p w14:paraId="053F158B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Юниорки 18-20 лет (Участников: 2 )</w:t>
            </w:r>
          </w:p>
        </w:tc>
      </w:tr>
      <w:tr w:rsidR="003550F9" w14:paraId="4F4BC65F" w14:textId="77777777" w:rsidTr="006F17CF">
        <w:tc>
          <w:tcPr>
            <w:tcW w:w="1020" w:type="dxa"/>
            <w:vAlign w:val="center"/>
          </w:tcPr>
          <w:p w14:paraId="4CF4044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8562A7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CA7A99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721CC9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6B2825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93E1F8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24685848" w14:textId="77777777" w:rsidTr="006F17CF">
        <w:tc>
          <w:tcPr>
            <w:tcW w:w="1020" w:type="dxa"/>
            <w:vAlign w:val="center"/>
          </w:tcPr>
          <w:p w14:paraId="290605E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671E1FA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Маклакова Ангелина Александровна</w:t>
            </w:r>
          </w:p>
        </w:tc>
        <w:tc>
          <w:tcPr>
            <w:tcW w:w="1417" w:type="dxa"/>
            <w:vAlign w:val="center"/>
          </w:tcPr>
          <w:p w14:paraId="09B1193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25-11-2008</w:t>
            </w:r>
          </w:p>
        </w:tc>
        <w:tc>
          <w:tcPr>
            <w:tcW w:w="1134" w:type="dxa"/>
            <w:vAlign w:val="center"/>
          </w:tcPr>
          <w:p w14:paraId="6A22359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3D6FBCE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AF915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15F2F307" w14:textId="77777777" w:rsidTr="006F17CF">
        <w:tc>
          <w:tcPr>
            <w:tcW w:w="1020" w:type="dxa"/>
            <w:vAlign w:val="center"/>
          </w:tcPr>
          <w:p w14:paraId="520F7E2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76861C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Вяткина Есения Игоревна</w:t>
            </w:r>
          </w:p>
        </w:tc>
        <w:tc>
          <w:tcPr>
            <w:tcW w:w="1417" w:type="dxa"/>
            <w:vAlign w:val="center"/>
          </w:tcPr>
          <w:p w14:paraId="3A7C22E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09-04-2006</w:t>
            </w:r>
          </w:p>
        </w:tc>
        <w:tc>
          <w:tcPr>
            <w:tcW w:w="1134" w:type="dxa"/>
            <w:vAlign w:val="center"/>
          </w:tcPr>
          <w:p w14:paraId="4753CB50" w14:textId="7D9EA63F" w:rsidR="003550F9" w:rsidRDefault="001C4D88" w:rsidP="00A702B8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74AB9C4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696E59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65678EC2" w14:textId="77777777" w:rsidTr="006F17CF">
        <w:tc>
          <w:tcPr>
            <w:tcW w:w="10657" w:type="dxa"/>
            <w:gridSpan w:val="6"/>
            <w:vAlign w:val="center"/>
          </w:tcPr>
          <w:p w14:paraId="3DB1B488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Мальчики 10-11 лет (Участников: 4 )</w:t>
            </w:r>
          </w:p>
        </w:tc>
      </w:tr>
      <w:tr w:rsidR="003550F9" w14:paraId="5A9C137D" w14:textId="77777777" w:rsidTr="006F17CF">
        <w:tc>
          <w:tcPr>
            <w:tcW w:w="1020" w:type="dxa"/>
            <w:vAlign w:val="center"/>
          </w:tcPr>
          <w:p w14:paraId="50DCA20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B40186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4F4A33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82694F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B2D26E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6E3AA36A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1F9862B8" w14:textId="77777777" w:rsidTr="006F17CF">
        <w:tc>
          <w:tcPr>
            <w:tcW w:w="1020" w:type="dxa"/>
            <w:vAlign w:val="center"/>
          </w:tcPr>
          <w:p w14:paraId="30A4978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555C5D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 xml:space="preserve">Суколин Владимир </w:t>
            </w:r>
            <w:r>
              <w:rPr>
                <w:rFonts w:ascii="Times New Roman" w:hAnsi="Times New Roman" w:cs="Times New Roman"/>
                <w:b/>
              </w:rPr>
              <w:t>Владимирович</w:t>
            </w:r>
          </w:p>
        </w:tc>
        <w:tc>
          <w:tcPr>
            <w:tcW w:w="1417" w:type="dxa"/>
            <w:vAlign w:val="center"/>
          </w:tcPr>
          <w:p w14:paraId="3693EB5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27-10-2015</w:t>
            </w:r>
          </w:p>
        </w:tc>
        <w:tc>
          <w:tcPr>
            <w:tcW w:w="1134" w:type="dxa"/>
            <w:vAlign w:val="center"/>
          </w:tcPr>
          <w:p w14:paraId="63B7B2A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94DB94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5C91E3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42108ECF" w14:textId="77777777" w:rsidTr="006F17CF">
        <w:tc>
          <w:tcPr>
            <w:tcW w:w="1020" w:type="dxa"/>
            <w:vAlign w:val="center"/>
          </w:tcPr>
          <w:p w14:paraId="340FFEAB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64A9A71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Колмагоров Семен Станиславович</w:t>
            </w:r>
          </w:p>
        </w:tc>
        <w:tc>
          <w:tcPr>
            <w:tcW w:w="1417" w:type="dxa"/>
            <w:vAlign w:val="center"/>
          </w:tcPr>
          <w:p w14:paraId="5B7BBCF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06-07-2016</w:t>
            </w:r>
          </w:p>
        </w:tc>
        <w:tc>
          <w:tcPr>
            <w:tcW w:w="1134" w:type="dxa"/>
            <w:vAlign w:val="center"/>
          </w:tcPr>
          <w:p w14:paraId="350D8F53" w14:textId="77777777" w:rsidR="003550F9" w:rsidRDefault="003550F9" w:rsidP="00A702B8"/>
        </w:tc>
        <w:tc>
          <w:tcPr>
            <w:tcW w:w="1984" w:type="dxa"/>
            <w:vAlign w:val="center"/>
          </w:tcPr>
          <w:p w14:paraId="6440281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C4EB208" w14:textId="77777777" w:rsidR="003550F9" w:rsidRDefault="003550F9" w:rsidP="00A702B8"/>
        </w:tc>
      </w:tr>
      <w:tr w:rsidR="003550F9" w:rsidRPr="00A702B8" w14:paraId="1C911410" w14:textId="77777777" w:rsidTr="006F17CF">
        <w:tc>
          <w:tcPr>
            <w:tcW w:w="1020" w:type="dxa"/>
            <w:vAlign w:val="center"/>
          </w:tcPr>
          <w:p w14:paraId="104373FE" w14:textId="19B53973" w:rsidR="003550F9" w:rsidRPr="00A702B8" w:rsidRDefault="00A702B8" w:rsidP="00A702B8">
            <w:pPr>
              <w:rPr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06C5941E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Трушин Никита Романович</w:t>
            </w:r>
          </w:p>
        </w:tc>
        <w:tc>
          <w:tcPr>
            <w:tcW w:w="1417" w:type="dxa"/>
            <w:vAlign w:val="center"/>
          </w:tcPr>
          <w:p w14:paraId="64D00941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11-10-2016</w:t>
            </w:r>
          </w:p>
        </w:tc>
        <w:tc>
          <w:tcPr>
            <w:tcW w:w="1134" w:type="dxa"/>
            <w:vAlign w:val="center"/>
          </w:tcPr>
          <w:p w14:paraId="1BFFF1F6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бр</w:t>
            </w:r>
          </w:p>
        </w:tc>
        <w:tc>
          <w:tcPr>
            <w:tcW w:w="1984" w:type="dxa"/>
            <w:vAlign w:val="center"/>
          </w:tcPr>
          <w:p w14:paraId="44F21AB2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6F6FE93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Томас В.А.</w:t>
            </w:r>
          </w:p>
        </w:tc>
      </w:tr>
      <w:tr w:rsidR="003550F9" w:rsidRPr="00A702B8" w14:paraId="7A479B40" w14:textId="77777777" w:rsidTr="006F17CF">
        <w:tc>
          <w:tcPr>
            <w:tcW w:w="1020" w:type="dxa"/>
            <w:vAlign w:val="center"/>
          </w:tcPr>
          <w:p w14:paraId="04BB684F" w14:textId="66E36DE3" w:rsidR="003550F9" w:rsidRPr="00A702B8" w:rsidRDefault="00A702B8" w:rsidP="00A702B8">
            <w:pPr>
              <w:rPr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551" w:type="dxa"/>
            <w:vAlign w:val="center"/>
          </w:tcPr>
          <w:p w14:paraId="249D3E8C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Мирзоев Мубориз Наджибович</w:t>
            </w:r>
          </w:p>
        </w:tc>
        <w:tc>
          <w:tcPr>
            <w:tcW w:w="1417" w:type="dxa"/>
            <w:vAlign w:val="center"/>
          </w:tcPr>
          <w:p w14:paraId="3F753BE7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03-01-2015</w:t>
            </w:r>
          </w:p>
        </w:tc>
        <w:tc>
          <w:tcPr>
            <w:tcW w:w="1134" w:type="dxa"/>
            <w:vAlign w:val="center"/>
          </w:tcPr>
          <w:p w14:paraId="0F87EBDB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бр</w:t>
            </w:r>
          </w:p>
        </w:tc>
        <w:tc>
          <w:tcPr>
            <w:tcW w:w="1984" w:type="dxa"/>
            <w:vAlign w:val="center"/>
          </w:tcPr>
          <w:p w14:paraId="6C6FE95A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C5815C3" w14:textId="77777777" w:rsidR="003550F9" w:rsidRPr="00A702B8" w:rsidRDefault="00EE6C9F" w:rsidP="00A702B8">
            <w:pPr>
              <w:rPr>
                <w:b/>
                <w:bCs/>
              </w:rPr>
            </w:pPr>
            <w:r w:rsidRPr="00A702B8">
              <w:rPr>
                <w:rFonts w:ascii="Times New Roman" w:hAnsi="Times New Roman" w:cs="Times New Roman"/>
                <w:b/>
                <w:bCs/>
              </w:rPr>
              <w:t>Юрченко Д.Н</w:t>
            </w:r>
          </w:p>
        </w:tc>
      </w:tr>
      <w:tr w:rsidR="003550F9" w14:paraId="4EEF3E22" w14:textId="77777777" w:rsidTr="006F17CF">
        <w:tc>
          <w:tcPr>
            <w:tcW w:w="10657" w:type="dxa"/>
            <w:gridSpan w:val="6"/>
            <w:vAlign w:val="center"/>
          </w:tcPr>
          <w:p w14:paraId="281BD60B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Юноши 12-13 лет (Участников: 5 )</w:t>
            </w:r>
          </w:p>
        </w:tc>
      </w:tr>
      <w:tr w:rsidR="003550F9" w14:paraId="04E3FDA8" w14:textId="77777777" w:rsidTr="006F17CF">
        <w:tc>
          <w:tcPr>
            <w:tcW w:w="1020" w:type="dxa"/>
            <w:vAlign w:val="center"/>
          </w:tcPr>
          <w:p w14:paraId="4B2F8BE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A16BF7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5BBE197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23CA41E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14E67C0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57EEF2C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206C41A1" w14:textId="77777777" w:rsidTr="006F17CF">
        <w:tc>
          <w:tcPr>
            <w:tcW w:w="1020" w:type="dxa"/>
            <w:vAlign w:val="center"/>
          </w:tcPr>
          <w:p w14:paraId="3986CF3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2551" w:type="dxa"/>
            <w:vAlign w:val="center"/>
          </w:tcPr>
          <w:p w14:paraId="03C7C81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Григорьев Дмитрий Александрович</w:t>
            </w:r>
          </w:p>
        </w:tc>
        <w:tc>
          <w:tcPr>
            <w:tcW w:w="1417" w:type="dxa"/>
            <w:vAlign w:val="center"/>
          </w:tcPr>
          <w:p w14:paraId="22532DA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14-03-2014</w:t>
            </w:r>
          </w:p>
        </w:tc>
        <w:tc>
          <w:tcPr>
            <w:tcW w:w="1134" w:type="dxa"/>
            <w:vAlign w:val="center"/>
          </w:tcPr>
          <w:p w14:paraId="6C0A8A8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6B720FD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1D7D75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3550F9" w14:paraId="44BBBBC7" w14:textId="77777777" w:rsidTr="006F17CF">
        <w:tc>
          <w:tcPr>
            <w:tcW w:w="1020" w:type="dxa"/>
            <w:vAlign w:val="center"/>
          </w:tcPr>
          <w:p w14:paraId="741E72F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4F2E21E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Кандауров Даниил Владимирович</w:t>
            </w:r>
          </w:p>
        </w:tc>
        <w:tc>
          <w:tcPr>
            <w:tcW w:w="1417" w:type="dxa"/>
            <w:vAlign w:val="center"/>
          </w:tcPr>
          <w:p w14:paraId="37D7C4EE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30-07-2013</w:t>
            </w:r>
          </w:p>
        </w:tc>
        <w:tc>
          <w:tcPr>
            <w:tcW w:w="1134" w:type="dxa"/>
            <w:vAlign w:val="center"/>
          </w:tcPr>
          <w:p w14:paraId="6BAABDC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103F0A3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D774C6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515340AB" w14:textId="77777777" w:rsidTr="006F17CF">
        <w:tc>
          <w:tcPr>
            <w:tcW w:w="1020" w:type="dxa"/>
            <w:vAlign w:val="center"/>
          </w:tcPr>
          <w:p w14:paraId="711F946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38C84A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Присекин Богдан Александрович</w:t>
            </w:r>
          </w:p>
        </w:tc>
        <w:tc>
          <w:tcPr>
            <w:tcW w:w="1417" w:type="dxa"/>
            <w:vAlign w:val="center"/>
          </w:tcPr>
          <w:p w14:paraId="20CA3A6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28-02-2014</w:t>
            </w:r>
          </w:p>
        </w:tc>
        <w:tc>
          <w:tcPr>
            <w:tcW w:w="1134" w:type="dxa"/>
            <w:vAlign w:val="center"/>
          </w:tcPr>
          <w:p w14:paraId="092FA10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3юн</w:t>
            </w:r>
          </w:p>
        </w:tc>
        <w:tc>
          <w:tcPr>
            <w:tcW w:w="1984" w:type="dxa"/>
            <w:vAlign w:val="center"/>
          </w:tcPr>
          <w:p w14:paraId="0340EC40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CB405E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3550F9" w14:paraId="1002AD5F" w14:textId="77777777" w:rsidTr="006F17CF">
        <w:tc>
          <w:tcPr>
            <w:tcW w:w="1020" w:type="dxa"/>
            <w:vAlign w:val="center"/>
          </w:tcPr>
          <w:p w14:paraId="01E4B11F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3D6BB34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Фомин Мирон Евгеньевич</w:t>
            </w:r>
          </w:p>
        </w:tc>
        <w:tc>
          <w:tcPr>
            <w:tcW w:w="1417" w:type="dxa"/>
            <w:vAlign w:val="center"/>
          </w:tcPr>
          <w:p w14:paraId="67CA5DE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03-01-2014</w:t>
            </w:r>
          </w:p>
        </w:tc>
        <w:tc>
          <w:tcPr>
            <w:tcW w:w="1134" w:type="dxa"/>
            <w:vAlign w:val="center"/>
          </w:tcPr>
          <w:p w14:paraId="59822C7B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3юн</w:t>
            </w:r>
          </w:p>
        </w:tc>
        <w:tc>
          <w:tcPr>
            <w:tcW w:w="1984" w:type="dxa"/>
            <w:vAlign w:val="center"/>
          </w:tcPr>
          <w:p w14:paraId="71F14D4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12EEB3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3550F9" w14:paraId="6C683A77" w14:textId="77777777" w:rsidTr="006F17CF">
        <w:tc>
          <w:tcPr>
            <w:tcW w:w="1020" w:type="dxa"/>
            <w:vAlign w:val="center"/>
          </w:tcPr>
          <w:p w14:paraId="51C1C9D0" w14:textId="77777777" w:rsidR="003550F9" w:rsidRDefault="00EE6C9F" w:rsidP="00A702B8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268022A" w14:textId="77777777" w:rsidR="003550F9" w:rsidRDefault="00EE6C9F" w:rsidP="00A702B8">
            <w:r>
              <w:rPr>
                <w:rFonts w:ascii="Times New Roman" w:hAnsi="Times New Roman" w:cs="Times New Roman"/>
              </w:rPr>
              <w:t>Кислицин Роман Игоревич</w:t>
            </w:r>
          </w:p>
        </w:tc>
        <w:tc>
          <w:tcPr>
            <w:tcW w:w="1417" w:type="dxa"/>
            <w:vAlign w:val="center"/>
          </w:tcPr>
          <w:p w14:paraId="3B27B151" w14:textId="77777777" w:rsidR="003550F9" w:rsidRDefault="00EE6C9F" w:rsidP="00A702B8">
            <w:r>
              <w:rPr>
                <w:rFonts w:ascii="Times New Roman" w:hAnsi="Times New Roman" w:cs="Times New Roman"/>
              </w:rPr>
              <w:t>27-06-2014</w:t>
            </w:r>
          </w:p>
        </w:tc>
        <w:tc>
          <w:tcPr>
            <w:tcW w:w="1134" w:type="dxa"/>
            <w:vAlign w:val="center"/>
          </w:tcPr>
          <w:p w14:paraId="7CCA42C5" w14:textId="33BC2F5C" w:rsidR="003550F9" w:rsidRDefault="001C4D88" w:rsidP="00A702B8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7670714E" w14:textId="77777777" w:rsidR="003550F9" w:rsidRDefault="00EE6C9F" w:rsidP="00A702B8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2B7B359" w14:textId="77777777" w:rsidR="003550F9" w:rsidRDefault="00EE6C9F" w:rsidP="00A702B8">
            <w:r>
              <w:rPr>
                <w:rFonts w:ascii="Times New Roman" w:hAnsi="Times New Roman" w:cs="Times New Roman"/>
              </w:rPr>
              <w:t>Кузьмин Д.С.</w:t>
            </w:r>
          </w:p>
        </w:tc>
      </w:tr>
      <w:tr w:rsidR="003550F9" w14:paraId="5E518DC2" w14:textId="77777777" w:rsidTr="006F17CF">
        <w:tc>
          <w:tcPr>
            <w:tcW w:w="10657" w:type="dxa"/>
            <w:gridSpan w:val="6"/>
            <w:vAlign w:val="center"/>
          </w:tcPr>
          <w:p w14:paraId="7597DEF7" w14:textId="77777777" w:rsidR="003550F9" w:rsidRDefault="00EE6C9F" w:rsidP="00A702B8">
            <w:r>
              <w:rPr>
                <w:rFonts w:ascii="Times New Roman" w:hAnsi="Times New Roman" w:cs="Times New Roman"/>
                <w:b/>
                <w:i/>
              </w:rPr>
              <w:t>Юноши 14-15 лет (Участников: 2 )</w:t>
            </w:r>
          </w:p>
        </w:tc>
      </w:tr>
      <w:tr w:rsidR="003550F9" w14:paraId="51E452D1" w14:textId="77777777" w:rsidTr="006F17CF">
        <w:tc>
          <w:tcPr>
            <w:tcW w:w="1020" w:type="dxa"/>
            <w:vAlign w:val="center"/>
          </w:tcPr>
          <w:p w14:paraId="79B8383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B50C58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4B5E31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0D4F10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642F3198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18E79D3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5FC88ECD" w14:textId="77777777" w:rsidTr="006F17CF">
        <w:tc>
          <w:tcPr>
            <w:tcW w:w="1020" w:type="dxa"/>
            <w:vAlign w:val="center"/>
          </w:tcPr>
          <w:p w14:paraId="3F49FA7D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41B5532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Расулов Билал Нихат оглы</w:t>
            </w:r>
          </w:p>
        </w:tc>
        <w:tc>
          <w:tcPr>
            <w:tcW w:w="1417" w:type="dxa"/>
            <w:vAlign w:val="center"/>
          </w:tcPr>
          <w:p w14:paraId="77A0131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06-06-2012</w:t>
            </w:r>
          </w:p>
        </w:tc>
        <w:tc>
          <w:tcPr>
            <w:tcW w:w="1134" w:type="dxa"/>
            <w:vAlign w:val="center"/>
          </w:tcPr>
          <w:p w14:paraId="53092E79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2248BEFC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BD39A0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250ED8F6" w14:textId="77777777" w:rsidTr="006F17CF">
        <w:tc>
          <w:tcPr>
            <w:tcW w:w="1020" w:type="dxa"/>
            <w:vAlign w:val="center"/>
          </w:tcPr>
          <w:p w14:paraId="2C1B3846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B4A9B31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Куклин Артём Александрович</w:t>
            </w:r>
          </w:p>
        </w:tc>
        <w:tc>
          <w:tcPr>
            <w:tcW w:w="1417" w:type="dxa"/>
            <w:vAlign w:val="center"/>
          </w:tcPr>
          <w:p w14:paraId="68305E65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05-12-2011</w:t>
            </w:r>
          </w:p>
        </w:tc>
        <w:tc>
          <w:tcPr>
            <w:tcW w:w="1134" w:type="dxa"/>
            <w:vAlign w:val="center"/>
          </w:tcPr>
          <w:p w14:paraId="22A2405B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458B999B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790B224" w14:textId="77777777" w:rsidR="003550F9" w:rsidRDefault="00EE6C9F" w:rsidP="00A702B8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DF108A" w:rsidRPr="00DF108A" w14:paraId="053A7C28" w14:textId="77777777" w:rsidTr="00DF108A">
        <w:tc>
          <w:tcPr>
            <w:tcW w:w="10657" w:type="dxa"/>
            <w:gridSpan w:val="6"/>
            <w:vAlign w:val="center"/>
          </w:tcPr>
          <w:p w14:paraId="2906CEDB" w14:textId="3BF96B09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i/>
                <w:lang w:val="ru-RU"/>
              </w:rPr>
              <w:t>Юниоры</w:t>
            </w:r>
            <w:r w:rsidRPr="00DF108A"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 w:rsidRPr="00DF108A">
              <w:rPr>
                <w:rFonts w:ascii="Times New Roman" w:hAnsi="Times New Roman" w:cs="Times New Roman"/>
                <w:b/>
                <w:i/>
                <w:lang w:val="ru-RU"/>
              </w:rPr>
              <w:t>6-17</w:t>
            </w:r>
            <w:r w:rsidRPr="00DF108A">
              <w:rPr>
                <w:rFonts w:ascii="Times New Roman" w:hAnsi="Times New Roman" w:cs="Times New Roman"/>
                <w:b/>
                <w:i/>
              </w:rPr>
              <w:t xml:space="preserve"> лет (Участников: </w:t>
            </w:r>
            <w:r w:rsidRPr="00DF108A"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 w:rsidRPr="00DF108A"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DF108A" w:rsidRPr="00DF108A" w14:paraId="5861FC28" w14:textId="77777777" w:rsidTr="00DF108A">
        <w:tc>
          <w:tcPr>
            <w:tcW w:w="1020" w:type="dxa"/>
            <w:vAlign w:val="center"/>
          </w:tcPr>
          <w:p w14:paraId="2FB9C0C8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4257F9E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D9D8466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EED1925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8EA5CFC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1FE0066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DF108A" w:rsidRPr="00DF108A" w14:paraId="6EE5CC26" w14:textId="77777777" w:rsidTr="00DF108A">
        <w:tc>
          <w:tcPr>
            <w:tcW w:w="1020" w:type="dxa"/>
            <w:vAlign w:val="center"/>
          </w:tcPr>
          <w:p w14:paraId="42135FBA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7C4C2A33" w14:textId="26C18B4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color w:val="000000"/>
              </w:rPr>
              <w:t>Егоров Дмитрий Денисович</w:t>
            </w:r>
          </w:p>
        </w:tc>
        <w:tc>
          <w:tcPr>
            <w:tcW w:w="1417" w:type="dxa"/>
            <w:vAlign w:val="center"/>
          </w:tcPr>
          <w:p w14:paraId="10FBD93F" w14:textId="72558C9D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color w:val="000000"/>
              </w:rPr>
              <w:t>2010-02-09</w:t>
            </w:r>
          </w:p>
        </w:tc>
        <w:tc>
          <w:tcPr>
            <w:tcW w:w="1134" w:type="dxa"/>
            <w:vAlign w:val="center"/>
          </w:tcPr>
          <w:p w14:paraId="28C9FCF6" w14:textId="5DCDD070" w:rsidR="00DF108A" w:rsidRPr="00DF108A" w:rsidRDefault="00DF108A" w:rsidP="00DF10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F108A">
              <w:rPr>
                <w:rFonts w:ascii="Times New Roman" w:hAnsi="Times New Roman" w:cs="Times New Roman"/>
                <w:b/>
                <w:lang w:val="ru-RU"/>
              </w:rPr>
              <w:t>1р</w:t>
            </w:r>
          </w:p>
        </w:tc>
        <w:tc>
          <w:tcPr>
            <w:tcW w:w="1984" w:type="dxa"/>
            <w:vAlign w:val="center"/>
          </w:tcPr>
          <w:p w14:paraId="67FA303F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419DAA6" w14:textId="46730A14" w:rsidR="00DF108A" w:rsidRPr="00DF108A" w:rsidRDefault="00DF108A" w:rsidP="00DF10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F108A"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DF108A" w:rsidRPr="00DF108A" w14:paraId="0FB2CC77" w14:textId="77777777" w:rsidTr="00DF108A">
        <w:tc>
          <w:tcPr>
            <w:tcW w:w="10657" w:type="dxa"/>
            <w:gridSpan w:val="6"/>
            <w:vAlign w:val="center"/>
          </w:tcPr>
          <w:p w14:paraId="5CF07484" w14:textId="02D486D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i/>
              </w:rPr>
              <w:t>Юноши 1</w:t>
            </w:r>
            <w:r w:rsidRPr="00DF108A">
              <w:rPr>
                <w:rFonts w:ascii="Times New Roman" w:hAnsi="Times New Roman" w:cs="Times New Roman"/>
                <w:b/>
                <w:i/>
                <w:lang w:val="ru-RU"/>
              </w:rPr>
              <w:t>8-20</w:t>
            </w:r>
            <w:r w:rsidRPr="00DF108A">
              <w:rPr>
                <w:rFonts w:ascii="Times New Roman" w:hAnsi="Times New Roman" w:cs="Times New Roman"/>
                <w:b/>
                <w:i/>
              </w:rPr>
              <w:t xml:space="preserve"> лет (Участников: </w:t>
            </w:r>
            <w:r w:rsidRPr="00DF108A"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 w:rsidRPr="00DF108A"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DF108A" w:rsidRPr="00DF108A" w14:paraId="4F972A37" w14:textId="77777777" w:rsidTr="00DF108A">
        <w:tc>
          <w:tcPr>
            <w:tcW w:w="1020" w:type="dxa"/>
            <w:vAlign w:val="center"/>
          </w:tcPr>
          <w:p w14:paraId="595AA2E8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5288889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F0A929C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3A75645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5A5689C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5AB16D1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DF108A" w:rsidRPr="00DF108A" w14:paraId="4B086666" w14:textId="77777777" w:rsidTr="00DF108A">
        <w:tc>
          <w:tcPr>
            <w:tcW w:w="1020" w:type="dxa"/>
            <w:vAlign w:val="center"/>
          </w:tcPr>
          <w:p w14:paraId="753B5519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003C871D" w14:textId="0B1E65D1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color w:val="000000"/>
              </w:rPr>
              <w:t>Беломорский Сергей Витальевич</w:t>
            </w:r>
          </w:p>
        </w:tc>
        <w:tc>
          <w:tcPr>
            <w:tcW w:w="1417" w:type="dxa"/>
            <w:vAlign w:val="center"/>
          </w:tcPr>
          <w:p w14:paraId="2D180DB9" w14:textId="0A62F24A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color w:val="000000"/>
              </w:rPr>
              <w:t>2008-04-15</w:t>
            </w:r>
          </w:p>
        </w:tc>
        <w:tc>
          <w:tcPr>
            <w:tcW w:w="1134" w:type="dxa"/>
            <w:vAlign w:val="center"/>
          </w:tcPr>
          <w:p w14:paraId="0ED32FCE" w14:textId="3F1D47B0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  <w:lang w:val="ru-RU"/>
              </w:rPr>
              <w:t>1</w:t>
            </w:r>
            <w:r w:rsidRPr="00DF108A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984" w:type="dxa"/>
            <w:vAlign w:val="center"/>
          </w:tcPr>
          <w:p w14:paraId="56DD992C" w14:textId="77777777" w:rsidR="00DF108A" w:rsidRPr="00DF108A" w:rsidRDefault="00DF108A" w:rsidP="00DF108A">
            <w:pPr>
              <w:rPr>
                <w:rFonts w:ascii="Times New Roman" w:hAnsi="Times New Roman" w:cs="Times New Roman"/>
                <w:b/>
              </w:rPr>
            </w:pPr>
            <w:r w:rsidRPr="00DF108A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E4A14B0" w14:textId="22118216" w:rsidR="00DF108A" w:rsidRPr="00DF108A" w:rsidRDefault="00DF108A" w:rsidP="00DF108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F108A">
              <w:rPr>
                <w:rFonts w:ascii="Times New Roman" w:hAnsi="Times New Roman" w:cs="Times New Roman"/>
                <w:b/>
                <w:lang w:val="ru-RU"/>
              </w:rPr>
              <w:t>Хорохордин А.Ю., Нуркенов А.Х.</w:t>
            </w:r>
          </w:p>
        </w:tc>
      </w:tr>
    </w:tbl>
    <w:p w14:paraId="45A60C97" w14:textId="77777777" w:rsidR="003550F9" w:rsidRPr="00DF108A" w:rsidRDefault="003550F9">
      <w:pPr>
        <w:rPr>
          <w:lang w:val="ru-RU"/>
        </w:rPr>
      </w:pPr>
    </w:p>
    <w:p w14:paraId="0E3DD1AD" w14:textId="77777777" w:rsidR="003550F9" w:rsidRDefault="00EE6C9F">
      <w:pPr>
        <w:jc w:val="center"/>
      </w:pPr>
      <w:r>
        <w:rPr>
          <w:rFonts w:ascii="Times New Roman" w:hAnsi="Times New Roman" w:cs="Times New Roman"/>
          <w:b/>
          <w:sz w:val="28"/>
        </w:rPr>
        <w:t>ВЕСОВЫЕ КАТЕГОРИИ</w:t>
      </w:r>
    </w:p>
    <w:tbl>
      <w:tblPr>
        <w:tblStyle w:val="aff0"/>
        <w:tblW w:w="1065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020"/>
        <w:gridCol w:w="2551"/>
        <w:gridCol w:w="1417"/>
        <w:gridCol w:w="1134"/>
        <w:gridCol w:w="1984"/>
        <w:gridCol w:w="2551"/>
      </w:tblGrid>
      <w:tr w:rsidR="003550F9" w14:paraId="7843D1F4" w14:textId="77777777" w:rsidTr="006F17CF">
        <w:tc>
          <w:tcPr>
            <w:tcW w:w="10657" w:type="dxa"/>
            <w:gridSpan w:val="6"/>
            <w:vAlign w:val="center"/>
          </w:tcPr>
          <w:p w14:paraId="74A1A4FF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 xml:space="preserve">Девушки 12-13 лет 42 кг. </w:t>
            </w:r>
            <w:r>
              <w:rPr>
                <w:rFonts w:ascii="Times New Roman" w:hAnsi="Times New Roman" w:cs="Times New Roman"/>
                <w:b/>
                <w:i/>
              </w:rPr>
              <w:t>(Участников: 13 )</w:t>
            </w:r>
          </w:p>
        </w:tc>
      </w:tr>
      <w:tr w:rsidR="003550F9" w14:paraId="054262B8" w14:textId="77777777" w:rsidTr="006F17CF">
        <w:tc>
          <w:tcPr>
            <w:tcW w:w="1020" w:type="dxa"/>
            <w:vAlign w:val="center"/>
          </w:tcPr>
          <w:p w14:paraId="5CDA7FA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55F961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F0EA0B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F385F9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60B7752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7917130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56C08030" w14:textId="77777777" w:rsidTr="006F17CF">
        <w:tc>
          <w:tcPr>
            <w:tcW w:w="1020" w:type="dxa"/>
            <w:vAlign w:val="center"/>
          </w:tcPr>
          <w:p w14:paraId="5ED1D88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36C88E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Волкова Ариана Евгеньевна</w:t>
            </w:r>
          </w:p>
        </w:tc>
        <w:tc>
          <w:tcPr>
            <w:tcW w:w="1417" w:type="dxa"/>
            <w:vAlign w:val="center"/>
          </w:tcPr>
          <w:p w14:paraId="65CD32A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06-05-2014</w:t>
            </w:r>
          </w:p>
        </w:tc>
        <w:tc>
          <w:tcPr>
            <w:tcW w:w="1134" w:type="dxa"/>
            <w:vAlign w:val="center"/>
          </w:tcPr>
          <w:p w14:paraId="0C1C181E" w14:textId="3D162D80" w:rsidR="003550F9" w:rsidRDefault="001C4D88" w:rsidP="006F17CF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2CD5F14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695AAA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32D8414A" w14:textId="77777777" w:rsidTr="006F17CF">
        <w:tc>
          <w:tcPr>
            <w:tcW w:w="1020" w:type="dxa"/>
            <w:vAlign w:val="center"/>
          </w:tcPr>
          <w:p w14:paraId="3202A22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A12AD0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Илларионова Ангелина Сергеевна</w:t>
            </w:r>
          </w:p>
        </w:tc>
        <w:tc>
          <w:tcPr>
            <w:tcW w:w="1417" w:type="dxa"/>
            <w:vAlign w:val="center"/>
          </w:tcPr>
          <w:p w14:paraId="29847B4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29-06-2013</w:t>
            </w:r>
          </w:p>
        </w:tc>
        <w:tc>
          <w:tcPr>
            <w:tcW w:w="1134" w:type="dxa"/>
            <w:vAlign w:val="center"/>
          </w:tcPr>
          <w:p w14:paraId="5A79F9D4" w14:textId="1C619CE1" w:rsidR="003550F9" w:rsidRDefault="001C4D88" w:rsidP="006F17CF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14722C3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B16C03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Марков П.П.</w:t>
            </w:r>
          </w:p>
        </w:tc>
      </w:tr>
      <w:tr w:rsidR="003550F9" w14:paraId="637C054C" w14:textId="77777777" w:rsidTr="006F17CF">
        <w:tc>
          <w:tcPr>
            <w:tcW w:w="1020" w:type="dxa"/>
            <w:vAlign w:val="center"/>
          </w:tcPr>
          <w:p w14:paraId="2D4D88E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128ACC2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 xml:space="preserve">Зацепина Юля </w:t>
            </w:r>
            <w:r>
              <w:rPr>
                <w:rFonts w:ascii="Times New Roman" w:hAnsi="Times New Roman" w:cs="Times New Roman"/>
                <w:b/>
              </w:rPr>
              <w:t>Андреевна</w:t>
            </w:r>
          </w:p>
        </w:tc>
        <w:tc>
          <w:tcPr>
            <w:tcW w:w="1417" w:type="dxa"/>
            <w:vAlign w:val="center"/>
          </w:tcPr>
          <w:p w14:paraId="71C6EF1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27-07-2013</w:t>
            </w:r>
          </w:p>
        </w:tc>
        <w:tc>
          <w:tcPr>
            <w:tcW w:w="1134" w:type="dxa"/>
            <w:vAlign w:val="center"/>
          </w:tcPr>
          <w:p w14:paraId="77D07B3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4149A1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5694B5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Селиверстов Р.В.</w:t>
            </w:r>
          </w:p>
        </w:tc>
      </w:tr>
      <w:tr w:rsidR="003550F9" w14:paraId="37643C2F" w14:textId="77777777" w:rsidTr="006F17CF">
        <w:tc>
          <w:tcPr>
            <w:tcW w:w="1020" w:type="dxa"/>
            <w:vAlign w:val="center"/>
          </w:tcPr>
          <w:p w14:paraId="27E4138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3CE9AA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Коротких Ульяна Александровна</w:t>
            </w:r>
          </w:p>
        </w:tc>
        <w:tc>
          <w:tcPr>
            <w:tcW w:w="1417" w:type="dxa"/>
            <w:vAlign w:val="center"/>
          </w:tcPr>
          <w:p w14:paraId="580FECB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25-04-2014</w:t>
            </w:r>
          </w:p>
        </w:tc>
        <w:tc>
          <w:tcPr>
            <w:tcW w:w="1134" w:type="dxa"/>
            <w:vAlign w:val="center"/>
          </w:tcPr>
          <w:p w14:paraId="75F9A9B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05F0748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4B3F8F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550F9" w14:paraId="27E94C80" w14:textId="77777777" w:rsidTr="006F17CF">
        <w:tc>
          <w:tcPr>
            <w:tcW w:w="1020" w:type="dxa"/>
            <w:vAlign w:val="center"/>
          </w:tcPr>
          <w:p w14:paraId="1B65A022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24BCEFA7" w14:textId="77777777" w:rsidR="003550F9" w:rsidRDefault="00EE6C9F" w:rsidP="006F17CF">
            <w:r>
              <w:rPr>
                <w:rFonts w:ascii="Times New Roman" w:hAnsi="Times New Roman" w:cs="Times New Roman"/>
              </w:rPr>
              <w:t>Пожилова Валерия Евгеньевна</w:t>
            </w:r>
          </w:p>
        </w:tc>
        <w:tc>
          <w:tcPr>
            <w:tcW w:w="1417" w:type="dxa"/>
            <w:vAlign w:val="center"/>
          </w:tcPr>
          <w:p w14:paraId="7F428F17" w14:textId="77777777" w:rsidR="003550F9" w:rsidRDefault="00EE6C9F" w:rsidP="006F17CF">
            <w:r>
              <w:rPr>
                <w:rFonts w:ascii="Times New Roman" w:hAnsi="Times New Roman" w:cs="Times New Roman"/>
              </w:rPr>
              <w:t>24-09-2013</w:t>
            </w:r>
          </w:p>
        </w:tc>
        <w:tc>
          <w:tcPr>
            <w:tcW w:w="1134" w:type="dxa"/>
            <w:vAlign w:val="center"/>
          </w:tcPr>
          <w:p w14:paraId="377852C0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E0B711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7FE0A98" w14:textId="77777777" w:rsidR="003550F9" w:rsidRDefault="00EE6C9F" w:rsidP="006F17CF">
            <w:r>
              <w:rPr>
                <w:rFonts w:ascii="Times New Roman" w:hAnsi="Times New Roman" w:cs="Times New Roman"/>
              </w:rPr>
              <w:t>Селиверстов Р.В.</w:t>
            </w:r>
          </w:p>
        </w:tc>
      </w:tr>
      <w:tr w:rsidR="003550F9" w14:paraId="70DA753E" w14:textId="77777777" w:rsidTr="006F17CF">
        <w:tc>
          <w:tcPr>
            <w:tcW w:w="1020" w:type="dxa"/>
            <w:vAlign w:val="center"/>
          </w:tcPr>
          <w:p w14:paraId="3C2897D4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7C5564DF" w14:textId="77777777" w:rsidR="003550F9" w:rsidRDefault="00EE6C9F" w:rsidP="006F17CF">
            <w:r>
              <w:rPr>
                <w:rFonts w:ascii="Times New Roman" w:hAnsi="Times New Roman" w:cs="Times New Roman"/>
              </w:rPr>
              <w:t>Останина Арина Денисовна</w:t>
            </w:r>
          </w:p>
        </w:tc>
        <w:tc>
          <w:tcPr>
            <w:tcW w:w="1417" w:type="dxa"/>
            <w:vAlign w:val="center"/>
          </w:tcPr>
          <w:p w14:paraId="730BBC70" w14:textId="77777777" w:rsidR="003550F9" w:rsidRDefault="00EE6C9F" w:rsidP="006F17CF">
            <w:r>
              <w:rPr>
                <w:rFonts w:ascii="Times New Roman" w:hAnsi="Times New Roman" w:cs="Times New Roman"/>
              </w:rPr>
              <w:t>03-03-2014</w:t>
            </w:r>
          </w:p>
        </w:tc>
        <w:tc>
          <w:tcPr>
            <w:tcW w:w="1134" w:type="dxa"/>
            <w:vAlign w:val="center"/>
          </w:tcPr>
          <w:p w14:paraId="24491797" w14:textId="1DDF70EB" w:rsidR="003550F9" w:rsidRDefault="001C4D88" w:rsidP="006F17CF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231ABBEC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3A80BD3" w14:textId="77777777" w:rsidR="003550F9" w:rsidRDefault="00EE6C9F" w:rsidP="006F17CF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550F9" w14:paraId="2E7E3975" w14:textId="77777777" w:rsidTr="006F17CF">
        <w:tc>
          <w:tcPr>
            <w:tcW w:w="1020" w:type="dxa"/>
            <w:vAlign w:val="center"/>
          </w:tcPr>
          <w:p w14:paraId="07D0B254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C55FC15" w14:textId="77777777" w:rsidR="003550F9" w:rsidRDefault="00EE6C9F" w:rsidP="006F17CF">
            <w:r>
              <w:rPr>
                <w:rFonts w:ascii="Times New Roman" w:hAnsi="Times New Roman" w:cs="Times New Roman"/>
              </w:rPr>
              <w:t>Фриауф Полина Максимовна</w:t>
            </w:r>
          </w:p>
        </w:tc>
        <w:tc>
          <w:tcPr>
            <w:tcW w:w="1417" w:type="dxa"/>
            <w:vAlign w:val="center"/>
          </w:tcPr>
          <w:p w14:paraId="39B49AFB" w14:textId="77777777" w:rsidR="003550F9" w:rsidRDefault="00EE6C9F" w:rsidP="006F17CF">
            <w:r>
              <w:rPr>
                <w:rFonts w:ascii="Times New Roman" w:hAnsi="Times New Roman" w:cs="Times New Roman"/>
              </w:rPr>
              <w:t>28-09-2014</w:t>
            </w:r>
          </w:p>
        </w:tc>
        <w:tc>
          <w:tcPr>
            <w:tcW w:w="1134" w:type="dxa"/>
            <w:vAlign w:val="center"/>
          </w:tcPr>
          <w:p w14:paraId="60AA51A5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10B0535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ED362B3" w14:textId="77777777" w:rsidR="003550F9" w:rsidRDefault="00EE6C9F" w:rsidP="006F17CF">
            <w:r>
              <w:rPr>
                <w:rFonts w:ascii="Times New Roman" w:hAnsi="Times New Roman" w:cs="Times New Roman"/>
              </w:rPr>
              <w:t>Юдаков А.А.</w:t>
            </w:r>
          </w:p>
        </w:tc>
      </w:tr>
      <w:tr w:rsidR="003550F9" w:rsidRPr="00A702B8" w14:paraId="6CD56267" w14:textId="77777777" w:rsidTr="006F17CF">
        <w:tc>
          <w:tcPr>
            <w:tcW w:w="1020" w:type="dxa"/>
            <w:vAlign w:val="center"/>
          </w:tcPr>
          <w:p w14:paraId="3B6F06F9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2D6B48E6" w14:textId="77777777" w:rsidR="003550F9" w:rsidRDefault="00EE6C9F" w:rsidP="006F17CF">
            <w:r>
              <w:rPr>
                <w:rFonts w:ascii="Times New Roman" w:hAnsi="Times New Roman" w:cs="Times New Roman"/>
              </w:rPr>
              <w:t>Казанцева Оксана Станиславовна</w:t>
            </w:r>
          </w:p>
        </w:tc>
        <w:tc>
          <w:tcPr>
            <w:tcW w:w="1417" w:type="dxa"/>
            <w:vAlign w:val="center"/>
          </w:tcPr>
          <w:p w14:paraId="07D877D3" w14:textId="77777777" w:rsidR="003550F9" w:rsidRDefault="00EE6C9F" w:rsidP="006F17CF">
            <w:r>
              <w:rPr>
                <w:rFonts w:ascii="Times New Roman" w:hAnsi="Times New Roman" w:cs="Times New Roman"/>
              </w:rPr>
              <w:t>07-11-2014</w:t>
            </w:r>
          </w:p>
        </w:tc>
        <w:tc>
          <w:tcPr>
            <w:tcW w:w="1134" w:type="dxa"/>
            <w:vAlign w:val="center"/>
          </w:tcPr>
          <w:p w14:paraId="16798C15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FFFBE78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13AEE51" w14:textId="77777777" w:rsidR="003550F9" w:rsidRPr="00A702B8" w:rsidRDefault="00EE6C9F" w:rsidP="006F17CF">
            <w:pPr>
              <w:rPr>
                <w:lang w:val="ru-RU"/>
              </w:rPr>
            </w:pPr>
            <w:r w:rsidRPr="00A702B8">
              <w:rPr>
                <w:rFonts w:ascii="Times New Roman" w:hAnsi="Times New Roman" w:cs="Times New Roman"/>
                <w:lang w:val="ru-RU"/>
              </w:rPr>
              <w:t>Селиверстов Р.В. Бронникова Д.А</w:t>
            </w:r>
          </w:p>
        </w:tc>
      </w:tr>
      <w:tr w:rsidR="003550F9" w14:paraId="7BA3E530" w14:textId="77777777" w:rsidTr="006F17CF">
        <w:tc>
          <w:tcPr>
            <w:tcW w:w="1020" w:type="dxa"/>
            <w:vAlign w:val="center"/>
          </w:tcPr>
          <w:p w14:paraId="512D0679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475E2FF1" w14:textId="77777777" w:rsidR="003550F9" w:rsidRDefault="00EE6C9F" w:rsidP="006F17CF">
            <w:r>
              <w:rPr>
                <w:rFonts w:ascii="Times New Roman" w:hAnsi="Times New Roman" w:cs="Times New Roman"/>
              </w:rPr>
              <w:t>Шаткова Татьяна Дмитриевна</w:t>
            </w:r>
          </w:p>
        </w:tc>
        <w:tc>
          <w:tcPr>
            <w:tcW w:w="1417" w:type="dxa"/>
            <w:vAlign w:val="center"/>
          </w:tcPr>
          <w:p w14:paraId="0361FE2E" w14:textId="77777777" w:rsidR="003550F9" w:rsidRDefault="00EE6C9F" w:rsidP="006F17CF">
            <w:r>
              <w:rPr>
                <w:rFonts w:ascii="Times New Roman" w:hAnsi="Times New Roman" w:cs="Times New Roman"/>
              </w:rPr>
              <w:t>03-08-2013</w:t>
            </w:r>
          </w:p>
        </w:tc>
        <w:tc>
          <w:tcPr>
            <w:tcW w:w="1134" w:type="dxa"/>
            <w:vAlign w:val="center"/>
          </w:tcPr>
          <w:p w14:paraId="6160E514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5D411D3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60A7E81" w14:textId="77777777" w:rsidR="003550F9" w:rsidRDefault="00EE6C9F" w:rsidP="006F17CF">
            <w:r>
              <w:rPr>
                <w:rFonts w:ascii="Times New Roman" w:hAnsi="Times New Roman" w:cs="Times New Roman"/>
              </w:rPr>
              <w:t>Беспалов Д.С</w:t>
            </w:r>
          </w:p>
        </w:tc>
      </w:tr>
      <w:tr w:rsidR="003550F9" w14:paraId="5BA03BFF" w14:textId="77777777" w:rsidTr="006F17CF">
        <w:tc>
          <w:tcPr>
            <w:tcW w:w="1020" w:type="dxa"/>
            <w:vAlign w:val="center"/>
          </w:tcPr>
          <w:p w14:paraId="599C69D5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094F2E8" w14:textId="77777777" w:rsidR="003550F9" w:rsidRDefault="00EE6C9F" w:rsidP="006F17CF">
            <w:r>
              <w:rPr>
                <w:rFonts w:ascii="Times New Roman" w:hAnsi="Times New Roman" w:cs="Times New Roman"/>
              </w:rPr>
              <w:t>Саблина Дарья</w:t>
            </w:r>
          </w:p>
        </w:tc>
        <w:tc>
          <w:tcPr>
            <w:tcW w:w="1417" w:type="dxa"/>
            <w:vAlign w:val="center"/>
          </w:tcPr>
          <w:p w14:paraId="4D37A903" w14:textId="77777777" w:rsidR="003550F9" w:rsidRDefault="00EE6C9F" w:rsidP="006F17CF">
            <w:r>
              <w:rPr>
                <w:rFonts w:ascii="Times New Roman" w:hAnsi="Times New Roman" w:cs="Times New Roman"/>
              </w:rPr>
              <w:t>26-08-2014</w:t>
            </w:r>
          </w:p>
        </w:tc>
        <w:tc>
          <w:tcPr>
            <w:tcW w:w="1134" w:type="dxa"/>
            <w:vAlign w:val="center"/>
          </w:tcPr>
          <w:p w14:paraId="6B5BC628" w14:textId="511D8492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C4D88">
              <w:rPr>
                <w:rFonts w:ascii="Times New Roman" w:hAnsi="Times New Roman" w:cs="Times New Roman"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3ACDE637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805A539" w14:textId="77777777" w:rsidR="003550F9" w:rsidRDefault="00EE6C9F" w:rsidP="006F17CF">
            <w:r>
              <w:rPr>
                <w:rFonts w:ascii="Times New Roman" w:hAnsi="Times New Roman" w:cs="Times New Roman"/>
              </w:rPr>
              <w:t>к</w:t>
            </w:r>
          </w:p>
        </w:tc>
      </w:tr>
      <w:tr w:rsidR="003550F9" w14:paraId="0E9C0F1E" w14:textId="77777777" w:rsidTr="006F17CF">
        <w:tc>
          <w:tcPr>
            <w:tcW w:w="1020" w:type="dxa"/>
            <w:vAlign w:val="center"/>
          </w:tcPr>
          <w:p w14:paraId="2D2A79A2" w14:textId="77777777" w:rsidR="003550F9" w:rsidRDefault="00EE6C9F" w:rsidP="006F17CF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1890714" w14:textId="77777777" w:rsidR="003550F9" w:rsidRDefault="00EE6C9F" w:rsidP="006F17CF">
            <w:r>
              <w:rPr>
                <w:rFonts w:ascii="Times New Roman" w:hAnsi="Times New Roman" w:cs="Times New Roman"/>
              </w:rPr>
              <w:t>Яковлева Лидия Николаевна</w:t>
            </w:r>
          </w:p>
        </w:tc>
        <w:tc>
          <w:tcPr>
            <w:tcW w:w="1417" w:type="dxa"/>
            <w:vAlign w:val="center"/>
          </w:tcPr>
          <w:p w14:paraId="10E17232" w14:textId="77777777" w:rsidR="003550F9" w:rsidRDefault="00EE6C9F" w:rsidP="006F17CF">
            <w:r>
              <w:rPr>
                <w:rFonts w:ascii="Times New Roman" w:hAnsi="Times New Roman" w:cs="Times New Roman"/>
              </w:rPr>
              <w:t>04-04-2014</w:t>
            </w:r>
          </w:p>
        </w:tc>
        <w:tc>
          <w:tcPr>
            <w:tcW w:w="1134" w:type="dxa"/>
            <w:vAlign w:val="center"/>
          </w:tcPr>
          <w:p w14:paraId="33E6992B" w14:textId="7473B817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C4D88">
              <w:rPr>
                <w:rFonts w:ascii="Times New Roman" w:hAnsi="Times New Roman" w:cs="Times New Roman"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308ED885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3152E3F" w14:textId="77777777" w:rsidR="003550F9" w:rsidRDefault="00EE6C9F" w:rsidP="006F17CF">
            <w:r>
              <w:rPr>
                <w:rFonts w:ascii="Times New Roman" w:hAnsi="Times New Roman" w:cs="Times New Roman"/>
              </w:rPr>
              <w:t>к</w:t>
            </w:r>
          </w:p>
        </w:tc>
      </w:tr>
      <w:tr w:rsidR="003550F9" w14:paraId="1ECC140F" w14:textId="77777777" w:rsidTr="006F17CF">
        <w:tc>
          <w:tcPr>
            <w:tcW w:w="1020" w:type="dxa"/>
            <w:vAlign w:val="center"/>
          </w:tcPr>
          <w:p w14:paraId="13FC987D" w14:textId="77777777" w:rsidR="003550F9" w:rsidRDefault="00EE6C9F" w:rsidP="006F17CF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C72BBCA" w14:textId="77777777" w:rsidR="003550F9" w:rsidRDefault="00EE6C9F" w:rsidP="006F17CF">
            <w:r>
              <w:rPr>
                <w:rFonts w:ascii="Times New Roman" w:hAnsi="Times New Roman" w:cs="Times New Roman"/>
              </w:rPr>
              <w:t>Альбрехт Валерия Алексеевна</w:t>
            </w:r>
          </w:p>
        </w:tc>
        <w:tc>
          <w:tcPr>
            <w:tcW w:w="1417" w:type="dxa"/>
            <w:vAlign w:val="center"/>
          </w:tcPr>
          <w:p w14:paraId="389B200E" w14:textId="77777777" w:rsidR="003550F9" w:rsidRDefault="00EE6C9F" w:rsidP="006F17CF">
            <w:r>
              <w:rPr>
                <w:rFonts w:ascii="Times New Roman" w:hAnsi="Times New Roman" w:cs="Times New Roman"/>
              </w:rPr>
              <w:t>03-11-2014</w:t>
            </w:r>
          </w:p>
        </w:tc>
        <w:tc>
          <w:tcPr>
            <w:tcW w:w="1134" w:type="dxa"/>
            <w:vAlign w:val="center"/>
          </w:tcPr>
          <w:p w14:paraId="3229939A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0103E9C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3E9AFA" w14:textId="77777777" w:rsidR="003550F9" w:rsidRDefault="00EE6C9F" w:rsidP="006F17CF">
            <w:r>
              <w:rPr>
                <w:rFonts w:ascii="Times New Roman" w:hAnsi="Times New Roman" w:cs="Times New Roman"/>
              </w:rPr>
              <w:t>Юдаков А.А.</w:t>
            </w:r>
          </w:p>
        </w:tc>
      </w:tr>
      <w:tr w:rsidR="003550F9" w14:paraId="6D7940FB" w14:textId="77777777" w:rsidTr="006F17CF">
        <w:tc>
          <w:tcPr>
            <w:tcW w:w="10657" w:type="dxa"/>
            <w:gridSpan w:val="6"/>
            <w:vAlign w:val="center"/>
          </w:tcPr>
          <w:p w14:paraId="162A3D2A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lastRenderedPageBreak/>
              <w:t xml:space="preserve">Девушки 12-13 лет 47 кг. </w:t>
            </w:r>
            <w:r>
              <w:rPr>
                <w:rFonts w:ascii="Times New Roman" w:hAnsi="Times New Roman" w:cs="Times New Roman"/>
                <w:b/>
                <w:i/>
              </w:rPr>
              <w:t>(Участников: 8 )</w:t>
            </w:r>
          </w:p>
        </w:tc>
      </w:tr>
      <w:tr w:rsidR="003550F9" w14:paraId="4A2C59D2" w14:textId="77777777" w:rsidTr="006F17CF">
        <w:tc>
          <w:tcPr>
            <w:tcW w:w="1020" w:type="dxa"/>
            <w:vAlign w:val="center"/>
          </w:tcPr>
          <w:p w14:paraId="5FBEDD6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83FF0B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802567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CBC506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F6631B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E8E750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65F95D74" w14:textId="77777777" w:rsidTr="006F17CF">
        <w:tc>
          <w:tcPr>
            <w:tcW w:w="1020" w:type="dxa"/>
            <w:vAlign w:val="center"/>
          </w:tcPr>
          <w:p w14:paraId="227EA3A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6F5A349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Новикова Валерия Антоновна</w:t>
            </w:r>
          </w:p>
        </w:tc>
        <w:tc>
          <w:tcPr>
            <w:tcW w:w="1417" w:type="dxa"/>
            <w:vAlign w:val="center"/>
          </w:tcPr>
          <w:p w14:paraId="72A11BD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12-06-2013</w:t>
            </w:r>
          </w:p>
        </w:tc>
        <w:tc>
          <w:tcPr>
            <w:tcW w:w="1134" w:type="dxa"/>
            <w:vAlign w:val="center"/>
          </w:tcPr>
          <w:p w14:paraId="29B4DDF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AB5349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4B02E9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550F9" w14:paraId="0762E53D" w14:textId="77777777" w:rsidTr="006F17CF">
        <w:tc>
          <w:tcPr>
            <w:tcW w:w="1020" w:type="dxa"/>
            <w:vAlign w:val="center"/>
          </w:tcPr>
          <w:p w14:paraId="2A83273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048487C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Щигорева Алина Евгеньевна</w:t>
            </w:r>
          </w:p>
        </w:tc>
        <w:tc>
          <w:tcPr>
            <w:tcW w:w="1417" w:type="dxa"/>
            <w:vAlign w:val="center"/>
          </w:tcPr>
          <w:p w14:paraId="6B58CCF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06-11-2013</w:t>
            </w:r>
          </w:p>
        </w:tc>
        <w:tc>
          <w:tcPr>
            <w:tcW w:w="1134" w:type="dxa"/>
            <w:vAlign w:val="center"/>
          </w:tcPr>
          <w:p w14:paraId="48BC992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64CD45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C7A357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550F9" w14:paraId="000987A7" w14:textId="77777777" w:rsidTr="006F17CF">
        <w:tc>
          <w:tcPr>
            <w:tcW w:w="1020" w:type="dxa"/>
            <w:vAlign w:val="center"/>
          </w:tcPr>
          <w:p w14:paraId="78010D0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B5EBF4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 xml:space="preserve">Ян Мария </w:t>
            </w:r>
            <w:r>
              <w:rPr>
                <w:rFonts w:ascii="Times New Roman" w:hAnsi="Times New Roman" w:cs="Times New Roman"/>
                <w:b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5CDC137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22-10-2013</w:t>
            </w:r>
          </w:p>
        </w:tc>
        <w:tc>
          <w:tcPr>
            <w:tcW w:w="1134" w:type="dxa"/>
            <w:vAlign w:val="center"/>
          </w:tcPr>
          <w:p w14:paraId="01E41A9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6DDFD6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D50639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550F9" w14:paraId="5FEB986D" w14:textId="77777777" w:rsidTr="006F17CF">
        <w:tc>
          <w:tcPr>
            <w:tcW w:w="1020" w:type="dxa"/>
            <w:vAlign w:val="center"/>
          </w:tcPr>
          <w:p w14:paraId="08A5C57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A946D9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Акентьева Мария Антоновна</w:t>
            </w:r>
          </w:p>
        </w:tc>
        <w:tc>
          <w:tcPr>
            <w:tcW w:w="1417" w:type="dxa"/>
            <w:vAlign w:val="center"/>
          </w:tcPr>
          <w:p w14:paraId="0B3D5D2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04-04-2014</w:t>
            </w:r>
          </w:p>
        </w:tc>
        <w:tc>
          <w:tcPr>
            <w:tcW w:w="1134" w:type="dxa"/>
            <w:vAlign w:val="center"/>
          </w:tcPr>
          <w:p w14:paraId="4C2B1E8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2D3FACF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EDC2E5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6C1236A4" w14:textId="77777777" w:rsidTr="006F17CF">
        <w:tc>
          <w:tcPr>
            <w:tcW w:w="1020" w:type="dxa"/>
            <w:vAlign w:val="center"/>
          </w:tcPr>
          <w:p w14:paraId="6C436423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70658B0C" w14:textId="77777777" w:rsidR="003550F9" w:rsidRDefault="00EE6C9F" w:rsidP="006F17CF">
            <w:r>
              <w:rPr>
                <w:rFonts w:ascii="Times New Roman" w:hAnsi="Times New Roman" w:cs="Times New Roman"/>
              </w:rPr>
              <w:t>Аракчеева Анастасия Евгеньевна</w:t>
            </w:r>
          </w:p>
        </w:tc>
        <w:tc>
          <w:tcPr>
            <w:tcW w:w="1417" w:type="dxa"/>
            <w:vAlign w:val="center"/>
          </w:tcPr>
          <w:p w14:paraId="029440C7" w14:textId="77777777" w:rsidR="003550F9" w:rsidRDefault="00EE6C9F" w:rsidP="006F17CF">
            <w:r>
              <w:rPr>
                <w:rFonts w:ascii="Times New Roman" w:hAnsi="Times New Roman" w:cs="Times New Roman"/>
              </w:rPr>
              <w:t>19-05-2013</w:t>
            </w:r>
          </w:p>
        </w:tc>
        <w:tc>
          <w:tcPr>
            <w:tcW w:w="1134" w:type="dxa"/>
            <w:vAlign w:val="center"/>
          </w:tcPr>
          <w:p w14:paraId="0C85B7B0" w14:textId="77777777" w:rsidR="003550F9" w:rsidRDefault="00EE6C9F" w:rsidP="006F17CF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00E4808F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9249919" w14:textId="77777777" w:rsidR="003550F9" w:rsidRDefault="00EE6C9F" w:rsidP="006F17CF">
            <w:r>
              <w:rPr>
                <w:rFonts w:ascii="Times New Roman" w:hAnsi="Times New Roman" w:cs="Times New Roman"/>
              </w:rPr>
              <w:t>Томас В.А.</w:t>
            </w:r>
          </w:p>
        </w:tc>
      </w:tr>
      <w:tr w:rsidR="003550F9" w:rsidRPr="00A702B8" w14:paraId="62B6610B" w14:textId="77777777" w:rsidTr="006F17CF">
        <w:tc>
          <w:tcPr>
            <w:tcW w:w="1020" w:type="dxa"/>
            <w:vAlign w:val="center"/>
          </w:tcPr>
          <w:p w14:paraId="11C718D5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E10628C" w14:textId="77777777" w:rsidR="003550F9" w:rsidRDefault="00EE6C9F" w:rsidP="006F17CF">
            <w:r>
              <w:rPr>
                <w:rFonts w:ascii="Times New Roman" w:hAnsi="Times New Roman" w:cs="Times New Roman"/>
              </w:rPr>
              <w:t>Сазонова Валерия Дмитриевна</w:t>
            </w:r>
          </w:p>
        </w:tc>
        <w:tc>
          <w:tcPr>
            <w:tcW w:w="1417" w:type="dxa"/>
            <w:vAlign w:val="center"/>
          </w:tcPr>
          <w:p w14:paraId="75A14D0D" w14:textId="77777777" w:rsidR="003550F9" w:rsidRDefault="00EE6C9F" w:rsidP="006F17CF">
            <w:r>
              <w:rPr>
                <w:rFonts w:ascii="Times New Roman" w:hAnsi="Times New Roman" w:cs="Times New Roman"/>
              </w:rPr>
              <w:t>14-09-2014</w:t>
            </w:r>
          </w:p>
        </w:tc>
        <w:tc>
          <w:tcPr>
            <w:tcW w:w="1134" w:type="dxa"/>
            <w:vAlign w:val="center"/>
          </w:tcPr>
          <w:p w14:paraId="4815F4C4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D5BE59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98371ED" w14:textId="77777777" w:rsidR="003550F9" w:rsidRPr="00A702B8" w:rsidRDefault="00EE6C9F" w:rsidP="006F17CF">
            <w:pPr>
              <w:rPr>
                <w:lang w:val="ru-RU"/>
              </w:rPr>
            </w:pPr>
            <w:r w:rsidRPr="00A702B8">
              <w:rPr>
                <w:rFonts w:ascii="Times New Roman" w:hAnsi="Times New Roman" w:cs="Times New Roman"/>
                <w:lang w:val="ru-RU"/>
              </w:rPr>
              <w:t>Селиверстов Р.В. Бронникова Д.А.</w:t>
            </w:r>
          </w:p>
        </w:tc>
      </w:tr>
      <w:tr w:rsidR="003550F9" w14:paraId="60184322" w14:textId="77777777" w:rsidTr="006F17CF">
        <w:tc>
          <w:tcPr>
            <w:tcW w:w="1020" w:type="dxa"/>
            <w:vAlign w:val="center"/>
          </w:tcPr>
          <w:p w14:paraId="09B5DBEF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20C319BF" w14:textId="77777777" w:rsidR="003550F9" w:rsidRDefault="00EE6C9F" w:rsidP="006F17CF">
            <w:r>
              <w:rPr>
                <w:rFonts w:ascii="Times New Roman" w:hAnsi="Times New Roman" w:cs="Times New Roman"/>
              </w:rPr>
              <w:t>Литяева Анна Николаевна</w:t>
            </w:r>
          </w:p>
        </w:tc>
        <w:tc>
          <w:tcPr>
            <w:tcW w:w="1417" w:type="dxa"/>
            <w:vAlign w:val="center"/>
          </w:tcPr>
          <w:p w14:paraId="77BF7785" w14:textId="77777777" w:rsidR="003550F9" w:rsidRDefault="00EE6C9F" w:rsidP="006F17CF">
            <w:r>
              <w:rPr>
                <w:rFonts w:ascii="Times New Roman" w:hAnsi="Times New Roman" w:cs="Times New Roman"/>
              </w:rPr>
              <w:t>11-06-2013</w:t>
            </w:r>
          </w:p>
        </w:tc>
        <w:tc>
          <w:tcPr>
            <w:tcW w:w="1134" w:type="dxa"/>
            <w:vAlign w:val="center"/>
          </w:tcPr>
          <w:p w14:paraId="07591FEF" w14:textId="77777777" w:rsidR="003550F9" w:rsidRDefault="003550F9" w:rsidP="006F17CF"/>
        </w:tc>
        <w:tc>
          <w:tcPr>
            <w:tcW w:w="1984" w:type="dxa"/>
            <w:vAlign w:val="center"/>
          </w:tcPr>
          <w:p w14:paraId="012AB59F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E86452A" w14:textId="77777777" w:rsidR="003550F9" w:rsidRDefault="003550F9" w:rsidP="006F17CF"/>
        </w:tc>
      </w:tr>
      <w:tr w:rsidR="003550F9" w14:paraId="597EC4A7" w14:textId="77777777" w:rsidTr="006F17CF">
        <w:tc>
          <w:tcPr>
            <w:tcW w:w="1020" w:type="dxa"/>
            <w:vAlign w:val="center"/>
          </w:tcPr>
          <w:p w14:paraId="1DD463B8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780240B0" w14:textId="77777777" w:rsidR="003550F9" w:rsidRDefault="00EE6C9F" w:rsidP="006F17CF">
            <w:r>
              <w:rPr>
                <w:rFonts w:ascii="Times New Roman" w:hAnsi="Times New Roman" w:cs="Times New Roman"/>
              </w:rPr>
              <w:t>Гусева София Евгеньевна</w:t>
            </w:r>
          </w:p>
        </w:tc>
        <w:tc>
          <w:tcPr>
            <w:tcW w:w="1417" w:type="dxa"/>
            <w:vAlign w:val="center"/>
          </w:tcPr>
          <w:p w14:paraId="09789EA5" w14:textId="77777777" w:rsidR="003550F9" w:rsidRDefault="00EE6C9F" w:rsidP="006F17CF">
            <w:r>
              <w:rPr>
                <w:rFonts w:ascii="Times New Roman" w:hAnsi="Times New Roman" w:cs="Times New Roman"/>
              </w:rPr>
              <w:t>11-02-2014</w:t>
            </w:r>
          </w:p>
        </w:tc>
        <w:tc>
          <w:tcPr>
            <w:tcW w:w="1134" w:type="dxa"/>
            <w:vAlign w:val="center"/>
          </w:tcPr>
          <w:p w14:paraId="736AD969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5237732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CA0A24A" w14:textId="77777777" w:rsidR="003550F9" w:rsidRDefault="00EE6C9F" w:rsidP="006F17CF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550F9" w14:paraId="2ECBCBFC" w14:textId="77777777" w:rsidTr="006F17CF">
        <w:tc>
          <w:tcPr>
            <w:tcW w:w="10657" w:type="dxa"/>
            <w:gridSpan w:val="6"/>
            <w:vAlign w:val="center"/>
          </w:tcPr>
          <w:p w14:paraId="6F4B175A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12-13 лет 52 кг. (Участников: 5 )</w:t>
            </w:r>
          </w:p>
        </w:tc>
      </w:tr>
      <w:tr w:rsidR="003550F9" w14:paraId="428C7680" w14:textId="77777777" w:rsidTr="006F17CF">
        <w:tc>
          <w:tcPr>
            <w:tcW w:w="1020" w:type="dxa"/>
            <w:vAlign w:val="center"/>
          </w:tcPr>
          <w:p w14:paraId="5B5D58C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72419D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F0052D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A7757C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0F702ED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5DC0A52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5E67EE3F" w14:textId="77777777" w:rsidTr="006F17CF">
        <w:tc>
          <w:tcPr>
            <w:tcW w:w="1020" w:type="dxa"/>
            <w:vAlign w:val="center"/>
          </w:tcPr>
          <w:p w14:paraId="21AAE23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3B5506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Живаева Елизавета Максимовна</w:t>
            </w:r>
          </w:p>
        </w:tc>
        <w:tc>
          <w:tcPr>
            <w:tcW w:w="1417" w:type="dxa"/>
            <w:vAlign w:val="center"/>
          </w:tcPr>
          <w:p w14:paraId="4DD9E23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16-12-2013</w:t>
            </w:r>
          </w:p>
        </w:tc>
        <w:tc>
          <w:tcPr>
            <w:tcW w:w="1134" w:type="dxa"/>
            <w:vAlign w:val="center"/>
          </w:tcPr>
          <w:p w14:paraId="3AC7782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1159176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1E4B7B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550F9" w14:paraId="3FB5629F" w14:textId="77777777" w:rsidTr="006F17CF">
        <w:tc>
          <w:tcPr>
            <w:tcW w:w="1020" w:type="dxa"/>
            <w:vAlign w:val="center"/>
          </w:tcPr>
          <w:p w14:paraId="542BC4C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E28AA4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Степанюк Вероника Владимировна</w:t>
            </w:r>
          </w:p>
        </w:tc>
        <w:tc>
          <w:tcPr>
            <w:tcW w:w="1417" w:type="dxa"/>
            <w:vAlign w:val="center"/>
          </w:tcPr>
          <w:p w14:paraId="6918870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14-12-2013</w:t>
            </w:r>
          </w:p>
        </w:tc>
        <w:tc>
          <w:tcPr>
            <w:tcW w:w="1134" w:type="dxa"/>
            <w:vAlign w:val="center"/>
          </w:tcPr>
          <w:p w14:paraId="6D003A2E" w14:textId="76ABA0CC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3CC4EA7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964163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Кузьмин Д. С.</w:t>
            </w:r>
          </w:p>
        </w:tc>
      </w:tr>
      <w:tr w:rsidR="003550F9" w14:paraId="0D967405" w14:textId="77777777" w:rsidTr="006F17CF">
        <w:tc>
          <w:tcPr>
            <w:tcW w:w="1020" w:type="dxa"/>
            <w:vAlign w:val="center"/>
          </w:tcPr>
          <w:p w14:paraId="2C95466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5BAB2A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Кривобокова Ульяна Дмитриевна</w:t>
            </w:r>
          </w:p>
        </w:tc>
        <w:tc>
          <w:tcPr>
            <w:tcW w:w="1417" w:type="dxa"/>
            <w:vAlign w:val="center"/>
          </w:tcPr>
          <w:p w14:paraId="1665D88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18-03-2013</w:t>
            </w:r>
          </w:p>
        </w:tc>
        <w:tc>
          <w:tcPr>
            <w:tcW w:w="1134" w:type="dxa"/>
            <w:vAlign w:val="center"/>
          </w:tcPr>
          <w:p w14:paraId="5C30EE70" w14:textId="59B41696" w:rsidR="003550F9" w:rsidRDefault="001C4D88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5C38236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0B291F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Бригунец А.С.</w:t>
            </w:r>
          </w:p>
        </w:tc>
      </w:tr>
      <w:tr w:rsidR="003550F9" w14:paraId="4BC7C7D6" w14:textId="77777777" w:rsidTr="006F17CF">
        <w:tc>
          <w:tcPr>
            <w:tcW w:w="1020" w:type="dxa"/>
            <w:vAlign w:val="center"/>
          </w:tcPr>
          <w:p w14:paraId="5FED9BC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397E622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Чаплыгина Софья Владимировна</w:t>
            </w:r>
          </w:p>
        </w:tc>
        <w:tc>
          <w:tcPr>
            <w:tcW w:w="1417" w:type="dxa"/>
            <w:vAlign w:val="center"/>
          </w:tcPr>
          <w:p w14:paraId="4088873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21-01-2013</w:t>
            </w:r>
          </w:p>
        </w:tc>
        <w:tc>
          <w:tcPr>
            <w:tcW w:w="1134" w:type="dxa"/>
            <w:vAlign w:val="center"/>
          </w:tcPr>
          <w:p w14:paraId="50B7943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2DBE7A1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F5DC7D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550F9" w14:paraId="20490670" w14:textId="77777777" w:rsidTr="006F17CF">
        <w:tc>
          <w:tcPr>
            <w:tcW w:w="1020" w:type="dxa"/>
            <w:vAlign w:val="center"/>
          </w:tcPr>
          <w:p w14:paraId="4A4A4305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DF9EE56" w14:textId="77777777" w:rsidR="003550F9" w:rsidRDefault="00EE6C9F" w:rsidP="006F17CF">
            <w:r>
              <w:rPr>
                <w:rFonts w:ascii="Times New Roman" w:hAnsi="Times New Roman" w:cs="Times New Roman"/>
              </w:rPr>
              <w:t>Кулигина София Александровна</w:t>
            </w:r>
          </w:p>
        </w:tc>
        <w:tc>
          <w:tcPr>
            <w:tcW w:w="1417" w:type="dxa"/>
            <w:vAlign w:val="center"/>
          </w:tcPr>
          <w:p w14:paraId="183912B7" w14:textId="77777777" w:rsidR="003550F9" w:rsidRDefault="00EE6C9F" w:rsidP="006F17CF">
            <w:r>
              <w:rPr>
                <w:rFonts w:ascii="Times New Roman" w:hAnsi="Times New Roman" w:cs="Times New Roman"/>
              </w:rPr>
              <w:t>08-07-2014</w:t>
            </w:r>
          </w:p>
        </w:tc>
        <w:tc>
          <w:tcPr>
            <w:tcW w:w="1134" w:type="dxa"/>
            <w:vAlign w:val="center"/>
          </w:tcPr>
          <w:p w14:paraId="608FB62B" w14:textId="06A6574D" w:rsidR="003550F9" w:rsidRDefault="001C4D88" w:rsidP="006F17CF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044C7899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4BB4B6B" w14:textId="77777777" w:rsidR="003550F9" w:rsidRDefault="00EE6C9F" w:rsidP="006F17CF">
            <w:r>
              <w:rPr>
                <w:rFonts w:ascii="Times New Roman" w:hAnsi="Times New Roman" w:cs="Times New Roman"/>
              </w:rPr>
              <w:t>Московкин Д.А.</w:t>
            </w:r>
          </w:p>
        </w:tc>
      </w:tr>
      <w:tr w:rsidR="003550F9" w14:paraId="15CED293" w14:textId="77777777" w:rsidTr="006F17CF">
        <w:tc>
          <w:tcPr>
            <w:tcW w:w="10657" w:type="dxa"/>
            <w:gridSpan w:val="6"/>
            <w:vAlign w:val="center"/>
          </w:tcPr>
          <w:p w14:paraId="2C88C3DD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12-13 лет 52+ кг. (Участников: 7 )</w:t>
            </w:r>
          </w:p>
        </w:tc>
      </w:tr>
      <w:tr w:rsidR="003550F9" w14:paraId="22A31D7F" w14:textId="77777777" w:rsidTr="006F17CF">
        <w:tc>
          <w:tcPr>
            <w:tcW w:w="1020" w:type="dxa"/>
            <w:vAlign w:val="center"/>
          </w:tcPr>
          <w:p w14:paraId="3A710A5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1DA6D3F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41EB08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4867FAC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80D3B5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EA9C97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63C0542D" w14:textId="77777777" w:rsidTr="006F17CF">
        <w:tc>
          <w:tcPr>
            <w:tcW w:w="1020" w:type="dxa"/>
            <w:vAlign w:val="center"/>
          </w:tcPr>
          <w:p w14:paraId="66AF523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6EF3352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Анохина Алина Александровна</w:t>
            </w:r>
          </w:p>
        </w:tc>
        <w:tc>
          <w:tcPr>
            <w:tcW w:w="1417" w:type="dxa"/>
            <w:vAlign w:val="center"/>
          </w:tcPr>
          <w:p w14:paraId="034B9D4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15-05-2013</w:t>
            </w:r>
          </w:p>
        </w:tc>
        <w:tc>
          <w:tcPr>
            <w:tcW w:w="1134" w:type="dxa"/>
            <w:vAlign w:val="center"/>
          </w:tcPr>
          <w:p w14:paraId="06DC3FA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4A827AE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B1D83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550F9" w14:paraId="1B602459" w14:textId="77777777" w:rsidTr="006F17CF">
        <w:tc>
          <w:tcPr>
            <w:tcW w:w="1020" w:type="dxa"/>
            <w:vAlign w:val="center"/>
          </w:tcPr>
          <w:p w14:paraId="646A23E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56F041C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Калинина Виктория Николаевна</w:t>
            </w:r>
          </w:p>
        </w:tc>
        <w:tc>
          <w:tcPr>
            <w:tcW w:w="1417" w:type="dxa"/>
            <w:vAlign w:val="center"/>
          </w:tcPr>
          <w:p w14:paraId="5A18B94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28-12-2013</w:t>
            </w:r>
          </w:p>
        </w:tc>
        <w:tc>
          <w:tcPr>
            <w:tcW w:w="1134" w:type="dxa"/>
            <w:vAlign w:val="center"/>
          </w:tcPr>
          <w:p w14:paraId="01898D6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150348E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A1038C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550F9" w14:paraId="437F5ED6" w14:textId="77777777" w:rsidTr="006F17CF">
        <w:tc>
          <w:tcPr>
            <w:tcW w:w="1020" w:type="dxa"/>
            <w:vAlign w:val="center"/>
          </w:tcPr>
          <w:p w14:paraId="525F1C8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5D6821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Душкина Софья Денисовна</w:t>
            </w:r>
          </w:p>
        </w:tc>
        <w:tc>
          <w:tcPr>
            <w:tcW w:w="1417" w:type="dxa"/>
            <w:vAlign w:val="center"/>
          </w:tcPr>
          <w:p w14:paraId="3148BF4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11-09-2013</w:t>
            </w:r>
          </w:p>
        </w:tc>
        <w:tc>
          <w:tcPr>
            <w:tcW w:w="1134" w:type="dxa"/>
            <w:vAlign w:val="center"/>
          </w:tcPr>
          <w:p w14:paraId="4EDE353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DABA06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C36203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Беспалов Д.С</w:t>
            </w:r>
          </w:p>
        </w:tc>
      </w:tr>
      <w:tr w:rsidR="003550F9" w14:paraId="188BC0BC" w14:textId="77777777" w:rsidTr="006F17CF">
        <w:tc>
          <w:tcPr>
            <w:tcW w:w="1020" w:type="dxa"/>
            <w:vAlign w:val="center"/>
          </w:tcPr>
          <w:p w14:paraId="086604B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CCEE90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Кондаурова Ксения Юрьевна</w:t>
            </w:r>
          </w:p>
        </w:tc>
        <w:tc>
          <w:tcPr>
            <w:tcW w:w="1417" w:type="dxa"/>
            <w:vAlign w:val="center"/>
          </w:tcPr>
          <w:p w14:paraId="38CF36A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31-01-2013</w:t>
            </w:r>
          </w:p>
        </w:tc>
        <w:tc>
          <w:tcPr>
            <w:tcW w:w="1134" w:type="dxa"/>
            <w:vAlign w:val="center"/>
          </w:tcPr>
          <w:p w14:paraId="007118A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DCAE8E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C54B40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Марков П.П.</w:t>
            </w:r>
          </w:p>
        </w:tc>
      </w:tr>
      <w:tr w:rsidR="003550F9" w14:paraId="59135190" w14:textId="77777777" w:rsidTr="006F17CF">
        <w:tc>
          <w:tcPr>
            <w:tcW w:w="1020" w:type="dxa"/>
            <w:vAlign w:val="center"/>
          </w:tcPr>
          <w:p w14:paraId="446DA70A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DAE140F" w14:textId="77777777" w:rsidR="003550F9" w:rsidRDefault="00EE6C9F" w:rsidP="006F17CF">
            <w:r>
              <w:rPr>
                <w:rFonts w:ascii="Times New Roman" w:hAnsi="Times New Roman" w:cs="Times New Roman"/>
              </w:rPr>
              <w:t>Тутыхина Екатерина Васильевна</w:t>
            </w:r>
          </w:p>
        </w:tc>
        <w:tc>
          <w:tcPr>
            <w:tcW w:w="1417" w:type="dxa"/>
            <w:vAlign w:val="center"/>
          </w:tcPr>
          <w:p w14:paraId="5A444CBA" w14:textId="77777777" w:rsidR="003550F9" w:rsidRDefault="00EE6C9F" w:rsidP="006F17CF">
            <w:r>
              <w:rPr>
                <w:rFonts w:ascii="Times New Roman" w:hAnsi="Times New Roman" w:cs="Times New Roman"/>
              </w:rPr>
              <w:t>18-06-2014</w:t>
            </w:r>
          </w:p>
        </w:tc>
        <w:tc>
          <w:tcPr>
            <w:tcW w:w="1134" w:type="dxa"/>
            <w:vAlign w:val="center"/>
          </w:tcPr>
          <w:p w14:paraId="09406E24" w14:textId="468EA857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C4D88">
              <w:rPr>
                <w:rFonts w:ascii="Times New Roman" w:hAnsi="Times New Roman" w:cs="Times New Roman"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07CE0425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581A13D" w14:textId="77777777" w:rsidR="003550F9" w:rsidRDefault="00EE6C9F" w:rsidP="006F17CF">
            <w:r>
              <w:rPr>
                <w:rFonts w:ascii="Times New Roman" w:hAnsi="Times New Roman" w:cs="Times New Roman"/>
              </w:rPr>
              <w:t>к</w:t>
            </w:r>
          </w:p>
        </w:tc>
      </w:tr>
      <w:tr w:rsidR="003550F9" w14:paraId="06A1B9EF" w14:textId="77777777" w:rsidTr="006F17CF">
        <w:tc>
          <w:tcPr>
            <w:tcW w:w="1020" w:type="dxa"/>
            <w:vAlign w:val="center"/>
          </w:tcPr>
          <w:p w14:paraId="552CE830" w14:textId="77777777" w:rsidR="003550F9" w:rsidRDefault="00EE6C9F" w:rsidP="006F17CF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vAlign w:val="center"/>
          </w:tcPr>
          <w:p w14:paraId="36D46257" w14:textId="77777777" w:rsidR="003550F9" w:rsidRDefault="00EE6C9F" w:rsidP="006F17CF">
            <w:r>
              <w:rPr>
                <w:rFonts w:ascii="Times New Roman" w:hAnsi="Times New Roman" w:cs="Times New Roman"/>
              </w:rPr>
              <w:t>Пшеницына Лилия Андреевна</w:t>
            </w:r>
          </w:p>
        </w:tc>
        <w:tc>
          <w:tcPr>
            <w:tcW w:w="1417" w:type="dxa"/>
            <w:vAlign w:val="center"/>
          </w:tcPr>
          <w:p w14:paraId="0CCD6279" w14:textId="77777777" w:rsidR="003550F9" w:rsidRDefault="00EE6C9F" w:rsidP="006F17CF">
            <w:r>
              <w:rPr>
                <w:rFonts w:ascii="Times New Roman" w:hAnsi="Times New Roman" w:cs="Times New Roman"/>
              </w:rPr>
              <w:t>27-03-2013</w:t>
            </w:r>
          </w:p>
        </w:tc>
        <w:tc>
          <w:tcPr>
            <w:tcW w:w="1134" w:type="dxa"/>
            <w:vAlign w:val="center"/>
          </w:tcPr>
          <w:p w14:paraId="3E477EA5" w14:textId="7A45B72A" w:rsidR="003550F9" w:rsidRDefault="001C4D88" w:rsidP="006F17CF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57D24CBE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9D6F5D5" w14:textId="77777777" w:rsidR="003550F9" w:rsidRDefault="00EE6C9F" w:rsidP="006F17CF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550F9" w14:paraId="50DCB0C6" w14:textId="77777777" w:rsidTr="006F17CF">
        <w:tc>
          <w:tcPr>
            <w:tcW w:w="10657" w:type="dxa"/>
            <w:gridSpan w:val="6"/>
            <w:vAlign w:val="center"/>
          </w:tcPr>
          <w:p w14:paraId="0566B93B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14-15 лет 47 кг. (Участников: 6 )</w:t>
            </w:r>
          </w:p>
        </w:tc>
      </w:tr>
      <w:tr w:rsidR="003550F9" w14:paraId="2666600E" w14:textId="77777777" w:rsidTr="006F17CF">
        <w:tc>
          <w:tcPr>
            <w:tcW w:w="1020" w:type="dxa"/>
            <w:vAlign w:val="center"/>
          </w:tcPr>
          <w:p w14:paraId="3D76797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51DB1E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F3EBA3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479CA6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F55F09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EFC76C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7802CFEE" w14:textId="77777777" w:rsidTr="006F17CF">
        <w:tc>
          <w:tcPr>
            <w:tcW w:w="1020" w:type="dxa"/>
            <w:vAlign w:val="center"/>
          </w:tcPr>
          <w:p w14:paraId="407FBAC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7F2E096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Суворова Екатерина Александровна</w:t>
            </w:r>
          </w:p>
        </w:tc>
        <w:tc>
          <w:tcPr>
            <w:tcW w:w="1417" w:type="dxa"/>
            <w:vAlign w:val="center"/>
          </w:tcPr>
          <w:p w14:paraId="242BF12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12-08-2012</w:t>
            </w:r>
          </w:p>
        </w:tc>
        <w:tc>
          <w:tcPr>
            <w:tcW w:w="1134" w:type="dxa"/>
            <w:vAlign w:val="center"/>
          </w:tcPr>
          <w:p w14:paraId="44CFA103" w14:textId="324E8643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C60D83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A54886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2FEC8410" w14:textId="77777777" w:rsidTr="006F17CF">
        <w:tc>
          <w:tcPr>
            <w:tcW w:w="1020" w:type="dxa"/>
            <w:vAlign w:val="center"/>
          </w:tcPr>
          <w:p w14:paraId="1EEFD3D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719F055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Демочкина Юлия Сергеевна</w:t>
            </w:r>
          </w:p>
        </w:tc>
        <w:tc>
          <w:tcPr>
            <w:tcW w:w="1417" w:type="dxa"/>
            <w:vAlign w:val="center"/>
          </w:tcPr>
          <w:p w14:paraId="7C9DE9A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22-07-2011</w:t>
            </w:r>
          </w:p>
        </w:tc>
        <w:tc>
          <w:tcPr>
            <w:tcW w:w="1134" w:type="dxa"/>
            <w:vAlign w:val="center"/>
          </w:tcPr>
          <w:p w14:paraId="511A5582" w14:textId="467CF795" w:rsidR="003550F9" w:rsidRDefault="001C4D88" w:rsidP="006F17CF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7A4F36F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BFC7A4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550F9" w14:paraId="5BD38245" w14:textId="77777777" w:rsidTr="006F17CF">
        <w:tc>
          <w:tcPr>
            <w:tcW w:w="1020" w:type="dxa"/>
            <w:vAlign w:val="center"/>
          </w:tcPr>
          <w:p w14:paraId="1F93141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87735C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Орлова Виктория Александровна</w:t>
            </w:r>
          </w:p>
        </w:tc>
        <w:tc>
          <w:tcPr>
            <w:tcW w:w="1417" w:type="dxa"/>
            <w:vAlign w:val="center"/>
          </w:tcPr>
          <w:p w14:paraId="4057420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24-11-2012</w:t>
            </w:r>
          </w:p>
        </w:tc>
        <w:tc>
          <w:tcPr>
            <w:tcW w:w="1134" w:type="dxa"/>
            <w:vAlign w:val="center"/>
          </w:tcPr>
          <w:p w14:paraId="6E8CD07F" w14:textId="15F40007" w:rsidR="003550F9" w:rsidRDefault="001C4D88" w:rsidP="006F17CF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2B277CB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4E7632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Марков П.П.</w:t>
            </w:r>
          </w:p>
        </w:tc>
      </w:tr>
      <w:tr w:rsidR="003550F9" w14:paraId="6FCC6F53" w14:textId="77777777" w:rsidTr="006F17CF">
        <w:tc>
          <w:tcPr>
            <w:tcW w:w="1020" w:type="dxa"/>
            <w:vAlign w:val="center"/>
          </w:tcPr>
          <w:p w14:paraId="5C39664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2551" w:type="dxa"/>
            <w:vAlign w:val="center"/>
          </w:tcPr>
          <w:p w14:paraId="2114DFF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Козлова Дарья Романовна</w:t>
            </w:r>
          </w:p>
        </w:tc>
        <w:tc>
          <w:tcPr>
            <w:tcW w:w="1417" w:type="dxa"/>
            <w:vAlign w:val="center"/>
          </w:tcPr>
          <w:p w14:paraId="38E11FC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02-10-2012</w:t>
            </w:r>
          </w:p>
        </w:tc>
        <w:tc>
          <w:tcPr>
            <w:tcW w:w="1134" w:type="dxa"/>
            <w:vAlign w:val="center"/>
          </w:tcPr>
          <w:p w14:paraId="2F8E259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7B43C53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1F2199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550F9" w14:paraId="0860630D" w14:textId="77777777" w:rsidTr="006F17CF">
        <w:tc>
          <w:tcPr>
            <w:tcW w:w="1020" w:type="dxa"/>
            <w:vAlign w:val="center"/>
          </w:tcPr>
          <w:p w14:paraId="10D7A948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C85F8D0" w14:textId="77777777" w:rsidR="003550F9" w:rsidRDefault="00EE6C9F" w:rsidP="006F17CF">
            <w:r>
              <w:rPr>
                <w:rFonts w:ascii="Times New Roman" w:hAnsi="Times New Roman" w:cs="Times New Roman"/>
              </w:rPr>
              <w:t>Небылица Александра Дмитриевна</w:t>
            </w:r>
          </w:p>
        </w:tc>
        <w:tc>
          <w:tcPr>
            <w:tcW w:w="1417" w:type="dxa"/>
            <w:vAlign w:val="center"/>
          </w:tcPr>
          <w:p w14:paraId="7AA70C3D" w14:textId="77777777" w:rsidR="003550F9" w:rsidRDefault="00EE6C9F" w:rsidP="006F17CF">
            <w:r>
              <w:rPr>
                <w:rFonts w:ascii="Times New Roman" w:hAnsi="Times New Roman" w:cs="Times New Roman"/>
              </w:rPr>
              <w:t>13-09-2012</w:t>
            </w:r>
          </w:p>
        </w:tc>
        <w:tc>
          <w:tcPr>
            <w:tcW w:w="1134" w:type="dxa"/>
            <w:vAlign w:val="center"/>
          </w:tcPr>
          <w:p w14:paraId="758D87B4" w14:textId="5C39D94E" w:rsidR="003550F9" w:rsidRDefault="001C4D88" w:rsidP="006F17CF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519BF4DB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70D681F" w14:textId="77777777" w:rsidR="003550F9" w:rsidRDefault="00EE6C9F" w:rsidP="006F17CF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550F9" w14:paraId="61DFAB98" w14:textId="77777777" w:rsidTr="006F17CF">
        <w:tc>
          <w:tcPr>
            <w:tcW w:w="1020" w:type="dxa"/>
            <w:vAlign w:val="center"/>
          </w:tcPr>
          <w:p w14:paraId="74C4B1E0" w14:textId="77777777" w:rsidR="003550F9" w:rsidRDefault="00EE6C9F" w:rsidP="006F17CF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vAlign w:val="center"/>
          </w:tcPr>
          <w:p w14:paraId="38E8DB82" w14:textId="77777777" w:rsidR="003550F9" w:rsidRDefault="00EE6C9F" w:rsidP="006F17CF">
            <w:r>
              <w:rPr>
                <w:rFonts w:ascii="Times New Roman" w:hAnsi="Times New Roman" w:cs="Times New Roman"/>
              </w:rPr>
              <w:t>Попова Дарина Александровна</w:t>
            </w:r>
          </w:p>
        </w:tc>
        <w:tc>
          <w:tcPr>
            <w:tcW w:w="1417" w:type="dxa"/>
            <w:vAlign w:val="center"/>
          </w:tcPr>
          <w:p w14:paraId="5839CAE3" w14:textId="77777777" w:rsidR="003550F9" w:rsidRDefault="00EE6C9F" w:rsidP="006F17CF">
            <w:r>
              <w:rPr>
                <w:rFonts w:ascii="Times New Roman" w:hAnsi="Times New Roman" w:cs="Times New Roman"/>
              </w:rPr>
              <w:t>25-02-2011</w:t>
            </w:r>
          </w:p>
        </w:tc>
        <w:tc>
          <w:tcPr>
            <w:tcW w:w="1134" w:type="dxa"/>
            <w:vAlign w:val="center"/>
          </w:tcPr>
          <w:p w14:paraId="3C295D4D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9ED2FF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B55B3CE" w14:textId="77777777" w:rsidR="003550F9" w:rsidRDefault="00EE6C9F" w:rsidP="006F17CF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550F9" w14:paraId="5060EA02" w14:textId="77777777" w:rsidTr="006F17CF">
        <w:tc>
          <w:tcPr>
            <w:tcW w:w="10657" w:type="dxa"/>
            <w:gridSpan w:val="6"/>
            <w:vAlign w:val="center"/>
          </w:tcPr>
          <w:p w14:paraId="5CC6C42D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14-15 лет 54 кг. (Участников: 4 )</w:t>
            </w:r>
          </w:p>
        </w:tc>
      </w:tr>
      <w:tr w:rsidR="003550F9" w14:paraId="4B4294BD" w14:textId="77777777" w:rsidTr="006F17CF">
        <w:tc>
          <w:tcPr>
            <w:tcW w:w="1020" w:type="dxa"/>
            <w:vAlign w:val="center"/>
          </w:tcPr>
          <w:p w14:paraId="30FE2BA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1DCEF0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33CB693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1D9126B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6488423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5A60B66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316B0825" w14:textId="77777777" w:rsidTr="006F17CF">
        <w:tc>
          <w:tcPr>
            <w:tcW w:w="1020" w:type="dxa"/>
            <w:vAlign w:val="center"/>
          </w:tcPr>
          <w:p w14:paraId="5450F22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0666D5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Малагонцева Маргарита Александровна</w:t>
            </w:r>
          </w:p>
        </w:tc>
        <w:tc>
          <w:tcPr>
            <w:tcW w:w="1417" w:type="dxa"/>
            <w:vAlign w:val="center"/>
          </w:tcPr>
          <w:p w14:paraId="347CFAF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11-05-2012</w:t>
            </w:r>
          </w:p>
        </w:tc>
        <w:tc>
          <w:tcPr>
            <w:tcW w:w="1134" w:type="dxa"/>
            <w:vAlign w:val="center"/>
          </w:tcPr>
          <w:p w14:paraId="39B4D290" w14:textId="45FBDC60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C4D88">
              <w:rPr>
                <w:rFonts w:ascii="Times New Roman" w:hAnsi="Times New Roman" w:cs="Times New Roman"/>
                <w:b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68FEA95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CB25B7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550F9" w14:paraId="33AF6929" w14:textId="77777777" w:rsidTr="006F17CF">
        <w:tc>
          <w:tcPr>
            <w:tcW w:w="1020" w:type="dxa"/>
            <w:vAlign w:val="center"/>
          </w:tcPr>
          <w:p w14:paraId="7224443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7459C47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Волкова Варвара Евгеньевна</w:t>
            </w:r>
          </w:p>
        </w:tc>
        <w:tc>
          <w:tcPr>
            <w:tcW w:w="1417" w:type="dxa"/>
            <w:vAlign w:val="center"/>
          </w:tcPr>
          <w:p w14:paraId="32D355B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27-12-2011</w:t>
            </w:r>
          </w:p>
        </w:tc>
        <w:tc>
          <w:tcPr>
            <w:tcW w:w="1134" w:type="dxa"/>
            <w:vAlign w:val="center"/>
          </w:tcPr>
          <w:p w14:paraId="708BF56A" w14:textId="7181026C" w:rsidR="003550F9" w:rsidRDefault="001C4D88" w:rsidP="006F17CF">
            <w:r>
              <w:rPr>
                <w:rFonts w:ascii="Times New Roman" w:hAnsi="Times New Roman" w:cs="Times New Roman"/>
                <w:b/>
              </w:rPr>
              <w:t>1р</w:t>
            </w:r>
          </w:p>
        </w:tc>
        <w:tc>
          <w:tcPr>
            <w:tcW w:w="1984" w:type="dxa"/>
            <w:vAlign w:val="center"/>
          </w:tcPr>
          <w:p w14:paraId="4452DC9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9E57B1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0A8CB362" w14:textId="77777777" w:rsidTr="006F17CF">
        <w:tc>
          <w:tcPr>
            <w:tcW w:w="1020" w:type="dxa"/>
            <w:vAlign w:val="center"/>
          </w:tcPr>
          <w:p w14:paraId="6B621AE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DAE843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Жолбырева Анастасия Валентиновна</w:t>
            </w:r>
          </w:p>
        </w:tc>
        <w:tc>
          <w:tcPr>
            <w:tcW w:w="1417" w:type="dxa"/>
            <w:vAlign w:val="center"/>
          </w:tcPr>
          <w:p w14:paraId="1B13986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23-03-2012</w:t>
            </w:r>
          </w:p>
        </w:tc>
        <w:tc>
          <w:tcPr>
            <w:tcW w:w="1134" w:type="dxa"/>
            <w:vAlign w:val="center"/>
          </w:tcPr>
          <w:p w14:paraId="59C9D65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F30D9A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01A431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550F9" w14:paraId="0F38FAD0" w14:textId="77777777" w:rsidTr="006F17CF">
        <w:tc>
          <w:tcPr>
            <w:tcW w:w="1020" w:type="dxa"/>
            <w:vAlign w:val="center"/>
          </w:tcPr>
          <w:p w14:paraId="52CA6AE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3A73FFE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Тишкова Таисия Максимовна</w:t>
            </w:r>
          </w:p>
        </w:tc>
        <w:tc>
          <w:tcPr>
            <w:tcW w:w="1417" w:type="dxa"/>
            <w:vAlign w:val="center"/>
          </w:tcPr>
          <w:p w14:paraId="0F2CB28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08-04-2012</w:t>
            </w:r>
          </w:p>
        </w:tc>
        <w:tc>
          <w:tcPr>
            <w:tcW w:w="1134" w:type="dxa"/>
            <w:vAlign w:val="center"/>
          </w:tcPr>
          <w:p w14:paraId="40C9EA0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1D246B4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934875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550F9" w14:paraId="06022E58" w14:textId="77777777" w:rsidTr="006F17CF">
        <w:tc>
          <w:tcPr>
            <w:tcW w:w="10657" w:type="dxa"/>
            <w:gridSpan w:val="6"/>
            <w:vAlign w:val="center"/>
          </w:tcPr>
          <w:p w14:paraId="17FAA7C0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14-15 лет 61 кг. (Участников: 7 )</w:t>
            </w:r>
          </w:p>
        </w:tc>
      </w:tr>
      <w:tr w:rsidR="003550F9" w14:paraId="6F24D6BF" w14:textId="77777777" w:rsidTr="006F17CF">
        <w:tc>
          <w:tcPr>
            <w:tcW w:w="1020" w:type="dxa"/>
            <w:vAlign w:val="center"/>
          </w:tcPr>
          <w:p w14:paraId="1CB8A54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2A9A7A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1918C1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77B8CAF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074E3F0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5FD4509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03EA333D" w14:textId="77777777" w:rsidTr="006F17CF">
        <w:tc>
          <w:tcPr>
            <w:tcW w:w="1020" w:type="dxa"/>
            <w:vAlign w:val="center"/>
          </w:tcPr>
          <w:p w14:paraId="734F3D1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1E6B3B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Морозова Алена Борисовна</w:t>
            </w:r>
          </w:p>
        </w:tc>
        <w:tc>
          <w:tcPr>
            <w:tcW w:w="1417" w:type="dxa"/>
            <w:vAlign w:val="center"/>
          </w:tcPr>
          <w:p w14:paraId="4A89DED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27-07-2011</w:t>
            </w:r>
          </w:p>
        </w:tc>
        <w:tc>
          <w:tcPr>
            <w:tcW w:w="1134" w:type="dxa"/>
            <w:vAlign w:val="center"/>
          </w:tcPr>
          <w:p w14:paraId="2636595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2вр</w:t>
            </w:r>
          </w:p>
        </w:tc>
        <w:tc>
          <w:tcPr>
            <w:tcW w:w="1984" w:type="dxa"/>
            <w:vAlign w:val="center"/>
          </w:tcPr>
          <w:p w14:paraId="0E0D13E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6C237F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550F9" w14:paraId="490B5456" w14:textId="77777777" w:rsidTr="006F17CF">
        <w:tc>
          <w:tcPr>
            <w:tcW w:w="1020" w:type="dxa"/>
            <w:vAlign w:val="center"/>
          </w:tcPr>
          <w:p w14:paraId="4ABC4E3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511E13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Погудина Ксения Сергеевна</w:t>
            </w:r>
          </w:p>
        </w:tc>
        <w:tc>
          <w:tcPr>
            <w:tcW w:w="1417" w:type="dxa"/>
            <w:vAlign w:val="center"/>
          </w:tcPr>
          <w:p w14:paraId="09F99BC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12-04-2011</w:t>
            </w:r>
          </w:p>
        </w:tc>
        <w:tc>
          <w:tcPr>
            <w:tcW w:w="1134" w:type="dxa"/>
            <w:vAlign w:val="center"/>
          </w:tcPr>
          <w:p w14:paraId="47DAD061" w14:textId="2FCBD70F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3078E8F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98E096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550F9" w14:paraId="7576F121" w14:textId="77777777" w:rsidTr="006F17CF">
        <w:tc>
          <w:tcPr>
            <w:tcW w:w="1020" w:type="dxa"/>
            <w:vAlign w:val="center"/>
          </w:tcPr>
          <w:p w14:paraId="52AF4F9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A8E3B3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Игнатенко Лолита Вячеславовна</w:t>
            </w:r>
          </w:p>
        </w:tc>
        <w:tc>
          <w:tcPr>
            <w:tcW w:w="1417" w:type="dxa"/>
            <w:vAlign w:val="center"/>
          </w:tcPr>
          <w:p w14:paraId="2D82662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23-11-2012</w:t>
            </w:r>
          </w:p>
        </w:tc>
        <w:tc>
          <w:tcPr>
            <w:tcW w:w="1134" w:type="dxa"/>
            <w:vAlign w:val="center"/>
          </w:tcPr>
          <w:p w14:paraId="7E95B058" w14:textId="4E686211" w:rsidR="003550F9" w:rsidRDefault="001C4D88" w:rsidP="006F17CF">
            <w:r>
              <w:rPr>
                <w:rFonts w:ascii="Times New Roman" w:hAnsi="Times New Roman" w:cs="Times New Roman"/>
                <w:b/>
              </w:rPr>
              <w:t>3юн</w:t>
            </w:r>
          </w:p>
        </w:tc>
        <w:tc>
          <w:tcPr>
            <w:tcW w:w="1984" w:type="dxa"/>
            <w:vAlign w:val="center"/>
          </w:tcPr>
          <w:p w14:paraId="4F9B196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C2B556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550F9" w14:paraId="464597B9" w14:textId="77777777" w:rsidTr="006F17CF">
        <w:tc>
          <w:tcPr>
            <w:tcW w:w="1020" w:type="dxa"/>
            <w:vAlign w:val="center"/>
          </w:tcPr>
          <w:p w14:paraId="6F0D741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22BDFA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 xml:space="preserve">Доценко </w:t>
            </w:r>
            <w:r>
              <w:rPr>
                <w:rFonts w:ascii="Times New Roman" w:hAnsi="Times New Roman" w:cs="Times New Roman"/>
                <w:b/>
              </w:rPr>
              <w:t>Ника Сергеевна</w:t>
            </w:r>
          </w:p>
        </w:tc>
        <w:tc>
          <w:tcPr>
            <w:tcW w:w="1417" w:type="dxa"/>
            <w:vAlign w:val="center"/>
          </w:tcPr>
          <w:p w14:paraId="18313F7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20-10-2012</w:t>
            </w:r>
          </w:p>
        </w:tc>
        <w:tc>
          <w:tcPr>
            <w:tcW w:w="1134" w:type="dxa"/>
            <w:vAlign w:val="center"/>
          </w:tcPr>
          <w:p w14:paraId="345CEB6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BBEF40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7A594A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26B93DD6" w14:textId="77777777" w:rsidTr="006F17CF">
        <w:tc>
          <w:tcPr>
            <w:tcW w:w="1020" w:type="dxa"/>
            <w:vAlign w:val="center"/>
          </w:tcPr>
          <w:p w14:paraId="76DA7D1B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6FE5A0A" w14:textId="77777777" w:rsidR="003550F9" w:rsidRDefault="00EE6C9F" w:rsidP="006F17CF">
            <w:r>
              <w:rPr>
                <w:rFonts w:ascii="Times New Roman" w:hAnsi="Times New Roman" w:cs="Times New Roman"/>
              </w:rPr>
              <w:t>Муратова Василиса Темуровна</w:t>
            </w:r>
          </w:p>
        </w:tc>
        <w:tc>
          <w:tcPr>
            <w:tcW w:w="1417" w:type="dxa"/>
            <w:vAlign w:val="center"/>
          </w:tcPr>
          <w:p w14:paraId="56D0F465" w14:textId="77777777" w:rsidR="003550F9" w:rsidRDefault="00EE6C9F" w:rsidP="006F17CF">
            <w:r>
              <w:rPr>
                <w:rFonts w:ascii="Times New Roman" w:hAnsi="Times New Roman" w:cs="Times New Roman"/>
              </w:rPr>
              <w:t>28-03-2012</w:t>
            </w:r>
          </w:p>
        </w:tc>
        <w:tc>
          <w:tcPr>
            <w:tcW w:w="1134" w:type="dxa"/>
            <w:vAlign w:val="center"/>
          </w:tcPr>
          <w:p w14:paraId="293C9A77" w14:textId="77777777" w:rsidR="003550F9" w:rsidRDefault="00EE6C9F" w:rsidP="006F17CF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14FE7D8E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237E84" w14:textId="77777777" w:rsidR="003550F9" w:rsidRDefault="00EE6C9F" w:rsidP="006F17CF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550F9" w14:paraId="47082D45" w14:textId="77777777" w:rsidTr="006F17CF">
        <w:tc>
          <w:tcPr>
            <w:tcW w:w="1020" w:type="dxa"/>
            <w:vAlign w:val="center"/>
          </w:tcPr>
          <w:p w14:paraId="2B85F0D8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4C755E7E" w14:textId="77777777" w:rsidR="003550F9" w:rsidRDefault="00EE6C9F" w:rsidP="006F17CF">
            <w:r>
              <w:rPr>
                <w:rFonts w:ascii="Times New Roman" w:hAnsi="Times New Roman" w:cs="Times New Roman"/>
              </w:rPr>
              <w:t>Колесникова Нелли Максимовна</w:t>
            </w:r>
          </w:p>
        </w:tc>
        <w:tc>
          <w:tcPr>
            <w:tcW w:w="1417" w:type="dxa"/>
            <w:vAlign w:val="center"/>
          </w:tcPr>
          <w:p w14:paraId="4DB6E150" w14:textId="77777777" w:rsidR="003550F9" w:rsidRDefault="00EE6C9F" w:rsidP="006F17CF">
            <w:r>
              <w:rPr>
                <w:rFonts w:ascii="Times New Roman" w:hAnsi="Times New Roman" w:cs="Times New Roman"/>
              </w:rPr>
              <w:t>21-08-2011</w:t>
            </w:r>
          </w:p>
        </w:tc>
        <w:tc>
          <w:tcPr>
            <w:tcW w:w="1134" w:type="dxa"/>
            <w:vAlign w:val="center"/>
          </w:tcPr>
          <w:p w14:paraId="7BEE9639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B05F29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E380AED" w14:textId="77777777" w:rsidR="003550F9" w:rsidRDefault="00EE6C9F" w:rsidP="006F17CF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550F9" w14:paraId="71A1C684" w14:textId="77777777" w:rsidTr="006F17CF">
        <w:tc>
          <w:tcPr>
            <w:tcW w:w="1020" w:type="dxa"/>
            <w:vAlign w:val="center"/>
          </w:tcPr>
          <w:p w14:paraId="1FBD7D9F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4388F02A" w14:textId="77777777" w:rsidR="003550F9" w:rsidRDefault="00EE6C9F" w:rsidP="006F17CF">
            <w:r>
              <w:rPr>
                <w:rFonts w:ascii="Times New Roman" w:hAnsi="Times New Roman" w:cs="Times New Roman"/>
              </w:rPr>
              <w:t>Ялова Татьяна Сергеевна</w:t>
            </w:r>
          </w:p>
        </w:tc>
        <w:tc>
          <w:tcPr>
            <w:tcW w:w="1417" w:type="dxa"/>
            <w:vAlign w:val="center"/>
          </w:tcPr>
          <w:p w14:paraId="777245F5" w14:textId="77777777" w:rsidR="003550F9" w:rsidRDefault="00EE6C9F" w:rsidP="006F17CF">
            <w:r>
              <w:rPr>
                <w:rFonts w:ascii="Times New Roman" w:hAnsi="Times New Roman" w:cs="Times New Roman"/>
              </w:rPr>
              <w:t>30-10-2011</w:t>
            </w:r>
          </w:p>
        </w:tc>
        <w:tc>
          <w:tcPr>
            <w:tcW w:w="1134" w:type="dxa"/>
            <w:vAlign w:val="center"/>
          </w:tcPr>
          <w:p w14:paraId="75F2CBE0" w14:textId="210C66C0" w:rsidR="003550F9" w:rsidRDefault="001C4D88" w:rsidP="006F17CF">
            <w:r>
              <w:rPr>
                <w:rFonts w:ascii="Times New Roman" w:hAnsi="Times New Roman" w:cs="Times New Roman"/>
              </w:rPr>
              <w:t>1р</w:t>
            </w:r>
          </w:p>
        </w:tc>
        <w:tc>
          <w:tcPr>
            <w:tcW w:w="1984" w:type="dxa"/>
            <w:vAlign w:val="center"/>
          </w:tcPr>
          <w:p w14:paraId="7E84449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3482435" w14:textId="77777777" w:rsidR="003550F9" w:rsidRDefault="00EE6C9F" w:rsidP="006F17CF">
            <w:r>
              <w:rPr>
                <w:rFonts w:ascii="Times New Roman" w:hAnsi="Times New Roman" w:cs="Times New Roman"/>
              </w:rPr>
              <w:t>Московкин Д.А.</w:t>
            </w:r>
          </w:p>
        </w:tc>
      </w:tr>
      <w:tr w:rsidR="003550F9" w14:paraId="3051C2BB" w14:textId="77777777" w:rsidTr="006F17CF">
        <w:tc>
          <w:tcPr>
            <w:tcW w:w="10657" w:type="dxa"/>
            <w:gridSpan w:val="6"/>
            <w:vAlign w:val="center"/>
          </w:tcPr>
          <w:p w14:paraId="664997CF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Девушки 14-15 лет 61+ кг. (Участников: 3 )</w:t>
            </w:r>
          </w:p>
        </w:tc>
      </w:tr>
      <w:tr w:rsidR="003550F9" w14:paraId="196E4B33" w14:textId="77777777" w:rsidTr="006F17CF">
        <w:tc>
          <w:tcPr>
            <w:tcW w:w="1020" w:type="dxa"/>
            <w:vAlign w:val="center"/>
          </w:tcPr>
          <w:p w14:paraId="4BA8544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13B6FC0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6DF0055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2C08CDA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68C6D97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F92450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46AB7527" w14:textId="77777777" w:rsidTr="006F17CF">
        <w:tc>
          <w:tcPr>
            <w:tcW w:w="1020" w:type="dxa"/>
            <w:vAlign w:val="center"/>
          </w:tcPr>
          <w:p w14:paraId="3747A57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52A39A1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Себелева Елена Максимовна</w:t>
            </w:r>
          </w:p>
        </w:tc>
        <w:tc>
          <w:tcPr>
            <w:tcW w:w="1417" w:type="dxa"/>
            <w:vAlign w:val="center"/>
          </w:tcPr>
          <w:p w14:paraId="695AAE8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06-03-2012</w:t>
            </w:r>
          </w:p>
        </w:tc>
        <w:tc>
          <w:tcPr>
            <w:tcW w:w="1134" w:type="dxa"/>
            <w:vAlign w:val="center"/>
          </w:tcPr>
          <w:p w14:paraId="56E76DC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076A5BB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64DEDE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Марков П.П.</w:t>
            </w:r>
          </w:p>
        </w:tc>
      </w:tr>
      <w:tr w:rsidR="003550F9" w14:paraId="0F003961" w14:textId="77777777" w:rsidTr="006F17CF">
        <w:tc>
          <w:tcPr>
            <w:tcW w:w="1020" w:type="dxa"/>
            <w:vAlign w:val="center"/>
          </w:tcPr>
          <w:p w14:paraId="3ABA3DA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15DBD30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Ядута Ксения Григорьевна</w:t>
            </w:r>
          </w:p>
        </w:tc>
        <w:tc>
          <w:tcPr>
            <w:tcW w:w="1417" w:type="dxa"/>
            <w:vAlign w:val="center"/>
          </w:tcPr>
          <w:p w14:paraId="2D3BCFE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05-04-2011</w:t>
            </w:r>
          </w:p>
        </w:tc>
        <w:tc>
          <w:tcPr>
            <w:tcW w:w="1134" w:type="dxa"/>
            <w:vAlign w:val="center"/>
          </w:tcPr>
          <w:p w14:paraId="6AA4476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3B5537B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F47C29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550F9" w14:paraId="36727A53" w14:textId="77777777" w:rsidTr="006F17CF">
        <w:tc>
          <w:tcPr>
            <w:tcW w:w="1020" w:type="dxa"/>
            <w:vAlign w:val="center"/>
          </w:tcPr>
          <w:p w14:paraId="16A5E5A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567FFF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Пахорукова Алина Александровна</w:t>
            </w:r>
          </w:p>
        </w:tc>
        <w:tc>
          <w:tcPr>
            <w:tcW w:w="1417" w:type="dxa"/>
            <w:vAlign w:val="center"/>
          </w:tcPr>
          <w:p w14:paraId="31D3D82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20-08-2012</w:t>
            </w:r>
          </w:p>
        </w:tc>
        <w:tc>
          <w:tcPr>
            <w:tcW w:w="1134" w:type="dxa"/>
            <w:vAlign w:val="center"/>
          </w:tcPr>
          <w:p w14:paraId="27187B8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7147D3B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B910B7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550F9" w14:paraId="7DD5F4D2" w14:textId="77777777" w:rsidTr="006F17CF">
        <w:tc>
          <w:tcPr>
            <w:tcW w:w="10657" w:type="dxa"/>
            <w:gridSpan w:val="6"/>
            <w:vAlign w:val="center"/>
          </w:tcPr>
          <w:p w14:paraId="60CB99BE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Юниорки 16-17 лет 48 кг. (Участников: 8 )</w:t>
            </w:r>
          </w:p>
        </w:tc>
      </w:tr>
      <w:tr w:rsidR="003550F9" w14:paraId="04878424" w14:textId="77777777" w:rsidTr="006F17CF">
        <w:tc>
          <w:tcPr>
            <w:tcW w:w="1020" w:type="dxa"/>
            <w:vAlign w:val="center"/>
          </w:tcPr>
          <w:p w14:paraId="141E249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636E518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1A3B7DD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775879D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18476F9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791EEE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47453CFD" w14:textId="77777777" w:rsidTr="006F17CF">
        <w:tc>
          <w:tcPr>
            <w:tcW w:w="1020" w:type="dxa"/>
            <w:vAlign w:val="center"/>
          </w:tcPr>
          <w:p w14:paraId="5DE5199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9139EC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Нечунаева Дарья Олеговна</w:t>
            </w:r>
          </w:p>
        </w:tc>
        <w:tc>
          <w:tcPr>
            <w:tcW w:w="1417" w:type="dxa"/>
            <w:vAlign w:val="center"/>
          </w:tcPr>
          <w:p w14:paraId="40BE375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09-08-2010</w:t>
            </w:r>
          </w:p>
        </w:tc>
        <w:tc>
          <w:tcPr>
            <w:tcW w:w="1134" w:type="dxa"/>
            <w:vAlign w:val="center"/>
          </w:tcPr>
          <w:p w14:paraId="5C5DEDA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1A7312D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BA6563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550F9" w14:paraId="6EF7BBBB" w14:textId="77777777" w:rsidTr="006F17CF">
        <w:tc>
          <w:tcPr>
            <w:tcW w:w="1020" w:type="dxa"/>
            <w:vAlign w:val="center"/>
          </w:tcPr>
          <w:p w14:paraId="46418FA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5C31AA8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Попова Соня Андреевна</w:t>
            </w:r>
          </w:p>
        </w:tc>
        <w:tc>
          <w:tcPr>
            <w:tcW w:w="1417" w:type="dxa"/>
            <w:vAlign w:val="center"/>
          </w:tcPr>
          <w:p w14:paraId="7868C0B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07-09-2010</w:t>
            </w:r>
          </w:p>
        </w:tc>
        <w:tc>
          <w:tcPr>
            <w:tcW w:w="1134" w:type="dxa"/>
            <w:vAlign w:val="center"/>
          </w:tcPr>
          <w:p w14:paraId="65B6BA25" w14:textId="4318292E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C4D88">
              <w:rPr>
                <w:rFonts w:ascii="Times New Roman" w:hAnsi="Times New Roman" w:cs="Times New Roman"/>
                <w:b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2E10132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9BBA6B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550F9" w14:paraId="6039F3AF" w14:textId="77777777" w:rsidTr="006F17CF">
        <w:tc>
          <w:tcPr>
            <w:tcW w:w="1020" w:type="dxa"/>
            <w:vAlign w:val="center"/>
          </w:tcPr>
          <w:p w14:paraId="30E9DB7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16941DC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Малова Ульяна Александровна</w:t>
            </w:r>
          </w:p>
        </w:tc>
        <w:tc>
          <w:tcPr>
            <w:tcW w:w="1417" w:type="dxa"/>
            <w:vAlign w:val="center"/>
          </w:tcPr>
          <w:p w14:paraId="4B45FBD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28-05-2009</w:t>
            </w:r>
          </w:p>
        </w:tc>
        <w:tc>
          <w:tcPr>
            <w:tcW w:w="1134" w:type="dxa"/>
            <w:vAlign w:val="center"/>
          </w:tcPr>
          <w:p w14:paraId="56DBE7B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4D55F5B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5BFF57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550F9" w14:paraId="7B8C1412" w14:textId="77777777" w:rsidTr="006F17CF">
        <w:tc>
          <w:tcPr>
            <w:tcW w:w="1020" w:type="dxa"/>
            <w:vAlign w:val="center"/>
          </w:tcPr>
          <w:p w14:paraId="2A4665C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9BC528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Савина Кира Викторовна</w:t>
            </w:r>
          </w:p>
        </w:tc>
        <w:tc>
          <w:tcPr>
            <w:tcW w:w="1417" w:type="dxa"/>
            <w:vAlign w:val="center"/>
          </w:tcPr>
          <w:p w14:paraId="78B6AB7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20-06-2009</w:t>
            </w:r>
          </w:p>
        </w:tc>
        <w:tc>
          <w:tcPr>
            <w:tcW w:w="1134" w:type="dxa"/>
            <w:vAlign w:val="center"/>
          </w:tcPr>
          <w:p w14:paraId="12DD6E7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53E4A55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5A73AE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550F9" w14:paraId="41EE485E" w14:textId="77777777" w:rsidTr="006F17CF">
        <w:tc>
          <w:tcPr>
            <w:tcW w:w="1020" w:type="dxa"/>
            <w:vAlign w:val="center"/>
          </w:tcPr>
          <w:p w14:paraId="47EAFA6A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C95825C" w14:textId="77777777" w:rsidR="003550F9" w:rsidRDefault="00EE6C9F" w:rsidP="006F17CF">
            <w:r>
              <w:rPr>
                <w:rFonts w:ascii="Times New Roman" w:hAnsi="Times New Roman" w:cs="Times New Roman"/>
              </w:rPr>
              <w:t xml:space="preserve">Кучугур </w:t>
            </w:r>
            <w:r>
              <w:rPr>
                <w:rFonts w:ascii="Times New Roman" w:hAnsi="Times New Roman" w:cs="Times New Roman"/>
              </w:rPr>
              <w:t>Елизавета Александровна</w:t>
            </w:r>
          </w:p>
        </w:tc>
        <w:tc>
          <w:tcPr>
            <w:tcW w:w="1417" w:type="dxa"/>
            <w:vAlign w:val="center"/>
          </w:tcPr>
          <w:p w14:paraId="2EB6D2B3" w14:textId="77777777" w:rsidR="003550F9" w:rsidRDefault="00EE6C9F" w:rsidP="006F17CF">
            <w:r>
              <w:rPr>
                <w:rFonts w:ascii="Times New Roman" w:hAnsi="Times New Roman" w:cs="Times New Roman"/>
              </w:rPr>
              <w:t>02-03-2010</w:t>
            </w:r>
          </w:p>
        </w:tc>
        <w:tc>
          <w:tcPr>
            <w:tcW w:w="1134" w:type="dxa"/>
            <w:vAlign w:val="center"/>
          </w:tcPr>
          <w:p w14:paraId="36BDD73F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BF76AE6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DCCB951" w14:textId="77777777" w:rsidR="003550F9" w:rsidRDefault="00EE6C9F" w:rsidP="006F17CF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550F9" w14:paraId="490D8D4D" w14:textId="77777777" w:rsidTr="006F17CF">
        <w:tc>
          <w:tcPr>
            <w:tcW w:w="1020" w:type="dxa"/>
            <w:vAlign w:val="center"/>
          </w:tcPr>
          <w:p w14:paraId="6D5B2639" w14:textId="77777777" w:rsidR="003550F9" w:rsidRDefault="00EE6C9F" w:rsidP="006F17CF"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51" w:type="dxa"/>
            <w:vAlign w:val="center"/>
          </w:tcPr>
          <w:p w14:paraId="5CD63E02" w14:textId="77777777" w:rsidR="003550F9" w:rsidRDefault="00EE6C9F" w:rsidP="006F17CF">
            <w:r>
              <w:rPr>
                <w:rFonts w:ascii="Times New Roman" w:hAnsi="Times New Roman" w:cs="Times New Roman"/>
              </w:rPr>
              <w:t>Тишкова Альбина Евгеньевна</w:t>
            </w:r>
          </w:p>
        </w:tc>
        <w:tc>
          <w:tcPr>
            <w:tcW w:w="1417" w:type="dxa"/>
            <w:vAlign w:val="center"/>
          </w:tcPr>
          <w:p w14:paraId="2215C2BF" w14:textId="77777777" w:rsidR="003550F9" w:rsidRDefault="00EE6C9F" w:rsidP="006F17CF">
            <w:r>
              <w:rPr>
                <w:rFonts w:ascii="Times New Roman" w:hAnsi="Times New Roman" w:cs="Times New Roman"/>
              </w:rPr>
              <w:t>12-07-2010</w:t>
            </w:r>
          </w:p>
        </w:tc>
        <w:tc>
          <w:tcPr>
            <w:tcW w:w="1134" w:type="dxa"/>
            <w:vAlign w:val="center"/>
          </w:tcPr>
          <w:p w14:paraId="37DCE211" w14:textId="13DDFB3C" w:rsidR="003550F9" w:rsidRDefault="001C4D88" w:rsidP="006F17CF">
            <w:r>
              <w:rPr>
                <w:rFonts w:ascii="Times New Roman" w:hAnsi="Times New Roman" w:cs="Times New Roman"/>
              </w:rPr>
              <w:t>1р</w:t>
            </w:r>
          </w:p>
        </w:tc>
        <w:tc>
          <w:tcPr>
            <w:tcW w:w="1984" w:type="dxa"/>
            <w:vAlign w:val="center"/>
          </w:tcPr>
          <w:p w14:paraId="2FD9875C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72A9E73" w14:textId="77777777" w:rsidR="003550F9" w:rsidRDefault="00EE6C9F" w:rsidP="006F17CF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550F9" w14:paraId="50A47D38" w14:textId="77777777" w:rsidTr="006F17CF">
        <w:tc>
          <w:tcPr>
            <w:tcW w:w="1020" w:type="dxa"/>
            <w:vAlign w:val="center"/>
          </w:tcPr>
          <w:p w14:paraId="27F28F8D" w14:textId="77777777" w:rsidR="003550F9" w:rsidRDefault="00EE6C9F" w:rsidP="006F17CF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1F79E021" w14:textId="77777777" w:rsidR="003550F9" w:rsidRDefault="00EE6C9F" w:rsidP="006F17CF">
            <w:r>
              <w:rPr>
                <w:rFonts w:ascii="Times New Roman" w:hAnsi="Times New Roman" w:cs="Times New Roman"/>
              </w:rPr>
              <w:t>Дюргус Ярослава Дмитриевна</w:t>
            </w:r>
          </w:p>
        </w:tc>
        <w:tc>
          <w:tcPr>
            <w:tcW w:w="1417" w:type="dxa"/>
            <w:vAlign w:val="center"/>
          </w:tcPr>
          <w:p w14:paraId="2198058B" w14:textId="77777777" w:rsidR="003550F9" w:rsidRDefault="00EE6C9F" w:rsidP="006F17CF">
            <w:r>
              <w:rPr>
                <w:rFonts w:ascii="Times New Roman" w:hAnsi="Times New Roman" w:cs="Times New Roman"/>
              </w:rPr>
              <w:t>05-09-2010</w:t>
            </w:r>
          </w:p>
        </w:tc>
        <w:tc>
          <w:tcPr>
            <w:tcW w:w="1134" w:type="dxa"/>
            <w:vAlign w:val="center"/>
          </w:tcPr>
          <w:p w14:paraId="601957C5" w14:textId="77777777" w:rsidR="003550F9" w:rsidRDefault="00EE6C9F" w:rsidP="006F17CF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7491C33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ACB9F20" w14:textId="77777777" w:rsidR="003550F9" w:rsidRDefault="00EE6C9F" w:rsidP="006F17CF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550F9" w14:paraId="1E040106" w14:textId="77777777" w:rsidTr="006F17CF">
        <w:tc>
          <w:tcPr>
            <w:tcW w:w="10657" w:type="dxa"/>
            <w:gridSpan w:val="6"/>
            <w:vAlign w:val="center"/>
          </w:tcPr>
          <w:p w14:paraId="5164AB14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 xml:space="preserve">Юниорки 16-17 лет 53 кг. </w:t>
            </w:r>
            <w:r>
              <w:rPr>
                <w:rFonts w:ascii="Times New Roman" w:hAnsi="Times New Roman" w:cs="Times New Roman"/>
                <w:b/>
                <w:i/>
              </w:rPr>
              <w:t>(Участников: 4 )</w:t>
            </w:r>
          </w:p>
        </w:tc>
      </w:tr>
      <w:tr w:rsidR="003550F9" w14:paraId="4E9D3E78" w14:textId="77777777" w:rsidTr="006F17CF">
        <w:tc>
          <w:tcPr>
            <w:tcW w:w="1020" w:type="dxa"/>
            <w:vAlign w:val="center"/>
          </w:tcPr>
          <w:p w14:paraId="1AA8061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AFE821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0D0744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808D6A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61F93D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7478854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562EC5DC" w14:textId="77777777" w:rsidTr="006F17CF">
        <w:tc>
          <w:tcPr>
            <w:tcW w:w="1020" w:type="dxa"/>
            <w:vAlign w:val="center"/>
          </w:tcPr>
          <w:p w14:paraId="0172676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CF66E4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Заболоцкая Арина Витальевна</w:t>
            </w:r>
          </w:p>
        </w:tc>
        <w:tc>
          <w:tcPr>
            <w:tcW w:w="1417" w:type="dxa"/>
            <w:vAlign w:val="center"/>
          </w:tcPr>
          <w:p w14:paraId="34F2788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01-06-2010</w:t>
            </w:r>
          </w:p>
        </w:tc>
        <w:tc>
          <w:tcPr>
            <w:tcW w:w="1134" w:type="dxa"/>
            <w:vAlign w:val="center"/>
          </w:tcPr>
          <w:p w14:paraId="5506E8B6" w14:textId="5EF93D8A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051A748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2F46E0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18824BD6" w14:textId="77777777" w:rsidTr="006F17CF">
        <w:tc>
          <w:tcPr>
            <w:tcW w:w="1020" w:type="dxa"/>
            <w:vAlign w:val="center"/>
          </w:tcPr>
          <w:p w14:paraId="5B695A4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73B9D31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Капустина Полина Романовна</w:t>
            </w:r>
          </w:p>
        </w:tc>
        <w:tc>
          <w:tcPr>
            <w:tcW w:w="1417" w:type="dxa"/>
            <w:vAlign w:val="center"/>
          </w:tcPr>
          <w:p w14:paraId="3AE5515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07-09-2010</w:t>
            </w:r>
          </w:p>
        </w:tc>
        <w:tc>
          <w:tcPr>
            <w:tcW w:w="1134" w:type="dxa"/>
            <w:vAlign w:val="center"/>
          </w:tcPr>
          <w:p w14:paraId="0A6E1A8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CFB543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0DA0F1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550F9" w14:paraId="5B842B2C" w14:textId="77777777" w:rsidTr="006F17CF">
        <w:tc>
          <w:tcPr>
            <w:tcW w:w="1020" w:type="dxa"/>
            <w:vAlign w:val="center"/>
          </w:tcPr>
          <w:p w14:paraId="59A4201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086FF9E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Вайс Юлия Сергеевна</w:t>
            </w:r>
          </w:p>
        </w:tc>
        <w:tc>
          <w:tcPr>
            <w:tcW w:w="1417" w:type="dxa"/>
            <w:vAlign w:val="center"/>
          </w:tcPr>
          <w:p w14:paraId="4AD3142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10-10-2009</w:t>
            </w:r>
          </w:p>
        </w:tc>
        <w:tc>
          <w:tcPr>
            <w:tcW w:w="1134" w:type="dxa"/>
            <w:vAlign w:val="center"/>
          </w:tcPr>
          <w:p w14:paraId="1EB99C20" w14:textId="1C87799E" w:rsidR="003550F9" w:rsidRDefault="001C4D88" w:rsidP="006F17CF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51A73DA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7F6360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Бригунец А.С.</w:t>
            </w:r>
          </w:p>
        </w:tc>
      </w:tr>
      <w:tr w:rsidR="003550F9" w14:paraId="0982BDA5" w14:textId="77777777" w:rsidTr="006F17CF">
        <w:tc>
          <w:tcPr>
            <w:tcW w:w="1020" w:type="dxa"/>
            <w:vAlign w:val="center"/>
          </w:tcPr>
          <w:p w14:paraId="7879156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836986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Чистякова Алиса Геннадьевна</w:t>
            </w:r>
          </w:p>
        </w:tc>
        <w:tc>
          <w:tcPr>
            <w:tcW w:w="1417" w:type="dxa"/>
            <w:vAlign w:val="center"/>
          </w:tcPr>
          <w:p w14:paraId="4182C4F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18-04-2009</w:t>
            </w:r>
          </w:p>
        </w:tc>
        <w:tc>
          <w:tcPr>
            <w:tcW w:w="1134" w:type="dxa"/>
            <w:vAlign w:val="center"/>
          </w:tcPr>
          <w:p w14:paraId="50CA63F6" w14:textId="0B17E49C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7F69AB5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3DFBDD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07F2E2F3" w14:textId="77777777" w:rsidTr="006F17CF">
        <w:tc>
          <w:tcPr>
            <w:tcW w:w="10657" w:type="dxa"/>
            <w:gridSpan w:val="6"/>
            <w:vAlign w:val="center"/>
          </w:tcPr>
          <w:p w14:paraId="77B222ED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Юниорки 16-17 лет 59 кг. (Участников: 5 )</w:t>
            </w:r>
          </w:p>
        </w:tc>
      </w:tr>
      <w:tr w:rsidR="003550F9" w14:paraId="1B231E50" w14:textId="77777777" w:rsidTr="006F17CF">
        <w:tc>
          <w:tcPr>
            <w:tcW w:w="1020" w:type="dxa"/>
            <w:vAlign w:val="center"/>
          </w:tcPr>
          <w:p w14:paraId="0BF939B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327756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4BD0919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1B6D3FB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93239B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6DD842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67331DD4" w14:textId="77777777" w:rsidTr="006F17CF">
        <w:tc>
          <w:tcPr>
            <w:tcW w:w="1020" w:type="dxa"/>
            <w:vAlign w:val="center"/>
          </w:tcPr>
          <w:p w14:paraId="2D4EB69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FC0467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 xml:space="preserve">Нятина Полина </w:t>
            </w:r>
            <w:r>
              <w:rPr>
                <w:rFonts w:ascii="Times New Roman" w:hAnsi="Times New Roman" w:cs="Times New Roman"/>
                <w:b/>
              </w:rPr>
              <w:t>Михайловна</w:t>
            </w:r>
          </w:p>
        </w:tc>
        <w:tc>
          <w:tcPr>
            <w:tcW w:w="1417" w:type="dxa"/>
            <w:vAlign w:val="center"/>
          </w:tcPr>
          <w:p w14:paraId="4E5BAA6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28-10-2010</w:t>
            </w:r>
          </w:p>
        </w:tc>
        <w:tc>
          <w:tcPr>
            <w:tcW w:w="1134" w:type="dxa"/>
            <w:vAlign w:val="center"/>
          </w:tcPr>
          <w:p w14:paraId="2DA61315" w14:textId="59E956E8" w:rsidR="003550F9" w:rsidRDefault="001C4D88" w:rsidP="006F17CF">
            <w:r>
              <w:rPr>
                <w:rFonts w:ascii="Times New Roman" w:hAnsi="Times New Roman" w:cs="Times New Roman"/>
                <w:b/>
              </w:rPr>
              <w:t>1р</w:t>
            </w:r>
          </w:p>
        </w:tc>
        <w:tc>
          <w:tcPr>
            <w:tcW w:w="1984" w:type="dxa"/>
            <w:vAlign w:val="center"/>
          </w:tcPr>
          <w:p w14:paraId="5736CD4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C6E86B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6D3BE402" w14:textId="77777777" w:rsidTr="006F17CF">
        <w:tc>
          <w:tcPr>
            <w:tcW w:w="1020" w:type="dxa"/>
            <w:vAlign w:val="center"/>
          </w:tcPr>
          <w:p w14:paraId="2F0C37E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02C8F28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Рысаева Елизавета Александровна</w:t>
            </w:r>
          </w:p>
        </w:tc>
        <w:tc>
          <w:tcPr>
            <w:tcW w:w="1417" w:type="dxa"/>
            <w:vAlign w:val="center"/>
          </w:tcPr>
          <w:p w14:paraId="720E0B6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05-03-2010</w:t>
            </w:r>
          </w:p>
        </w:tc>
        <w:tc>
          <w:tcPr>
            <w:tcW w:w="1134" w:type="dxa"/>
            <w:vAlign w:val="center"/>
          </w:tcPr>
          <w:p w14:paraId="1FD92646" w14:textId="483E7FD6" w:rsidR="003550F9" w:rsidRDefault="001C4D88" w:rsidP="006F17CF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89E158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3ACF4E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550F9" w14:paraId="4145E9C0" w14:textId="77777777" w:rsidTr="006F17CF">
        <w:tc>
          <w:tcPr>
            <w:tcW w:w="1020" w:type="dxa"/>
            <w:vAlign w:val="center"/>
          </w:tcPr>
          <w:p w14:paraId="2DA7135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D9ED3B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Клешнёва Катерина Сергеевна</w:t>
            </w:r>
          </w:p>
        </w:tc>
        <w:tc>
          <w:tcPr>
            <w:tcW w:w="1417" w:type="dxa"/>
            <w:vAlign w:val="center"/>
          </w:tcPr>
          <w:p w14:paraId="512BFF4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11-11-2009</w:t>
            </w:r>
          </w:p>
        </w:tc>
        <w:tc>
          <w:tcPr>
            <w:tcW w:w="1134" w:type="dxa"/>
            <w:vAlign w:val="center"/>
          </w:tcPr>
          <w:p w14:paraId="1FECEF7B" w14:textId="098178EF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C4D88">
              <w:rPr>
                <w:rFonts w:ascii="Times New Roman" w:hAnsi="Times New Roman" w:cs="Times New Roman"/>
                <w:b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5FAC0D5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6896DC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550F9" w14:paraId="457B5F41" w14:textId="77777777" w:rsidTr="006F17CF">
        <w:tc>
          <w:tcPr>
            <w:tcW w:w="1020" w:type="dxa"/>
            <w:vAlign w:val="center"/>
          </w:tcPr>
          <w:p w14:paraId="32253EE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9EAB05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Лубягина Арина Станиславовна</w:t>
            </w:r>
          </w:p>
        </w:tc>
        <w:tc>
          <w:tcPr>
            <w:tcW w:w="1417" w:type="dxa"/>
            <w:vAlign w:val="center"/>
          </w:tcPr>
          <w:p w14:paraId="1B7C72B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13-09-2010</w:t>
            </w:r>
          </w:p>
        </w:tc>
        <w:tc>
          <w:tcPr>
            <w:tcW w:w="1134" w:type="dxa"/>
            <w:vAlign w:val="center"/>
          </w:tcPr>
          <w:p w14:paraId="104ABB24" w14:textId="47090BF7" w:rsidR="003550F9" w:rsidRPr="001C4D88" w:rsidRDefault="00EE6C9F" w:rsidP="006F17CF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C4D88">
              <w:rPr>
                <w:rFonts w:ascii="Times New Roman" w:hAnsi="Times New Roman" w:cs="Times New Roman"/>
                <w:b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1DFA1EEF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F817BE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550F9" w14:paraId="152B896B" w14:textId="77777777" w:rsidTr="006F17CF">
        <w:tc>
          <w:tcPr>
            <w:tcW w:w="1020" w:type="dxa"/>
            <w:vAlign w:val="center"/>
          </w:tcPr>
          <w:p w14:paraId="290210A3" w14:textId="77777777" w:rsidR="003550F9" w:rsidRDefault="00EE6C9F" w:rsidP="006F17CF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4F4516C1" w14:textId="77777777" w:rsidR="003550F9" w:rsidRDefault="00EE6C9F" w:rsidP="006F17CF">
            <w:r>
              <w:rPr>
                <w:rFonts w:ascii="Times New Roman" w:hAnsi="Times New Roman" w:cs="Times New Roman"/>
              </w:rPr>
              <w:t>Кашуркина Арина Юрьевна</w:t>
            </w:r>
          </w:p>
        </w:tc>
        <w:tc>
          <w:tcPr>
            <w:tcW w:w="1417" w:type="dxa"/>
            <w:vAlign w:val="center"/>
          </w:tcPr>
          <w:p w14:paraId="2886C647" w14:textId="77777777" w:rsidR="003550F9" w:rsidRDefault="00EE6C9F" w:rsidP="006F17CF">
            <w:r>
              <w:rPr>
                <w:rFonts w:ascii="Times New Roman" w:hAnsi="Times New Roman" w:cs="Times New Roman"/>
              </w:rPr>
              <w:t>13-10-2010</w:t>
            </w:r>
          </w:p>
        </w:tc>
        <w:tc>
          <w:tcPr>
            <w:tcW w:w="1134" w:type="dxa"/>
            <w:vAlign w:val="center"/>
          </w:tcPr>
          <w:p w14:paraId="5571554D" w14:textId="12074524" w:rsidR="003550F9" w:rsidRDefault="001C4D88" w:rsidP="006F17CF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77E25E0F" w14:textId="77777777" w:rsidR="003550F9" w:rsidRDefault="00EE6C9F" w:rsidP="006F17CF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23F65A7" w14:textId="77777777" w:rsidR="003550F9" w:rsidRDefault="00EE6C9F" w:rsidP="006F17CF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550F9" w14:paraId="33C019C1" w14:textId="77777777" w:rsidTr="006F17CF">
        <w:tc>
          <w:tcPr>
            <w:tcW w:w="10657" w:type="dxa"/>
            <w:gridSpan w:val="6"/>
            <w:vAlign w:val="center"/>
          </w:tcPr>
          <w:p w14:paraId="424387DE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Юниорки 16-17 лет 66 кг. (Участников: 2 )</w:t>
            </w:r>
          </w:p>
        </w:tc>
      </w:tr>
      <w:tr w:rsidR="003550F9" w14:paraId="1CC6252E" w14:textId="77777777" w:rsidTr="006F17CF">
        <w:tc>
          <w:tcPr>
            <w:tcW w:w="1020" w:type="dxa"/>
            <w:vAlign w:val="center"/>
          </w:tcPr>
          <w:p w14:paraId="6BA8CD3D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5D68BF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2C4E88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719AD2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F13B14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184553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73D71E7A" w14:textId="77777777" w:rsidTr="006F17CF">
        <w:tc>
          <w:tcPr>
            <w:tcW w:w="1020" w:type="dxa"/>
            <w:vAlign w:val="center"/>
          </w:tcPr>
          <w:p w14:paraId="788D156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577AD30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 xml:space="preserve">Шушулкова Юлия </w:t>
            </w:r>
            <w:r>
              <w:rPr>
                <w:rFonts w:ascii="Times New Roman" w:hAnsi="Times New Roman" w:cs="Times New Roman"/>
                <w:b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1DFE9FD1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16-03-2010</w:t>
            </w:r>
          </w:p>
        </w:tc>
        <w:tc>
          <w:tcPr>
            <w:tcW w:w="1134" w:type="dxa"/>
            <w:vAlign w:val="center"/>
          </w:tcPr>
          <w:p w14:paraId="4C45DA75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EDAA9E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5B5A06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550F9" w:rsidRPr="00365695" w14:paraId="67FB1806" w14:textId="77777777" w:rsidTr="006F17CF">
        <w:tc>
          <w:tcPr>
            <w:tcW w:w="1020" w:type="dxa"/>
            <w:vAlign w:val="center"/>
          </w:tcPr>
          <w:p w14:paraId="1EB91BB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E691CD0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Липовцева Анна Евгеньевна</w:t>
            </w:r>
          </w:p>
        </w:tc>
        <w:tc>
          <w:tcPr>
            <w:tcW w:w="1417" w:type="dxa"/>
            <w:vAlign w:val="center"/>
          </w:tcPr>
          <w:p w14:paraId="61832F8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16-03-2009</w:t>
            </w:r>
          </w:p>
        </w:tc>
        <w:tc>
          <w:tcPr>
            <w:tcW w:w="1134" w:type="dxa"/>
            <w:vAlign w:val="center"/>
          </w:tcPr>
          <w:p w14:paraId="00C33154" w14:textId="64607869" w:rsidR="003550F9" w:rsidRDefault="001C4D88" w:rsidP="006F17CF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5B480A7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5C6D58A" w14:textId="77777777" w:rsidR="003550F9" w:rsidRPr="00365695" w:rsidRDefault="00EE6C9F" w:rsidP="006F17CF">
            <w:pPr>
              <w:rPr>
                <w:lang w:val="ru-RU"/>
              </w:rPr>
            </w:pPr>
            <w:r w:rsidRPr="00365695">
              <w:rPr>
                <w:rFonts w:ascii="Times New Roman" w:hAnsi="Times New Roman" w:cs="Times New Roman"/>
                <w:b/>
                <w:lang w:val="ru-RU"/>
              </w:rPr>
              <w:t>Пшеницын А.А., Барило В.В.</w:t>
            </w:r>
          </w:p>
        </w:tc>
      </w:tr>
      <w:tr w:rsidR="003550F9" w14:paraId="6B5AF095" w14:textId="77777777" w:rsidTr="006F17CF">
        <w:tc>
          <w:tcPr>
            <w:tcW w:w="10657" w:type="dxa"/>
            <w:gridSpan w:val="6"/>
            <w:vAlign w:val="center"/>
          </w:tcPr>
          <w:p w14:paraId="26D598FD" w14:textId="77777777" w:rsidR="003550F9" w:rsidRDefault="00EE6C9F" w:rsidP="006F17CF">
            <w:r>
              <w:rPr>
                <w:rFonts w:ascii="Times New Roman" w:hAnsi="Times New Roman" w:cs="Times New Roman"/>
                <w:b/>
                <w:i/>
              </w:rPr>
              <w:t>Юниорки 16-17 лет 66+ кг. (Участников: 3 )</w:t>
            </w:r>
          </w:p>
        </w:tc>
      </w:tr>
      <w:tr w:rsidR="003550F9" w14:paraId="745DB184" w14:textId="77777777" w:rsidTr="006F17CF">
        <w:tc>
          <w:tcPr>
            <w:tcW w:w="1020" w:type="dxa"/>
            <w:vAlign w:val="center"/>
          </w:tcPr>
          <w:p w14:paraId="1ACC79B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16554FE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177A580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4B8F265C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DBF64E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28E9E5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550F9" w14:paraId="3D4D8343" w14:textId="77777777" w:rsidTr="006F17CF">
        <w:tc>
          <w:tcPr>
            <w:tcW w:w="1020" w:type="dxa"/>
            <w:vAlign w:val="center"/>
          </w:tcPr>
          <w:p w14:paraId="49701874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6C66EB96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Ожогина Екатерина Вячеславовна</w:t>
            </w:r>
          </w:p>
        </w:tc>
        <w:tc>
          <w:tcPr>
            <w:tcW w:w="1417" w:type="dxa"/>
            <w:vAlign w:val="center"/>
          </w:tcPr>
          <w:p w14:paraId="4368C457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29-06-2009</w:t>
            </w:r>
          </w:p>
        </w:tc>
        <w:tc>
          <w:tcPr>
            <w:tcW w:w="1134" w:type="dxa"/>
            <w:vAlign w:val="center"/>
          </w:tcPr>
          <w:p w14:paraId="2541185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4D4FC08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79A161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550F9" w14:paraId="1F44E4A2" w14:textId="77777777" w:rsidTr="006F17CF">
        <w:tc>
          <w:tcPr>
            <w:tcW w:w="1020" w:type="dxa"/>
            <w:vAlign w:val="center"/>
          </w:tcPr>
          <w:p w14:paraId="61B16932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6E1D846B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Захарова Анна Алексеевна</w:t>
            </w:r>
          </w:p>
        </w:tc>
        <w:tc>
          <w:tcPr>
            <w:tcW w:w="1417" w:type="dxa"/>
            <w:vAlign w:val="center"/>
          </w:tcPr>
          <w:p w14:paraId="7D6DF43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19-04-2009</w:t>
            </w:r>
          </w:p>
        </w:tc>
        <w:tc>
          <w:tcPr>
            <w:tcW w:w="1134" w:type="dxa"/>
            <w:vAlign w:val="center"/>
          </w:tcPr>
          <w:p w14:paraId="7E3F62E8" w14:textId="77777777" w:rsidR="003550F9" w:rsidRDefault="003550F9" w:rsidP="006F17CF"/>
        </w:tc>
        <w:tc>
          <w:tcPr>
            <w:tcW w:w="1984" w:type="dxa"/>
            <w:vAlign w:val="center"/>
          </w:tcPr>
          <w:p w14:paraId="60C258A3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ACF56E2" w14:textId="77777777" w:rsidR="003550F9" w:rsidRDefault="003550F9" w:rsidP="006F17CF"/>
        </w:tc>
      </w:tr>
      <w:tr w:rsidR="003550F9" w14:paraId="0C250038" w14:textId="77777777" w:rsidTr="006F17CF">
        <w:tc>
          <w:tcPr>
            <w:tcW w:w="1020" w:type="dxa"/>
            <w:vAlign w:val="center"/>
          </w:tcPr>
          <w:p w14:paraId="3103EE1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ED2075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Игарушина Елизавета Евгеньевна</w:t>
            </w:r>
          </w:p>
        </w:tc>
        <w:tc>
          <w:tcPr>
            <w:tcW w:w="1417" w:type="dxa"/>
            <w:vAlign w:val="center"/>
          </w:tcPr>
          <w:p w14:paraId="5A70F278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10-03-2009</w:t>
            </w:r>
          </w:p>
        </w:tc>
        <w:tc>
          <w:tcPr>
            <w:tcW w:w="1134" w:type="dxa"/>
            <w:vAlign w:val="center"/>
          </w:tcPr>
          <w:p w14:paraId="3A12B94A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7B5B2199" w14:textId="77777777" w:rsidR="003550F9" w:rsidRDefault="00EE6C9F" w:rsidP="006F17CF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224E2FD" w14:textId="1AE31660" w:rsidR="003550F9" w:rsidRDefault="00365695" w:rsidP="006F17CF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:rsidRPr="00365695" w14:paraId="5465B0B4" w14:textId="77777777" w:rsidTr="00365695">
        <w:tc>
          <w:tcPr>
            <w:tcW w:w="10657" w:type="dxa"/>
            <w:gridSpan w:val="6"/>
            <w:vAlign w:val="center"/>
          </w:tcPr>
          <w:p w14:paraId="075B4B55" w14:textId="7167D052" w:rsidR="00365695" w:rsidRPr="00365695" w:rsidRDefault="00365695" w:rsidP="00365695">
            <w:pPr>
              <w:rPr>
                <w:rFonts w:ascii="Times New Roman" w:hAnsi="Times New Roman" w:cs="Times New Roman"/>
                <w:b/>
              </w:rPr>
            </w:pPr>
            <w:r w:rsidRPr="00365695">
              <w:rPr>
                <w:rFonts w:ascii="Times New Roman" w:hAnsi="Times New Roman" w:cs="Times New Roman"/>
                <w:b/>
                <w:i/>
              </w:rPr>
              <w:t xml:space="preserve">Юниорки 18-20 лет </w:t>
            </w:r>
            <w:r w:rsidRPr="00365695">
              <w:rPr>
                <w:rFonts w:ascii="Times New Roman" w:hAnsi="Times New Roman" w:cs="Times New Roman"/>
                <w:b/>
                <w:i/>
                <w:lang w:val="ru-RU"/>
              </w:rPr>
              <w:t>55</w:t>
            </w:r>
            <w:r w:rsidRPr="00365695">
              <w:rPr>
                <w:rFonts w:ascii="Times New Roman" w:hAnsi="Times New Roman" w:cs="Times New Roman"/>
                <w:b/>
                <w:i/>
              </w:rPr>
              <w:t xml:space="preserve"> кг. (Участников: </w:t>
            </w:r>
            <w:r w:rsidRPr="00365695"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 w:rsidRPr="00365695"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365695" w:rsidRPr="00365695" w14:paraId="7E08CEA7" w14:textId="77777777" w:rsidTr="00365695">
        <w:tc>
          <w:tcPr>
            <w:tcW w:w="1020" w:type="dxa"/>
            <w:vAlign w:val="center"/>
          </w:tcPr>
          <w:p w14:paraId="09808F72" w14:textId="152A345F" w:rsidR="00365695" w:rsidRPr="00365695" w:rsidRDefault="00365695" w:rsidP="003656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6569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2551" w:type="dxa"/>
            <w:vAlign w:val="center"/>
          </w:tcPr>
          <w:p w14:paraId="240BB36D" w14:textId="2021340A" w:rsidR="00365695" w:rsidRPr="00365695" w:rsidRDefault="00365695" w:rsidP="00365695">
            <w:pPr>
              <w:rPr>
                <w:rFonts w:ascii="Times New Roman" w:hAnsi="Times New Roman" w:cs="Times New Roman"/>
                <w:b/>
              </w:rPr>
            </w:pPr>
            <w:r w:rsidRPr="00365695">
              <w:rPr>
                <w:rFonts w:ascii="Times New Roman" w:hAnsi="Times New Roman" w:cs="Times New Roman"/>
                <w:b/>
                <w:color w:val="000000"/>
              </w:rPr>
              <w:t>Маклакова Ангелина Александровна</w:t>
            </w:r>
          </w:p>
        </w:tc>
        <w:tc>
          <w:tcPr>
            <w:tcW w:w="1417" w:type="dxa"/>
            <w:vAlign w:val="center"/>
          </w:tcPr>
          <w:p w14:paraId="6FEF1A1C" w14:textId="34D61D2E" w:rsidR="00365695" w:rsidRPr="00365695" w:rsidRDefault="00365695" w:rsidP="00365695">
            <w:pPr>
              <w:rPr>
                <w:rFonts w:ascii="Times New Roman" w:hAnsi="Times New Roman" w:cs="Times New Roman"/>
                <w:b/>
              </w:rPr>
            </w:pPr>
            <w:r w:rsidRPr="00365695">
              <w:rPr>
                <w:rFonts w:ascii="Times New Roman" w:hAnsi="Times New Roman" w:cs="Times New Roman"/>
                <w:b/>
                <w:color w:val="000000"/>
              </w:rPr>
              <w:t>2008-11-25</w:t>
            </w:r>
          </w:p>
        </w:tc>
        <w:tc>
          <w:tcPr>
            <w:tcW w:w="1134" w:type="dxa"/>
            <w:vAlign w:val="center"/>
          </w:tcPr>
          <w:p w14:paraId="42C9A93F" w14:textId="294D3A3E" w:rsidR="00365695" w:rsidRPr="00365695" w:rsidRDefault="00365695" w:rsidP="0036569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65695">
              <w:rPr>
                <w:rFonts w:ascii="Times New Roman" w:hAnsi="Times New Roman" w:cs="Times New Roman"/>
                <w:b/>
                <w:lang w:val="ru-RU"/>
              </w:rPr>
              <w:t>КМС</w:t>
            </w:r>
          </w:p>
        </w:tc>
        <w:tc>
          <w:tcPr>
            <w:tcW w:w="1984" w:type="dxa"/>
            <w:vAlign w:val="center"/>
          </w:tcPr>
          <w:p w14:paraId="4D6EA024" w14:textId="7455E4F9" w:rsidR="00365695" w:rsidRPr="00365695" w:rsidRDefault="00365695" w:rsidP="00365695">
            <w:pPr>
              <w:rPr>
                <w:rFonts w:ascii="Times New Roman" w:hAnsi="Times New Roman" w:cs="Times New Roman"/>
                <w:b/>
              </w:rPr>
            </w:pPr>
            <w:r w:rsidRPr="00365695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8025F25" w14:textId="2BED7033" w:rsidR="00365695" w:rsidRPr="00365695" w:rsidRDefault="00365695" w:rsidP="00365695">
            <w:pPr>
              <w:rPr>
                <w:rFonts w:ascii="Times New Roman" w:hAnsi="Times New Roman" w:cs="Times New Roman"/>
                <w:b/>
              </w:rPr>
            </w:pPr>
            <w:r w:rsidRPr="00365695"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14:paraId="6F468E32" w14:textId="77777777" w:rsidTr="006F17CF">
        <w:tc>
          <w:tcPr>
            <w:tcW w:w="10657" w:type="dxa"/>
            <w:gridSpan w:val="6"/>
            <w:vAlign w:val="center"/>
          </w:tcPr>
          <w:p w14:paraId="02862503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Юниорки 18-20 лет 61 кг. (Участников: 3 )</w:t>
            </w:r>
          </w:p>
        </w:tc>
      </w:tr>
      <w:tr w:rsidR="00365695" w14:paraId="69971736" w14:textId="77777777" w:rsidTr="006F17CF">
        <w:tc>
          <w:tcPr>
            <w:tcW w:w="1020" w:type="dxa"/>
            <w:vAlign w:val="center"/>
          </w:tcPr>
          <w:p w14:paraId="00CA178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63F4FD6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48A9C86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47941D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AE0116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710861A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1260B9D6" w14:textId="77777777" w:rsidTr="006F17CF">
        <w:tc>
          <w:tcPr>
            <w:tcW w:w="1020" w:type="dxa"/>
            <w:vAlign w:val="center"/>
          </w:tcPr>
          <w:p w14:paraId="646260D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2D29D30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Мешалкина Ева Андреевна</w:t>
            </w:r>
          </w:p>
        </w:tc>
        <w:tc>
          <w:tcPr>
            <w:tcW w:w="1417" w:type="dxa"/>
            <w:vAlign w:val="center"/>
          </w:tcPr>
          <w:p w14:paraId="3890780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06-03-2007</w:t>
            </w:r>
          </w:p>
        </w:tc>
        <w:tc>
          <w:tcPr>
            <w:tcW w:w="1134" w:type="dxa"/>
            <w:vAlign w:val="center"/>
          </w:tcPr>
          <w:p w14:paraId="1958590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6D5CA19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5AFBFE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65695" w14:paraId="655C55D5" w14:textId="77777777" w:rsidTr="006F17CF">
        <w:tc>
          <w:tcPr>
            <w:tcW w:w="1020" w:type="dxa"/>
            <w:vAlign w:val="center"/>
          </w:tcPr>
          <w:p w14:paraId="23C608D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7F4D8EC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Бубенина София Анатольевна</w:t>
            </w:r>
          </w:p>
        </w:tc>
        <w:tc>
          <w:tcPr>
            <w:tcW w:w="1417" w:type="dxa"/>
            <w:vAlign w:val="center"/>
          </w:tcPr>
          <w:p w14:paraId="5D6C038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26-11-2007</w:t>
            </w:r>
          </w:p>
        </w:tc>
        <w:tc>
          <w:tcPr>
            <w:tcW w:w="1134" w:type="dxa"/>
            <w:vAlign w:val="center"/>
          </w:tcPr>
          <w:p w14:paraId="13CFF63D" w14:textId="73D4BAC2" w:rsidR="00365695" w:rsidRDefault="001C4D88" w:rsidP="00365695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2C262B5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F5AB19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65695" w14:paraId="0F3FE023" w14:textId="77777777" w:rsidTr="006F17CF">
        <w:tc>
          <w:tcPr>
            <w:tcW w:w="1020" w:type="dxa"/>
            <w:vAlign w:val="center"/>
          </w:tcPr>
          <w:p w14:paraId="2255B40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CE76C3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Шамова Анастасия Игоревна</w:t>
            </w:r>
          </w:p>
        </w:tc>
        <w:tc>
          <w:tcPr>
            <w:tcW w:w="1417" w:type="dxa"/>
            <w:vAlign w:val="center"/>
          </w:tcPr>
          <w:p w14:paraId="652F82B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17-07-2008</w:t>
            </w:r>
          </w:p>
        </w:tc>
        <w:tc>
          <w:tcPr>
            <w:tcW w:w="1134" w:type="dxa"/>
            <w:vAlign w:val="center"/>
          </w:tcPr>
          <w:p w14:paraId="6AB6E00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04BC565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8480DA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Хорохордин А.Ю.</w:t>
            </w:r>
          </w:p>
        </w:tc>
      </w:tr>
      <w:tr w:rsidR="00365695" w14:paraId="5E64B871" w14:textId="77777777" w:rsidTr="006F17CF">
        <w:tc>
          <w:tcPr>
            <w:tcW w:w="10657" w:type="dxa"/>
            <w:gridSpan w:val="6"/>
            <w:vAlign w:val="center"/>
          </w:tcPr>
          <w:p w14:paraId="208661DA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Юниорки 18-20 лет 68 кг. (Участников: 4 )</w:t>
            </w:r>
          </w:p>
        </w:tc>
      </w:tr>
      <w:tr w:rsidR="00365695" w14:paraId="1DBE68FD" w14:textId="77777777" w:rsidTr="006F17CF">
        <w:tc>
          <w:tcPr>
            <w:tcW w:w="1020" w:type="dxa"/>
            <w:vAlign w:val="center"/>
          </w:tcPr>
          <w:p w14:paraId="5904B57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4B398F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18FEF3D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7DCA7D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71EBF5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319E375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01609194" w14:textId="77777777" w:rsidTr="006F17CF">
        <w:tc>
          <w:tcPr>
            <w:tcW w:w="1020" w:type="dxa"/>
            <w:vAlign w:val="center"/>
          </w:tcPr>
          <w:p w14:paraId="2CCE7DF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2551" w:type="dxa"/>
            <w:vAlign w:val="center"/>
          </w:tcPr>
          <w:p w14:paraId="08C32E3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Дорошенко Злата Игоревна</w:t>
            </w:r>
          </w:p>
        </w:tc>
        <w:tc>
          <w:tcPr>
            <w:tcW w:w="1417" w:type="dxa"/>
            <w:vAlign w:val="center"/>
          </w:tcPr>
          <w:p w14:paraId="42D0EAB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24-06-2008</w:t>
            </w:r>
          </w:p>
        </w:tc>
        <w:tc>
          <w:tcPr>
            <w:tcW w:w="1134" w:type="dxa"/>
            <w:vAlign w:val="center"/>
          </w:tcPr>
          <w:p w14:paraId="63CA510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6393DA8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A343EF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65695" w14:paraId="6B8D8B5C" w14:textId="77777777" w:rsidTr="006F17CF">
        <w:tc>
          <w:tcPr>
            <w:tcW w:w="1020" w:type="dxa"/>
            <w:vAlign w:val="center"/>
          </w:tcPr>
          <w:p w14:paraId="70BD9A4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4D57D6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Крупина Яна Антоновна</w:t>
            </w:r>
          </w:p>
        </w:tc>
        <w:tc>
          <w:tcPr>
            <w:tcW w:w="1417" w:type="dxa"/>
            <w:vAlign w:val="center"/>
          </w:tcPr>
          <w:p w14:paraId="7D37A59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11-10-2006</w:t>
            </w:r>
          </w:p>
        </w:tc>
        <w:tc>
          <w:tcPr>
            <w:tcW w:w="1134" w:type="dxa"/>
            <w:vAlign w:val="center"/>
          </w:tcPr>
          <w:p w14:paraId="5AD76F6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15D9F0C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4F6CFC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Кравченко. Ю.А.</w:t>
            </w:r>
          </w:p>
        </w:tc>
      </w:tr>
      <w:tr w:rsidR="00365695" w14:paraId="28F9C92B" w14:textId="77777777" w:rsidTr="006F17CF">
        <w:tc>
          <w:tcPr>
            <w:tcW w:w="1020" w:type="dxa"/>
            <w:vAlign w:val="center"/>
          </w:tcPr>
          <w:p w14:paraId="30283D9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12D066D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Севостьянова Александра Ивановна</w:t>
            </w:r>
          </w:p>
        </w:tc>
        <w:tc>
          <w:tcPr>
            <w:tcW w:w="1417" w:type="dxa"/>
            <w:vAlign w:val="center"/>
          </w:tcPr>
          <w:p w14:paraId="6004E49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30-03-2006</w:t>
            </w:r>
          </w:p>
        </w:tc>
        <w:tc>
          <w:tcPr>
            <w:tcW w:w="1134" w:type="dxa"/>
            <w:vAlign w:val="center"/>
          </w:tcPr>
          <w:p w14:paraId="36C198E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C144E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20445E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65695" w14:paraId="34488F41" w14:textId="77777777" w:rsidTr="006F17CF">
        <w:tc>
          <w:tcPr>
            <w:tcW w:w="1020" w:type="dxa"/>
            <w:vAlign w:val="center"/>
          </w:tcPr>
          <w:p w14:paraId="11A736F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6F53C8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Чернова Полина Дмитриевна</w:t>
            </w:r>
          </w:p>
        </w:tc>
        <w:tc>
          <w:tcPr>
            <w:tcW w:w="1417" w:type="dxa"/>
            <w:vAlign w:val="center"/>
          </w:tcPr>
          <w:p w14:paraId="191F34B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25-09-2008</w:t>
            </w:r>
          </w:p>
        </w:tc>
        <w:tc>
          <w:tcPr>
            <w:tcW w:w="1134" w:type="dxa"/>
            <w:vAlign w:val="center"/>
          </w:tcPr>
          <w:p w14:paraId="5D3578F6" w14:textId="7BD86B60" w:rsidR="00365695" w:rsidRDefault="001C4D88" w:rsidP="00365695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676E6F9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2BB3E0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65695" w14:paraId="1257FA51" w14:textId="77777777" w:rsidTr="006F17CF">
        <w:tc>
          <w:tcPr>
            <w:tcW w:w="10657" w:type="dxa"/>
            <w:gridSpan w:val="6"/>
            <w:vAlign w:val="center"/>
          </w:tcPr>
          <w:p w14:paraId="15950E72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12-13 лет 40 кг. (Участников: 30 )</w:t>
            </w:r>
          </w:p>
        </w:tc>
      </w:tr>
      <w:tr w:rsidR="00365695" w14:paraId="2D9D75DB" w14:textId="77777777" w:rsidTr="006F17CF">
        <w:tc>
          <w:tcPr>
            <w:tcW w:w="1020" w:type="dxa"/>
            <w:vAlign w:val="center"/>
          </w:tcPr>
          <w:p w14:paraId="542AB32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52845E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50D604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1D32EBE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59065E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FA2A4E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:rsidRPr="006F17CF" w14:paraId="1E6DE754" w14:textId="77777777" w:rsidTr="006F17CF">
        <w:tc>
          <w:tcPr>
            <w:tcW w:w="1020" w:type="dxa"/>
            <w:vAlign w:val="center"/>
          </w:tcPr>
          <w:p w14:paraId="0CBF2C0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D08B76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Юнусов Артем Рустамович</w:t>
            </w:r>
          </w:p>
        </w:tc>
        <w:tc>
          <w:tcPr>
            <w:tcW w:w="1417" w:type="dxa"/>
            <w:vAlign w:val="center"/>
          </w:tcPr>
          <w:p w14:paraId="726FA58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08-08-2014</w:t>
            </w:r>
          </w:p>
        </w:tc>
        <w:tc>
          <w:tcPr>
            <w:tcW w:w="1134" w:type="dxa"/>
            <w:vAlign w:val="center"/>
          </w:tcPr>
          <w:p w14:paraId="402D389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1E0633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84A88C6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Селиверстов Р.В. Мамедов А.М</w:t>
            </w:r>
          </w:p>
        </w:tc>
      </w:tr>
      <w:tr w:rsidR="00365695" w14:paraId="0431398E" w14:textId="77777777" w:rsidTr="006F17CF">
        <w:tc>
          <w:tcPr>
            <w:tcW w:w="1020" w:type="dxa"/>
            <w:vAlign w:val="center"/>
          </w:tcPr>
          <w:p w14:paraId="79503B5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16021AF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Огнев Дмитрий Андреевич</w:t>
            </w:r>
          </w:p>
        </w:tc>
        <w:tc>
          <w:tcPr>
            <w:tcW w:w="1417" w:type="dxa"/>
            <w:vAlign w:val="center"/>
          </w:tcPr>
          <w:p w14:paraId="69D0D7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01-04-2013</w:t>
            </w:r>
          </w:p>
        </w:tc>
        <w:tc>
          <w:tcPr>
            <w:tcW w:w="1134" w:type="dxa"/>
            <w:vAlign w:val="center"/>
          </w:tcPr>
          <w:p w14:paraId="0BD835A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08FB05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36C136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65695" w14:paraId="21E491D5" w14:textId="77777777" w:rsidTr="006F17CF">
        <w:tc>
          <w:tcPr>
            <w:tcW w:w="1020" w:type="dxa"/>
            <w:vAlign w:val="center"/>
          </w:tcPr>
          <w:p w14:paraId="6F79A11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826B14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Козинец Дмитрий Александрович</w:t>
            </w:r>
          </w:p>
        </w:tc>
        <w:tc>
          <w:tcPr>
            <w:tcW w:w="1417" w:type="dxa"/>
            <w:vAlign w:val="center"/>
          </w:tcPr>
          <w:p w14:paraId="6F6C145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22-09-2013</w:t>
            </w:r>
          </w:p>
        </w:tc>
        <w:tc>
          <w:tcPr>
            <w:tcW w:w="1134" w:type="dxa"/>
            <w:vAlign w:val="center"/>
          </w:tcPr>
          <w:p w14:paraId="2055FB45" w14:textId="014CA117" w:rsidR="00365695" w:rsidRDefault="001C4D88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1D9544A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76C80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65695" w14:paraId="5C13682F" w14:textId="77777777" w:rsidTr="006F17CF">
        <w:tc>
          <w:tcPr>
            <w:tcW w:w="1020" w:type="dxa"/>
            <w:vAlign w:val="center"/>
          </w:tcPr>
          <w:p w14:paraId="58BB515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52BCFC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Шкурин Кирилл Сергеевич</w:t>
            </w:r>
          </w:p>
        </w:tc>
        <w:tc>
          <w:tcPr>
            <w:tcW w:w="1417" w:type="dxa"/>
            <w:vAlign w:val="center"/>
          </w:tcPr>
          <w:p w14:paraId="1CCF752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06-11-2013</w:t>
            </w:r>
          </w:p>
        </w:tc>
        <w:tc>
          <w:tcPr>
            <w:tcW w:w="1134" w:type="dxa"/>
            <w:vAlign w:val="center"/>
          </w:tcPr>
          <w:p w14:paraId="5DCDAA1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603F1A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05B5D3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0AFDBDCF" w14:textId="77777777" w:rsidTr="006F17CF">
        <w:tc>
          <w:tcPr>
            <w:tcW w:w="1020" w:type="dxa"/>
            <w:vAlign w:val="center"/>
          </w:tcPr>
          <w:p w14:paraId="6F90BA2C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E4327CB" w14:textId="77777777" w:rsidR="00365695" w:rsidRDefault="00365695" w:rsidP="00365695">
            <w:r>
              <w:rPr>
                <w:rFonts w:ascii="Times New Roman" w:hAnsi="Times New Roman" w:cs="Times New Roman"/>
              </w:rPr>
              <w:t>Рехтин Дмитрий Алексеевич</w:t>
            </w:r>
          </w:p>
        </w:tc>
        <w:tc>
          <w:tcPr>
            <w:tcW w:w="1417" w:type="dxa"/>
            <w:vAlign w:val="center"/>
          </w:tcPr>
          <w:p w14:paraId="115A4953" w14:textId="77777777" w:rsidR="00365695" w:rsidRDefault="00365695" w:rsidP="00365695">
            <w:r>
              <w:rPr>
                <w:rFonts w:ascii="Times New Roman" w:hAnsi="Times New Roman" w:cs="Times New Roman"/>
              </w:rPr>
              <w:t>14-05-2014</w:t>
            </w:r>
          </w:p>
        </w:tc>
        <w:tc>
          <w:tcPr>
            <w:tcW w:w="1134" w:type="dxa"/>
            <w:vAlign w:val="center"/>
          </w:tcPr>
          <w:p w14:paraId="4FBBBFEE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0BEF1F0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8547447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07A568C9" w14:textId="77777777" w:rsidTr="006F17CF">
        <w:tc>
          <w:tcPr>
            <w:tcW w:w="1020" w:type="dxa"/>
            <w:vAlign w:val="center"/>
          </w:tcPr>
          <w:p w14:paraId="436764E6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709695F5" w14:textId="77777777" w:rsidR="00365695" w:rsidRDefault="00365695" w:rsidP="00365695">
            <w:r>
              <w:rPr>
                <w:rFonts w:ascii="Times New Roman" w:hAnsi="Times New Roman" w:cs="Times New Roman"/>
              </w:rPr>
              <w:t>Семенов Савелий Дмитриевич</w:t>
            </w:r>
          </w:p>
        </w:tc>
        <w:tc>
          <w:tcPr>
            <w:tcW w:w="1417" w:type="dxa"/>
            <w:vAlign w:val="center"/>
          </w:tcPr>
          <w:p w14:paraId="5C03C001" w14:textId="77777777" w:rsidR="00365695" w:rsidRDefault="00365695" w:rsidP="00365695">
            <w:r>
              <w:rPr>
                <w:rFonts w:ascii="Times New Roman" w:hAnsi="Times New Roman" w:cs="Times New Roman"/>
              </w:rPr>
              <w:t>01-03-2014</w:t>
            </w:r>
          </w:p>
        </w:tc>
        <w:tc>
          <w:tcPr>
            <w:tcW w:w="1134" w:type="dxa"/>
            <w:vAlign w:val="center"/>
          </w:tcPr>
          <w:p w14:paraId="16E9C4B3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12BD4C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98FAB25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08ABDB0E" w14:textId="77777777" w:rsidTr="006F17CF">
        <w:tc>
          <w:tcPr>
            <w:tcW w:w="1020" w:type="dxa"/>
            <w:vAlign w:val="center"/>
          </w:tcPr>
          <w:p w14:paraId="6FB19F4A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0C38C389" w14:textId="77777777" w:rsidR="00365695" w:rsidRDefault="00365695" w:rsidP="00365695">
            <w:r>
              <w:rPr>
                <w:rFonts w:ascii="Times New Roman" w:hAnsi="Times New Roman" w:cs="Times New Roman"/>
              </w:rPr>
              <w:t>Польских Павел Иванович</w:t>
            </w:r>
          </w:p>
        </w:tc>
        <w:tc>
          <w:tcPr>
            <w:tcW w:w="1417" w:type="dxa"/>
            <w:vAlign w:val="center"/>
          </w:tcPr>
          <w:p w14:paraId="78B216BD" w14:textId="77777777" w:rsidR="00365695" w:rsidRDefault="00365695" w:rsidP="00365695">
            <w:r>
              <w:rPr>
                <w:rFonts w:ascii="Times New Roman" w:hAnsi="Times New Roman" w:cs="Times New Roman"/>
              </w:rPr>
              <w:t>28-10-2014</w:t>
            </w:r>
          </w:p>
        </w:tc>
        <w:tc>
          <w:tcPr>
            <w:tcW w:w="1134" w:type="dxa"/>
            <w:vAlign w:val="center"/>
          </w:tcPr>
          <w:p w14:paraId="631F44CC" w14:textId="0D0291E2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19F34E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3BE5ABE" w14:textId="77777777" w:rsidR="00365695" w:rsidRDefault="00365695" w:rsidP="00365695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65695" w14:paraId="5CE1DB71" w14:textId="77777777" w:rsidTr="006F17CF">
        <w:tc>
          <w:tcPr>
            <w:tcW w:w="1020" w:type="dxa"/>
            <w:vAlign w:val="center"/>
          </w:tcPr>
          <w:p w14:paraId="43FF6C1F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8E3B867" w14:textId="77777777" w:rsidR="00365695" w:rsidRDefault="00365695" w:rsidP="00365695">
            <w:r>
              <w:rPr>
                <w:rFonts w:ascii="Times New Roman" w:hAnsi="Times New Roman" w:cs="Times New Roman"/>
              </w:rPr>
              <w:t>Карацуба Степан Павлович</w:t>
            </w:r>
          </w:p>
        </w:tc>
        <w:tc>
          <w:tcPr>
            <w:tcW w:w="1417" w:type="dxa"/>
            <w:vAlign w:val="center"/>
          </w:tcPr>
          <w:p w14:paraId="13262AC7" w14:textId="77777777" w:rsidR="00365695" w:rsidRDefault="00365695" w:rsidP="00365695">
            <w:r>
              <w:rPr>
                <w:rFonts w:ascii="Times New Roman" w:hAnsi="Times New Roman" w:cs="Times New Roman"/>
              </w:rPr>
              <w:t>08-12-2013</w:t>
            </w:r>
          </w:p>
        </w:tc>
        <w:tc>
          <w:tcPr>
            <w:tcW w:w="1134" w:type="dxa"/>
            <w:vAlign w:val="center"/>
          </w:tcPr>
          <w:p w14:paraId="3A43C23A" w14:textId="77777777" w:rsidR="00365695" w:rsidRDefault="00365695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547EEBC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4293BA4" w14:textId="77777777" w:rsidR="00365695" w:rsidRDefault="00365695" w:rsidP="00365695">
            <w:r>
              <w:rPr>
                <w:rFonts w:ascii="Times New Roman" w:hAnsi="Times New Roman" w:cs="Times New Roman"/>
              </w:rPr>
              <w:t>Юдаков А.А.</w:t>
            </w:r>
          </w:p>
        </w:tc>
      </w:tr>
      <w:tr w:rsidR="00365695" w14:paraId="377CCF63" w14:textId="77777777" w:rsidTr="006F17CF">
        <w:tc>
          <w:tcPr>
            <w:tcW w:w="1020" w:type="dxa"/>
            <w:vAlign w:val="center"/>
          </w:tcPr>
          <w:p w14:paraId="5FAC6839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74273B4E" w14:textId="77777777" w:rsidR="00365695" w:rsidRDefault="00365695" w:rsidP="00365695">
            <w:r>
              <w:rPr>
                <w:rFonts w:ascii="Times New Roman" w:hAnsi="Times New Roman" w:cs="Times New Roman"/>
              </w:rPr>
              <w:t>Сметанников Дмитрий Иванович</w:t>
            </w:r>
          </w:p>
        </w:tc>
        <w:tc>
          <w:tcPr>
            <w:tcW w:w="1417" w:type="dxa"/>
            <w:vAlign w:val="center"/>
          </w:tcPr>
          <w:p w14:paraId="201B0F0E" w14:textId="77777777" w:rsidR="00365695" w:rsidRDefault="00365695" w:rsidP="00365695">
            <w:r>
              <w:rPr>
                <w:rFonts w:ascii="Times New Roman" w:hAnsi="Times New Roman" w:cs="Times New Roman"/>
              </w:rPr>
              <w:t>14-11-2013</w:t>
            </w:r>
          </w:p>
        </w:tc>
        <w:tc>
          <w:tcPr>
            <w:tcW w:w="1134" w:type="dxa"/>
            <w:vAlign w:val="center"/>
          </w:tcPr>
          <w:p w14:paraId="491D5F55" w14:textId="77777777" w:rsidR="00365695" w:rsidRDefault="00365695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06DF1227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6C82694" w14:textId="77777777" w:rsidR="00365695" w:rsidRDefault="00365695" w:rsidP="00365695">
            <w:r>
              <w:rPr>
                <w:rFonts w:ascii="Times New Roman" w:hAnsi="Times New Roman" w:cs="Times New Roman"/>
              </w:rPr>
              <w:t>Юдаков А.А.</w:t>
            </w:r>
          </w:p>
        </w:tc>
      </w:tr>
      <w:tr w:rsidR="00365695" w14:paraId="378377A7" w14:textId="77777777" w:rsidTr="006F17CF">
        <w:tc>
          <w:tcPr>
            <w:tcW w:w="1020" w:type="dxa"/>
            <w:vAlign w:val="center"/>
          </w:tcPr>
          <w:p w14:paraId="4A2CD7B7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55C5DA6" w14:textId="77777777" w:rsidR="00365695" w:rsidRDefault="00365695" w:rsidP="00365695">
            <w:r>
              <w:rPr>
                <w:rFonts w:ascii="Times New Roman" w:hAnsi="Times New Roman" w:cs="Times New Roman"/>
              </w:rPr>
              <w:t>Попов Ермак Александрович</w:t>
            </w:r>
          </w:p>
        </w:tc>
        <w:tc>
          <w:tcPr>
            <w:tcW w:w="1417" w:type="dxa"/>
            <w:vAlign w:val="center"/>
          </w:tcPr>
          <w:p w14:paraId="33817ECD" w14:textId="77777777" w:rsidR="00365695" w:rsidRDefault="00365695" w:rsidP="00365695">
            <w:r>
              <w:rPr>
                <w:rFonts w:ascii="Times New Roman" w:hAnsi="Times New Roman" w:cs="Times New Roman"/>
              </w:rPr>
              <w:t>05-02-2014</w:t>
            </w:r>
          </w:p>
        </w:tc>
        <w:tc>
          <w:tcPr>
            <w:tcW w:w="1134" w:type="dxa"/>
            <w:vAlign w:val="center"/>
          </w:tcPr>
          <w:p w14:paraId="09EA3B9E" w14:textId="22B9C970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79FDD84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A5E8791" w14:textId="77777777" w:rsidR="00365695" w:rsidRDefault="00365695" w:rsidP="00365695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65695" w14:paraId="6F62A424" w14:textId="77777777" w:rsidTr="006F17CF">
        <w:tc>
          <w:tcPr>
            <w:tcW w:w="1020" w:type="dxa"/>
            <w:vAlign w:val="center"/>
          </w:tcPr>
          <w:p w14:paraId="4992216D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061931AF" w14:textId="77777777" w:rsidR="00365695" w:rsidRDefault="00365695" w:rsidP="00365695">
            <w:r>
              <w:rPr>
                <w:rFonts w:ascii="Times New Roman" w:hAnsi="Times New Roman" w:cs="Times New Roman"/>
              </w:rPr>
              <w:t>Мурадов Георгий Камоевич</w:t>
            </w:r>
          </w:p>
        </w:tc>
        <w:tc>
          <w:tcPr>
            <w:tcW w:w="1417" w:type="dxa"/>
            <w:vAlign w:val="center"/>
          </w:tcPr>
          <w:p w14:paraId="0F93CD4F" w14:textId="77777777" w:rsidR="00365695" w:rsidRDefault="00365695" w:rsidP="00365695">
            <w:r>
              <w:rPr>
                <w:rFonts w:ascii="Times New Roman" w:hAnsi="Times New Roman" w:cs="Times New Roman"/>
              </w:rPr>
              <w:t>28-03-2014</w:t>
            </w:r>
          </w:p>
        </w:tc>
        <w:tc>
          <w:tcPr>
            <w:tcW w:w="1134" w:type="dxa"/>
            <w:vAlign w:val="center"/>
          </w:tcPr>
          <w:p w14:paraId="34381529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69087FB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1BD89F7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08E203C1" w14:textId="77777777" w:rsidTr="006F17CF">
        <w:tc>
          <w:tcPr>
            <w:tcW w:w="1020" w:type="dxa"/>
            <w:vAlign w:val="center"/>
          </w:tcPr>
          <w:p w14:paraId="363FE9FF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4D00AB49" w14:textId="77777777" w:rsidR="00365695" w:rsidRDefault="00365695" w:rsidP="00365695">
            <w:r>
              <w:rPr>
                <w:rFonts w:ascii="Times New Roman" w:hAnsi="Times New Roman" w:cs="Times New Roman"/>
              </w:rPr>
              <w:t>Завражский Александр Андреевич</w:t>
            </w:r>
          </w:p>
        </w:tc>
        <w:tc>
          <w:tcPr>
            <w:tcW w:w="1417" w:type="dxa"/>
            <w:vAlign w:val="center"/>
          </w:tcPr>
          <w:p w14:paraId="2DB7EC95" w14:textId="77777777" w:rsidR="00365695" w:rsidRDefault="00365695" w:rsidP="00365695">
            <w:r>
              <w:rPr>
                <w:rFonts w:ascii="Times New Roman" w:hAnsi="Times New Roman" w:cs="Times New Roman"/>
              </w:rPr>
              <w:t>05-11-2013</w:t>
            </w:r>
          </w:p>
        </w:tc>
        <w:tc>
          <w:tcPr>
            <w:tcW w:w="1134" w:type="dxa"/>
            <w:vAlign w:val="center"/>
          </w:tcPr>
          <w:p w14:paraId="03FBDA89" w14:textId="2F9905F5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6FFB7B67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DBA231E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110AB737" w14:textId="77777777" w:rsidTr="006F17CF">
        <w:tc>
          <w:tcPr>
            <w:tcW w:w="1020" w:type="dxa"/>
            <w:vAlign w:val="center"/>
          </w:tcPr>
          <w:p w14:paraId="61B6AC06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37F242C3" w14:textId="77777777" w:rsidR="00365695" w:rsidRDefault="00365695" w:rsidP="00365695">
            <w:r>
              <w:rPr>
                <w:rFonts w:ascii="Times New Roman" w:hAnsi="Times New Roman" w:cs="Times New Roman"/>
              </w:rPr>
              <w:t>Подосенов Дмитрий Витальевич</w:t>
            </w:r>
          </w:p>
        </w:tc>
        <w:tc>
          <w:tcPr>
            <w:tcW w:w="1417" w:type="dxa"/>
            <w:vAlign w:val="center"/>
          </w:tcPr>
          <w:p w14:paraId="63F811D9" w14:textId="77777777" w:rsidR="00365695" w:rsidRDefault="00365695" w:rsidP="00365695">
            <w:r>
              <w:rPr>
                <w:rFonts w:ascii="Times New Roman" w:hAnsi="Times New Roman" w:cs="Times New Roman"/>
              </w:rPr>
              <w:t>23-02-2014</w:t>
            </w:r>
          </w:p>
        </w:tc>
        <w:tc>
          <w:tcPr>
            <w:tcW w:w="1134" w:type="dxa"/>
            <w:vAlign w:val="center"/>
          </w:tcPr>
          <w:p w14:paraId="3ED197F6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9BF81F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2E908FE" w14:textId="77777777" w:rsidR="00365695" w:rsidRDefault="00365695" w:rsidP="00365695">
            <w:r>
              <w:rPr>
                <w:rFonts w:ascii="Times New Roman" w:hAnsi="Times New Roman" w:cs="Times New Roman"/>
              </w:rPr>
              <w:t>Селиверстов Р.В.</w:t>
            </w:r>
          </w:p>
        </w:tc>
      </w:tr>
      <w:tr w:rsidR="00365695" w14:paraId="072EDD65" w14:textId="77777777" w:rsidTr="006F17CF">
        <w:tc>
          <w:tcPr>
            <w:tcW w:w="1020" w:type="dxa"/>
            <w:vAlign w:val="center"/>
          </w:tcPr>
          <w:p w14:paraId="632382A2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64576FE5" w14:textId="77777777" w:rsidR="00365695" w:rsidRDefault="00365695" w:rsidP="00365695">
            <w:r>
              <w:rPr>
                <w:rFonts w:ascii="Times New Roman" w:hAnsi="Times New Roman" w:cs="Times New Roman"/>
              </w:rPr>
              <w:t>Булгаков Мирон Евгеньевич</w:t>
            </w:r>
          </w:p>
        </w:tc>
        <w:tc>
          <w:tcPr>
            <w:tcW w:w="1417" w:type="dxa"/>
            <w:vAlign w:val="center"/>
          </w:tcPr>
          <w:p w14:paraId="096C8561" w14:textId="77777777" w:rsidR="00365695" w:rsidRDefault="00365695" w:rsidP="00365695">
            <w:r>
              <w:rPr>
                <w:rFonts w:ascii="Times New Roman" w:hAnsi="Times New Roman" w:cs="Times New Roman"/>
              </w:rPr>
              <w:t>08-03-2014</w:t>
            </w:r>
          </w:p>
        </w:tc>
        <w:tc>
          <w:tcPr>
            <w:tcW w:w="1134" w:type="dxa"/>
            <w:vAlign w:val="center"/>
          </w:tcPr>
          <w:p w14:paraId="23457DE8" w14:textId="77777777" w:rsidR="00365695" w:rsidRDefault="00365695" w:rsidP="00365695"/>
        </w:tc>
        <w:tc>
          <w:tcPr>
            <w:tcW w:w="1984" w:type="dxa"/>
            <w:vAlign w:val="center"/>
          </w:tcPr>
          <w:p w14:paraId="3BFBF27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B90A5A1" w14:textId="77777777" w:rsidR="00365695" w:rsidRDefault="00365695" w:rsidP="00365695"/>
        </w:tc>
      </w:tr>
      <w:tr w:rsidR="00365695" w14:paraId="0004DA9B" w14:textId="77777777" w:rsidTr="006F17CF">
        <w:tc>
          <w:tcPr>
            <w:tcW w:w="1020" w:type="dxa"/>
            <w:vAlign w:val="center"/>
          </w:tcPr>
          <w:p w14:paraId="2BF01F3E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35EB662A" w14:textId="77777777" w:rsidR="00365695" w:rsidRDefault="00365695" w:rsidP="00365695">
            <w:r>
              <w:rPr>
                <w:rFonts w:ascii="Times New Roman" w:hAnsi="Times New Roman" w:cs="Times New Roman"/>
              </w:rPr>
              <w:t>Афанасьев Владислав Сергеевич</w:t>
            </w:r>
          </w:p>
        </w:tc>
        <w:tc>
          <w:tcPr>
            <w:tcW w:w="1417" w:type="dxa"/>
            <w:vAlign w:val="center"/>
          </w:tcPr>
          <w:p w14:paraId="22BB2E87" w14:textId="77777777" w:rsidR="00365695" w:rsidRDefault="00365695" w:rsidP="00365695">
            <w:r>
              <w:rPr>
                <w:rFonts w:ascii="Times New Roman" w:hAnsi="Times New Roman" w:cs="Times New Roman"/>
              </w:rPr>
              <w:t>04-04-2014</w:t>
            </w:r>
          </w:p>
        </w:tc>
        <w:tc>
          <w:tcPr>
            <w:tcW w:w="1134" w:type="dxa"/>
            <w:vAlign w:val="center"/>
          </w:tcPr>
          <w:p w14:paraId="01F4BFA6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568E52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42CA6B9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60C0E344" w14:textId="77777777" w:rsidTr="006F17CF">
        <w:tc>
          <w:tcPr>
            <w:tcW w:w="1020" w:type="dxa"/>
            <w:vAlign w:val="center"/>
          </w:tcPr>
          <w:p w14:paraId="55432627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0C1B88B4" w14:textId="77777777" w:rsidR="00365695" w:rsidRDefault="00365695" w:rsidP="00365695">
            <w:r>
              <w:rPr>
                <w:rFonts w:ascii="Times New Roman" w:hAnsi="Times New Roman" w:cs="Times New Roman"/>
              </w:rPr>
              <w:t>Герих Данил Витальевич</w:t>
            </w:r>
          </w:p>
        </w:tc>
        <w:tc>
          <w:tcPr>
            <w:tcW w:w="1417" w:type="dxa"/>
            <w:vAlign w:val="center"/>
          </w:tcPr>
          <w:p w14:paraId="17581D43" w14:textId="77777777" w:rsidR="00365695" w:rsidRDefault="00365695" w:rsidP="00365695">
            <w:r>
              <w:rPr>
                <w:rFonts w:ascii="Times New Roman" w:hAnsi="Times New Roman" w:cs="Times New Roman"/>
              </w:rPr>
              <w:t>06-10-2014</w:t>
            </w:r>
          </w:p>
        </w:tc>
        <w:tc>
          <w:tcPr>
            <w:tcW w:w="1134" w:type="dxa"/>
            <w:vAlign w:val="center"/>
          </w:tcPr>
          <w:p w14:paraId="2A674BD6" w14:textId="670BD3AD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57D528E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7902AA6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7EC004F8" w14:textId="77777777" w:rsidTr="006F17CF">
        <w:tc>
          <w:tcPr>
            <w:tcW w:w="1020" w:type="dxa"/>
            <w:vAlign w:val="center"/>
          </w:tcPr>
          <w:p w14:paraId="62DB940C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CCB833A" w14:textId="77777777" w:rsidR="00365695" w:rsidRDefault="00365695" w:rsidP="00365695">
            <w:r>
              <w:rPr>
                <w:rFonts w:ascii="Times New Roman" w:hAnsi="Times New Roman" w:cs="Times New Roman"/>
              </w:rPr>
              <w:t>Российский Матвей Витальевич</w:t>
            </w:r>
          </w:p>
        </w:tc>
        <w:tc>
          <w:tcPr>
            <w:tcW w:w="1417" w:type="dxa"/>
            <w:vAlign w:val="center"/>
          </w:tcPr>
          <w:p w14:paraId="46760D01" w14:textId="77777777" w:rsidR="00365695" w:rsidRDefault="00365695" w:rsidP="00365695">
            <w:r>
              <w:rPr>
                <w:rFonts w:ascii="Times New Roman" w:hAnsi="Times New Roman" w:cs="Times New Roman"/>
              </w:rPr>
              <w:t>10-12-2012</w:t>
            </w:r>
          </w:p>
        </w:tc>
        <w:tc>
          <w:tcPr>
            <w:tcW w:w="1134" w:type="dxa"/>
            <w:vAlign w:val="center"/>
          </w:tcPr>
          <w:p w14:paraId="39DDBD66" w14:textId="77777777" w:rsidR="00365695" w:rsidRDefault="00365695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0AB7CA5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7D98494" w14:textId="77777777" w:rsidR="00365695" w:rsidRDefault="00365695" w:rsidP="00365695">
            <w:r>
              <w:rPr>
                <w:rFonts w:ascii="Times New Roman" w:hAnsi="Times New Roman" w:cs="Times New Roman"/>
              </w:rPr>
              <w:t>Юдаков А.А.</w:t>
            </w:r>
          </w:p>
        </w:tc>
      </w:tr>
      <w:tr w:rsidR="00365695" w14:paraId="0DE2587E" w14:textId="77777777" w:rsidTr="006F17CF">
        <w:tc>
          <w:tcPr>
            <w:tcW w:w="1020" w:type="dxa"/>
            <w:vAlign w:val="center"/>
          </w:tcPr>
          <w:p w14:paraId="278B8AD1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2F593CFB" w14:textId="77777777" w:rsidR="00365695" w:rsidRDefault="00365695" w:rsidP="00365695">
            <w:r>
              <w:rPr>
                <w:rFonts w:ascii="Times New Roman" w:hAnsi="Times New Roman" w:cs="Times New Roman"/>
              </w:rPr>
              <w:t>Пылев Арсений Алексеевич</w:t>
            </w:r>
          </w:p>
        </w:tc>
        <w:tc>
          <w:tcPr>
            <w:tcW w:w="1417" w:type="dxa"/>
            <w:vAlign w:val="center"/>
          </w:tcPr>
          <w:p w14:paraId="0D8546D9" w14:textId="77777777" w:rsidR="00365695" w:rsidRDefault="00365695" w:rsidP="00365695">
            <w:r>
              <w:rPr>
                <w:rFonts w:ascii="Times New Roman" w:hAnsi="Times New Roman" w:cs="Times New Roman"/>
              </w:rPr>
              <w:t>01-10-2014</w:t>
            </w:r>
          </w:p>
        </w:tc>
        <w:tc>
          <w:tcPr>
            <w:tcW w:w="1134" w:type="dxa"/>
            <w:vAlign w:val="center"/>
          </w:tcPr>
          <w:p w14:paraId="4CFBA841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D72B30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44A350E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4CE63552" w14:textId="77777777" w:rsidTr="006F17CF">
        <w:tc>
          <w:tcPr>
            <w:tcW w:w="1020" w:type="dxa"/>
            <w:vAlign w:val="center"/>
          </w:tcPr>
          <w:p w14:paraId="3F699DA9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51D22599" w14:textId="77777777" w:rsidR="00365695" w:rsidRDefault="00365695" w:rsidP="00365695">
            <w:r>
              <w:rPr>
                <w:rFonts w:ascii="Times New Roman" w:hAnsi="Times New Roman" w:cs="Times New Roman"/>
              </w:rPr>
              <w:t>Григорьев Дмитрий Александрович</w:t>
            </w:r>
          </w:p>
        </w:tc>
        <w:tc>
          <w:tcPr>
            <w:tcW w:w="1417" w:type="dxa"/>
            <w:vAlign w:val="center"/>
          </w:tcPr>
          <w:p w14:paraId="05F94A2F" w14:textId="77777777" w:rsidR="00365695" w:rsidRDefault="00365695" w:rsidP="00365695">
            <w:r>
              <w:rPr>
                <w:rFonts w:ascii="Times New Roman" w:hAnsi="Times New Roman" w:cs="Times New Roman"/>
              </w:rPr>
              <w:t>14-03-2014</w:t>
            </w:r>
          </w:p>
        </w:tc>
        <w:tc>
          <w:tcPr>
            <w:tcW w:w="1134" w:type="dxa"/>
            <w:vAlign w:val="center"/>
          </w:tcPr>
          <w:p w14:paraId="479F9A41" w14:textId="77777777" w:rsidR="00365695" w:rsidRDefault="00365695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50ED9DC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6C9F5C4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Д.Н.</w:t>
            </w:r>
          </w:p>
        </w:tc>
      </w:tr>
      <w:tr w:rsidR="00365695" w14:paraId="0460C728" w14:textId="77777777" w:rsidTr="006F17CF">
        <w:tc>
          <w:tcPr>
            <w:tcW w:w="1020" w:type="dxa"/>
            <w:vAlign w:val="center"/>
          </w:tcPr>
          <w:p w14:paraId="369871D1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11532F67" w14:textId="77777777" w:rsidR="00365695" w:rsidRDefault="00365695" w:rsidP="00365695">
            <w:r>
              <w:rPr>
                <w:rFonts w:ascii="Times New Roman" w:hAnsi="Times New Roman" w:cs="Times New Roman"/>
              </w:rPr>
              <w:t>Чабуев Иван Александрович</w:t>
            </w:r>
          </w:p>
        </w:tc>
        <w:tc>
          <w:tcPr>
            <w:tcW w:w="1417" w:type="dxa"/>
            <w:vAlign w:val="center"/>
          </w:tcPr>
          <w:p w14:paraId="3F4E390B" w14:textId="77777777" w:rsidR="00365695" w:rsidRDefault="00365695" w:rsidP="00365695">
            <w:r>
              <w:rPr>
                <w:rFonts w:ascii="Times New Roman" w:hAnsi="Times New Roman" w:cs="Times New Roman"/>
              </w:rPr>
              <w:t>02-08-2013</w:t>
            </w:r>
          </w:p>
        </w:tc>
        <w:tc>
          <w:tcPr>
            <w:tcW w:w="1134" w:type="dxa"/>
            <w:vAlign w:val="center"/>
          </w:tcPr>
          <w:p w14:paraId="36EF1E6F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E6F4E1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F135996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03FE23C7" w14:textId="77777777" w:rsidTr="006F17CF">
        <w:tc>
          <w:tcPr>
            <w:tcW w:w="1020" w:type="dxa"/>
            <w:vAlign w:val="center"/>
          </w:tcPr>
          <w:p w14:paraId="0FC50015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13A0E219" w14:textId="77777777" w:rsidR="00365695" w:rsidRDefault="00365695" w:rsidP="00365695">
            <w:r>
              <w:rPr>
                <w:rFonts w:ascii="Times New Roman" w:hAnsi="Times New Roman" w:cs="Times New Roman"/>
              </w:rPr>
              <w:t>Крыцин Артем Вячеславович</w:t>
            </w:r>
          </w:p>
        </w:tc>
        <w:tc>
          <w:tcPr>
            <w:tcW w:w="1417" w:type="dxa"/>
            <w:vAlign w:val="center"/>
          </w:tcPr>
          <w:p w14:paraId="1E0EA2F7" w14:textId="77777777" w:rsidR="00365695" w:rsidRDefault="00365695" w:rsidP="00365695">
            <w:r>
              <w:rPr>
                <w:rFonts w:ascii="Times New Roman" w:hAnsi="Times New Roman" w:cs="Times New Roman"/>
              </w:rPr>
              <w:t>07-06-2014</w:t>
            </w:r>
          </w:p>
        </w:tc>
        <w:tc>
          <w:tcPr>
            <w:tcW w:w="1134" w:type="dxa"/>
            <w:vAlign w:val="center"/>
          </w:tcPr>
          <w:p w14:paraId="328E94F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2F5297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2445F05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2F718AE2" w14:textId="77777777" w:rsidTr="006F17CF">
        <w:tc>
          <w:tcPr>
            <w:tcW w:w="1020" w:type="dxa"/>
            <w:vAlign w:val="center"/>
          </w:tcPr>
          <w:p w14:paraId="47AF3E6B" w14:textId="77777777" w:rsidR="00365695" w:rsidRDefault="00365695" w:rsidP="00365695"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551" w:type="dxa"/>
            <w:vAlign w:val="center"/>
          </w:tcPr>
          <w:p w14:paraId="28FA6065" w14:textId="77777777" w:rsidR="00365695" w:rsidRDefault="00365695" w:rsidP="00365695">
            <w:r>
              <w:rPr>
                <w:rFonts w:ascii="Times New Roman" w:hAnsi="Times New Roman" w:cs="Times New Roman"/>
              </w:rPr>
              <w:t>Шевкунов Артем Евгеньевич</w:t>
            </w:r>
          </w:p>
        </w:tc>
        <w:tc>
          <w:tcPr>
            <w:tcW w:w="1417" w:type="dxa"/>
            <w:vAlign w:val="center"/>
          </w:tcPr>
          <w:p w14:paraId="2850CE25" w14:textId="77777777" w:rsidR="00365695" w:rsidRDefault="00365695" w:rsidP="00365695">
            <w:r>
              <w:rPr>
                <w:rFonts w:ascii="Times New Roman" w:hAnsi="Times New Roman" w:cs="Times New Roman"/>
              </w:rPr>
              <w:t>23-12-2013</w:t>
            </w:r>
          </w:p>
        </w:tc>
        <w:tc>
          <w:tcPr>
            <w:tcW w:w="1134" w:type="dxa"/>
            <w:vAlign w:val="center"/>
          </w:tcPr>
          <w:p w14:paraId="3F0137E9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CCAB0A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6E7A352" w14:textId="77777777" w:rsidR="00365695" w:rsidRDefault="00365695" w:rsidP="00365695">
            <w:r>
              <w:rPr>
                <w:rFonts w:ascii="Times New Roman" w:hAnsi="Times New Roman" w:cs="Times New Roman"/>
              </w:rPr>
              <w:t>Бригунец А.С.</w:t>
            </w:r>
          </w:p>
        </w:tc>
      </w:tr>
      <w:tr w:rsidR="00365695" w14:paraId="24845E73" w14:textId="77777777" w:rsidTr="006F17CF">
        <w:tc>
          <w:tcPr>
            <w:tcW w:w="1020" w:type="dxa"/>
            <w:vAlign w:val="center"/>
          </w:tcPr>
          <w:p w14:paraId="31E9D0F3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7201D3BD" w14:textId="77777777" w:rsidR="00365695" w:rsidRDefault="00365695" w:rsidP="00365695">
            <w:r>
              <w:rPr>
                <w:rFonts w:ascii="Times New Roman" w:hAnsi="Times New Roman" w:cs="Times New Roman"/>
              </w:rPr>
              <w:t>Цар Мирон Романович</w:t>
            </w:r>
          </w:p>
        </w:tc>
        <w:tc>
          <w:tcPr>
            <w:tcW w:w="1417" w:type="dxa"/>
            <w:vAlign w:val="center"/>
          </w:tcPr>
          <w:p w14:paraId="4B24F537" w14:textId="77777777" w:rsidR="00365695" w:rsidRDefault="00365695" w:rsidP="00365695">
            <w:r>
              <w:rPr>
                <w:rFonts w:ascii="Times New Roman" w:hAnsi="Times New Roman" w:cs="Times New Roman"/>
              </w:rPr>
              <w:t>08-05-2014</w:t>
            </w:r>
          </w:p>
        </w:tc>
        <w:tc>
          <w:tcPr>
            <w:tcW w:w="1134" w:type="dxa"/>
            <w:vAlign w:val="center"/>
          </w:tcPr>
          <w:p w14:paraId="63E02D0C" w14:textId="63F84E93" w:rsidR="00365695" w:rsidRPr="001C4D88" w:rsidRDefault="00365695" w:rsidP="00365695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C4D88">
              <w:rPr>
                <w:rFonts w:ascii="Times New Roman" w:hAnsi="Times New Roman" w:cs="Times New Roman"/>
                <w:lang w:val="ru-RU"/>
              </w:rPr>
              <w:t>р</w:t>
            </w:r>
          </w:p>
        </w:tc>
        <w:tc>
          <w:tcPr>
            <w:tcW w:w="1984" w:type="dxa"/>
            <w:vAlign w:val="center"/>
          </w:tcPr>
          <w:p w14:paraId="2A2D1F0B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00CC23D" w14:textId="77777777" w:rsidR="00365695" w:rsidRDefault="00365695" w:rsidP="00365695">
            <w:r>
              <w:rPr>
                <w:rFonts w:ascii="Times New Roman" w:hAnsi="Times New Roman" w:cs="Times New Roman"/>
              </w:rPr>
              <w:t>к</w:t>
            </w:r>
          </w:p>
        </w:tc>
      </w:tr>
      <w:tr w:rsidR="00365695" w14:paraId="4140FED5" w14:textId="77777777" w:rsidTr="006F17CF">
        <w:tc>
          <w:tcPr>
            <w:tcW w:w="1020" w:type="dxa"/>
            <w:vAlign w:val="center"/>
          </w:tcPr>
          <w:p w14:paraId="052835C7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72A3B828" w14:textId="77777777" w:rsidR="00365695" w:rsidRDefault="00365695" w:rsidP="00365695">
            <w:r>
              <w:rPr>
                <w:rFonts w:ascii="Times New Roman" w:hAnsi="Times New Roman" w:cs="Times New Roman"/>
              </w:rPr>
              <w:t>Григорьев Ярослав Александрович</w:t>
            </w:r>
          </w:p>
        </w:tc>
        <w:tc>
          <w:tcPr>
            <w:tcW w:w="1417" w:type="dxa"/>
            <w:vAlign w:val="center"/>
          </w:tcPr>
          <w:p w14:paraId="0DDCBE76" w14:textId="77777777" w:rsidR="00365695" w:rsidRDefault="00365695" w:rsidP="00365695">
            <w:r>
              <w:rPr>
                <w:rFonts w:ascii="Times New Roman" w:hAnsi="Times New Roman" w:cs="Times New Roman"/>
              </w:rPr>
              <w:t>15-06-2013</w:t>
            </w:r>
          </w:p>
        </w:tc>
        <w:tc>
          <w:tcPr>
            <w:tcW w:w="1134" w:type="dxa"/>
            <w:vAlign w:val="center"/>
          </w:tcPr>
          <w:p w14:paraId="688365F1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3EACDC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1E53578" w14:textId="77777777" w:rsidR="00365695" w:rsidRDefault="00365695" w:rsidP="00365695">
            <w:r>
              <w:rPr>
                <w:rFonts w:ascii="Times New Roman" w:hAnsi="Times New Roman" w:cs="Times New Roman"/>
              </w:rPr>
              <w:t>Ольшанский.А.А</w:t>
            </w:r>
          </w:p>
        </w:tc>
      </w:tr>
      <w:tr w:rsidR="00365695" w14:paraId="79AB2D78" w14:textId="77777777" w:rsidTr="006F17CF">
        <w:tc>
          <w:tcPr>
            <w:tcW w:w="1020" w:type="dxa"/>
            <w:vAlign w:val="center"/>
          </w:tcPr>
          <w:p w14:paraId="757CFABB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56ABD177" w14:textId="77777777" w:rsidR="00365695" w:rsidRDefault="00365695" w:rsidP="00365695">
            <w:r>
              <w:rPr>
                <w:rFonts w:ascii="Times New Roman" w:hAnsi="Times New Roman" w:cs="Times New Roman"/>
              </w:rPr>
              <w:t>Казанцев Арсений Владимирович</w:t>
            </w:r>
          </w:p>
        </w:tc>
        <w:tc>
          <w:tcPr>
            <w:tcW w:w="1417" w:type="dxa"/>
            <w:vAlign w:val="center"/>
          </w:tcPr>
          <w:p w14:paraId="188FB40D" w14:textId="77777777" w:rsidR="00365695" w:rsidRDefault="00365695" w:rsidP="00365695">
            <w:r>
              <w:rPr>
                <w:rFonts w:ascii="Times New Roman" w:hAnsi="Times New Roman" w:cs="Times New Roman"/>
              </w:rPr>
              <w:t>23-02-2014</w:t>
            </w:r>
          </w:p>
        </w:tc>
        <w:tc>
          <w:tcPr>
            <w:tcW w:w="1134" w:type="dxa"/>
            <w:vAlign w:val="center"/>
          </w:tcPr>
          <w:p w14:paraId="5BFB06D3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841BE0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D2398D7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7F9D2D2E" w14:textId="77777777" w:rsidTr="006F17CF">
        <w:tc>
          <w:tcPr>
            <w:tcW w:w="1020" w:type="dxa"/>
            <w:vAlign w:val="center"/>
          </w:tcPr>
          <w:p w14:paraId="36FC4BBB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07F21795" w14:textId="77777777" w:rsidR="00365695" w:rsidRDefault="00365695" w:rsidP="00365695">
            <w:r>
              <w:rPr>
                <w:rFonts w:ascii="Times New Roman" w:hAnsi="Times New Roman" w:cs="Times New Roman"/>
              </w:rPr>
              <w:t>Фомин Мирон Евгеньевич</w:t>
            </w:r>
          </w:p>
        </w:tc>
        <w:tc>
          <w:tcPr>
            <w:tcW w:w="1417" w:type="dxa"/>
            <w:vAlign w:val="center"/>
          </w:tcPr>
          <w:p w14:paraId="6D7F7004" w14:textId="77777777" w:rsidR="00365695" w:rsidRDefault="00365695" w:rsidP="00365695">
            <w:r>
              <w:rPr>
                <w:rFonts w:ascii="Times New Roman" w:hAnsi="Times New Roman" w:cs="Times New Roman"/>
              </w:rPr>
              <w:t>03-01-2014</w:t>
            </w:r>
          </w:p>
        </w:tc>
        <w:tc>
          <w:tcPr>
            <w:tcW w:w="1134" w:type="dxa"/>
            <w:vAlign w:val="center"/>
          </w:tcPr>
          <w:p w14:paraId="4CF92ED5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0E86721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6D334CB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Д.Н.</w:t>
            </w:r>
          </w:p>
        </w:tc>
      </w:tr>
      <w:tr w:rsidR="00365695" w14:paraId="4666D2D5" w14:textId="77777777" w:rsidTr="006F17CF">
        <w:tc>
          <w:tcPr>
            <w:tcW w:w="1020" w:type="dxa"/>
            <w:vAlign w:val="center"/>
          </w:tcPr>
          <w:p w14:paraId="4BDB2AF5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320BCC8D" w14:textId="77777777" w:rsidR="00365695" w:rsidRDefault="00365695" w:rsidP="00365695">
            <w:r>
              <w:rPr>
                <w:rFonts w:ascii="Times New Roman" w:hAnsi="Times New Roman" w:cs="Times New Roman"/>
              </w:rPr>
              <w:t>Белокрылов Сергей Васильевич</w:t>
            </w:r>
          </w:p>
        </w:tc>
        <w:tc>
          <w:tcPr>
            <w:tcW w:w="1417" w:type="dxa"/>
            <w:vAlign w:val="center"/>
          </w:tcPr>
          <w:p w14:paraId="09B30502" w14:textId="77777777" w:rsidR="00365695" w:rsidRDefault="00365695" w:rsidP="00365695">
            <w:r>
              <w:rPr>
                <w:rFonts w:ascii="Times New Roman" w:hAnsi="Times New Roman" w:cs="Times New Roman"/>
              </w:rPr>
              <w:t>18-11-2014</w:t>
            </w:r>
          </w:p>
        </w:tc>
        <w:tc>
          <w:tcPr>
            <w:tcW w:w="1134" w:type="dxa"/>
            <w:vAlign w:val="center"/>
          </w:tcPr>
          <w:p w14:paraId="33D3D1A7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01EC8C9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809AE0C" w14:textId="77777777" w:rsidR="00365695" w:rsidRDefault="00365695" w:rsidP="00365695">
            <w:r>
              <w:rPr>
                <w:rFonts w:ascii="Times New Roman" w:hAnsi="Times New Roman" w:cs="Times New Roman"/>
              </w:rPr>
              <w:t>Селиверстов Р.В.</w:t>
            </w:r>
          </w:p>
        </w:tc>
      </w:tr>
      <w:tr w:rsidR="00365695" w14:paraId="7F78DB67" w14:textId="77777777" w:rsidTr="006F17CF">
        <w:tc>
          <w:tcPr>
            <w:tcW w:w="1020" w:type="dxa"/>
            <w:vAlign w:val="center"/>
          </w:tcPr>
          <w:p w14:paraId="71B3125D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7DD46395" w14:textId="77777777" w:rsidR="00365695" w:rsidRDefault="00365695" w:rsidP="00365695">
            <w:r>
              <w:rPr>
                <w:rFonts w:ascii="Times New Roman" w:hAnsi="Times New Roman" w:cs="Times New Roman"/>
              </w:rPr>
              <w:t>Рассказов Никита Алексеевич</w:t>
            </w:r>
          </w:p>
        </w:tc>
        <w:tc>
          <w:tcPr>
            <w:tcW w:w="1417" w:type="dxa"/>
            <w:vAlign w:val="center"/>
          </w:tcPr>
          <w:p w14:paraId="57FD3740" w14:textId="77777777" w:rsidR="00365695" w:rsidRDefault="00365695" w:rsidP="00365695">
            <w:r>
              <w:rPr>
                <w:rFonts w:ascii="Times New Roman" w:hAnsi="Times New Roman" w:cs="Times New Roman"/>
              </w:rPr>
              <w:t>28-07-2014</w:t>
            </w:r>
          </w:p>
        </w:tc>
        <w:tc>
          <w:tcPr>
            <w:tcW w:w="1134" w:type="dxa"/>
            <w:vAlign w:val="center"/>
          </w:tcPr>
          <w:p w14:paraId="283D7049" w14:textId="4F708865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580978C9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E6B8FCE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А.Ю.</w:t>
            </w:r>
          </w:p>
        </w:tc>
      </w:tr>
      <w:tr w:rsidR="00365695" w14:paraId="25B83086" w14:textId="77777777" w:rsidTr="006F17CF">
        <w:tc>
          <w:tcPr>
            <w:tcW w:w="1020" w:type="dxa"/>
            <w:vAlign w:val="center"/>
          </w:tcPr>
          <w:p w14:paraId="5A85EB23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5E9A8D22" w14:textId="77777777" w:rsidR="00365695" w:rsidRDefault="00365695" w:rsidP="00365695">
            <w:r>
              <w:rPr>
                <w:rFonts w:ascii="Times New Roman" w:hAnsi="Times New Roman" w:cs="Times New Roman"/>
              </w:rPr>
              <w:t>Колмогоров Константин Алексеевич</w:t>
            </w:r>
          </w:p>
        </w:tc>
        <w:tc>
          <w:tcPr>
            <w:tcW w:w="1417" w:type="dxa"/>
            <w:vAlign w:val="center"/>
          </w:tcPr>
          <w:p w14:paraId="6A252F02" w14:textId="77777777" w:rsidR="00365695" w:rsidRDefault="00365695" w:rsidP="00365695">
            <w:r>
              <w:rPr>
                <w:rFonts w:ascii="Times New Roman" w:hAnsi="Times New Roman" w:cs="Times New Roman"/>
              </w:rPr>
              <w:t>02-06-2014</w:t>
            </w:r>
          </w:p>
        </w:tc>
        <w:tc>
          <w:tcPr>
            <w:tcW w:w="1134" w:type="dxa"/>
            <w:vAlign w:val="center"/>
          </w:tcPr>
          <w:p w14:paraId="2F8961E1" w14:textId="076547DC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47CBBC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03C55E7" w14:textId="77777777" w:rsidR="00365695" w:rsidRDefault="00365695" w:rsidP="00365695">
            <w:r>
              <w:rPr>
                <w:rFonts w:ascii="Times New Roman" w:hAnsi="Times New Roman" w:cs="Times New Roman"/>
              </w:rPr>
              <w:t>Кузьмин Д.С.</w:t>
            </w:r>
          </w:p>
        </w:tc>
      </w:tr>
      <w:tr w:rsidR="00365695" w:rsidRPr="006F17CF" w14:paraId="7DD0996E" w14:textId="77777777" w:rsidTr="006F17CF">
        <w:tc>
          <w:tcPr>
            <w:tcW w:w="1020" w:type="dxa"/>
            <w:vAlign w:val="center"/>
          </w:tcPr>
          <w:p w14:paraId="262A419A" w14:textId="77777777" w:rsidR="00365695" w:rsidRDefault="00365695" w:rsidP="00365695"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vAlign w:val="center"/>
          </w:tcPr>
          <w:p w14:paraId="3E23664B" w14:textId="77777777" w:rsidR="00365695" w:rsidRDefault="00365695" w:rsidP="00365695">
            <w:r>
              <w:rPr>
                <w:rFonts w:ascii="Times New Roman" w:hAnsi="Times New Roman" w:cs="Times New Roman"/>
              </w:rPr>
              <w:t>Арчаков Кирилл Евгеньевич</w:t>
            </w:r>
          </w:p>
        </w:tc>
        <w:tc>
          <w:tcPr>
            <w:tcW w:w="1417" w:type="dxa"/>
            <w:vAlign w:val="center"/>
          </w:tcPr>
          <w:p w14:paraId="6F1831AC" w14:textId="77777777" w:rsidR="00365695" w:rsidRDefault="00365695" w:rsidP="00365695">
            <w:r>
              <w:rPr>
                <w:rFonts w:ascii="Times New Roman" w:hAnsi="Times New Roman" w:cs="Times New Roman"/>
              </w:rPr>
              <w:t>04-10-2014</w:t>
            </w:r>
          </w:p>
        </w:tc>
        <w:tc>
          <w:tcPr>
            <w:tcW w:w="1134" w:type="dxa"/>
            <w:vAlign w:val="center"/>
          </w:tcPr>
          <w:p w14:paraId="0E3678F1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5ACA66E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1DB86D7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lang w:val="ru-RU"/>
              </w:rPr>
              <w:t>Селиверстов Р.В. Мамедов А.М</w:t>
            </w:r>
          </w:p>
        </w:tc>
      </w:tr>
      <w:tr w:rsidR="00365695" w14:paraId="429E5015" w14:textId="77777777" w:rsidTr="006F17CF">
        <w:tc>
          <w:tcPr>
            <w:tcW w:w="10657" w:type="dxa"/>
            <w:gridSpan w:val="6"/>
            <w:vAlign w:val="center"/>
          </w:tcPr>
          <w:p w14:paraId="469AFB0F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12-13 лет 45 кг. (Участников: 14 )</w:t>
            </w:r>
          </w:p>
        </w:tc>
      </w:tr>
      <w:tr w:rsidR="00365695" w14:paraId="2699487C" w14:textId="77777777" w:rsidTr="006F17CF">
        <w:tc>
          <w:tcPr>
            <w:tcW w:w="1020" w:type="dxa"/>
            <w:vAlign w:val="center"/>
          </w:tcPr>
          <w:p w14:paraId="4E73031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D4AF59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FBD0A2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23A977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1CD267C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EE4478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260C4199" w14:textId="77777777" w:rsidTr="006F17CF">
        <w:tc>
          <w:tcPr>
            <w:tcW w:w="1020" w:type="dxa"/>
            <w:vAlign w:val="center"/>
          </w:tcPr>
          <w:p w14:paraId="617E7E3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CBD9EA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Чернавин Артём Андреевич</w:t>
            </w:r>
          </w:p>
        </w:tc>
        <w:tc>
          <w:tcPr>
            <w:tcW w:w="1417" w:type="dxa"/>
            <w:vAlign w:val="center"/>
          </w:tcPr>
          <w:p w14:paraId="217D861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07-08-2013</w:t>
            </w:r>
          </w:p>
        </w:tc>
        <w:tc>
          <w:tcPr>
            <w:tcW w:w="1134" w:type="dxa"/>
            <w:vAlign w:val="center"/>
          </w:tcPr>
          <w:p w14:paraId="678D735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388E0AA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C3A5CF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:rsidRPr="006F17CF" w14:paraId="45056C29" w14:textId="77777777" w:rsidTr="006F17CF">
        <w:tc>
          <w:tcPr>
            <w:tcW w:w="1020" w:type="dxa"/>
            <w:vAlign w:val="center"/>
          </w:tcPr>
          <w:p w14:paraId="3F3D5F5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07EDDB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Дрожжин Владимир Ярославович</w:t>
            </w:r>
          </w:p>
        </w:tc>
        <w:tc>
          <w:tcPr>
            <w:tcW w:w="1417" w:type="dxa"/>
            <w:vAlign w:val="center"/>
          </w:tcPr>
          <w:p w14:paraId="0E0C011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06-10-2014</w:t>
            </w:r>
          </w:p>
        </w:tc>
        <w:tc>
          <w:tcPr>
            <w:tcW w:w="1134" w:type="dxa"/>
            <w:vAlign w:val="center"/>
          </w:tcPr>
          <w:p w14:paraId="7D9343E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5A189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12F776C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Заранок И.В Мамедов А.М</w:t>
            </w:r>
          </w:p>
        </w:tc>
      </w:tr>
      <w:tr w:rsidR="00365695" w14:paraId="190E30E0" w14:textId="77777777" w:rsidTr="006F17CF">
        <w:tc>
          <w:tcPr>
            <w:tcW w:w="1020" w:type="dxa"/>
            <w:vAlign w:val="center"/>
          </w:tcPr>
          <w:p w14:paraId="7C13398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0893120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Душкин Глеб Игоревич</w:t>
            </w:r>
          </w:p>
        </w:tc>
        <w:tc>
          <w:tcPr>
            <w:tcW w:w="1417" w:type="dxa"/>
            <w:vAlign w:val="center"/>
          </w:tcPr>
          <w:p w14:paraId="0D27D86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14-11-2013</w:t>
            </w:r>
          </w:p>
        </w:tc>
        <w:tc>
          <w:tcPr>
            <w:tcW w:w="1134" w:type="dxa"/>
            <w:vAlign w:val="center"/>
          </w:tcPr>
          <w:p w14:paraId="4CA4FDC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70A8440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47D6F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65695" w14:paraId="3D222BF1" w14:textId="77777777" w:rsidTr="006F17CF">
        <w:tc>
          <w:tcPr>
            <w:tcW w:w="1020" w:type="dxa"/>
            <w:vAlign w:val="center"/>
          </w:tcPr>
          <w:p w14:paraId="5075B9D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F688F3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Климантов Дмитрий Олегович</w:t>
            </w:r>
          </w:p>
        </w:tc>
        <w:tc>
          <w:tcPr>
            <w:tcW w:w="1417" w:type="dxa"/>
            <w:vAlign w:val="center"/>
          </w:tcPr>
          <w:p w14:paraId="794AAD0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20-02-2014</w:t>
            </w:r>
          </w:p>
        </w:tc>
        <w:tc>
          <w:tcPr>
            <w:tcW w:w="1134" w:type="dxa"/>
            <w:vAlign w:val="center"/>
          </w:tcPr>
          <w:p w14:paraId="40DC0DE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550D36C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6FC039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:rsidRPr="006F17CF" w14:paraId="31A98197" w14:textId="77777777" w:rsidTr="006F17CF">
        <w:tc>
          <w:tcPr>
            <w:tcW w:w="1020" w:type="dxa"/>
            <w:vAlign w:val="center"/>
          </w:tcPr>
          <w:p w14:paraId="62FC9B09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FD483FC" w14:textId="77777777" w:rsidR="00365695" w:rsidRDefault="00365695" w:rsidP="00365695">
            <w:r>
              <w:rPr>
                <w:rFonts w:ascii="Times New Roman" w:hAnsi="Times New Roman" w:cs="Times New Roman"/>
              </w:rPr>
              <w:t>Ефимкин Владимир Витальевич</w:t>
            </w:r>
          </w:p>
        </w:tc>
        <w:tc>
          <w:tcPr>
            <w:tcW w:w="1417" w:type="dxa"/>
            <w:vAlign w:val="center"/>
          </w:tcPr>
          <w:p w14:paraId="66D81A9C" w14:textId="77777777" w:rsidR="00365695" w:rsidRDefault="00365695" w:rsidP="00365695">
            <w:r>
              <w:rPr>
                <w:rFonts w:ascii="Times New Roman" w:hAnsi="Times New Roman" w:cs="Times New Roman"/>
              </w:rPr>
              <w:t>02-06-2014</w:t>
            </w:r>
          </w:p>
        </w:tc>
        <w:tc>
          <w:tcPr>
            <w:tcW w:w="1134" w:type="dxa"/>
            <w:vAlign w:val="center"/>
          </w:tcPr>
          <w:p w14:paraId="0B81B821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A817B3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460D3C9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lang w:val="ru-RU"/>
              </w:rPr>
              <w:t>Мамедов А.М Заранок И.В</w:t>
            </w:r>
          </w:p>
        </w:tc>
      </w:tr>
      <w:tr w:rsidR="00365695" w14:paraId="7A780942" w14:textId="77777777" w:rsidTr="006F17CF">
        <w:tc>
          <w:tcPr>
            <w:tcW w:w="1020" w:type="dxa"/>
            <w:vAlign w:val="center"/>
          </w:tcPr>
          <w:p w14:paraId="4EDD40D7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190D60C8" w14:textId="77777777" w:rsidR="00365695" w:rsidRDefault="00365695" w:rsidP="00365695">
            <w:r>
              <w:rPr>
                <w:rFonts w:ascii="Times New Roman" w:hAnsi="Times New Roman" w:cs="Times New Roman"/>
              </w:rPr>
              <w:t>Носков Кирилл Алексеевич</w:t>
            </w:r>
          </w:p>
        </w:tc>
        <w:tc>
          <w:tcPr>
            <w:tcW w:w="1417" w:type="dxa"/>
            <w:vAlign w:val="center"/>
          </w:tcPr>
          <w:p w14:paraId="3146A8FB" w14:textId="77777777" w:rsidR="00365695" w:rsidRDefault="00365695" w:rsidP="00365695">
            <w:r>
              <w:rPr>
                <w:rFonts w:ascii="Times New Roman" w:hAnsi="Times New Roman" w:cs="Times New Roman"/>
              </w:rPr>
              <w:t>21-04-2014</w:t>
            </w:r>
          </w:p>
        </w:tc>
        <w:tc>
          <w:tcPr>
            <w:tcW w:w="1134" w:type="dxa"/>
            <w:vAlign w:val="center"/>
          </w:tcPr>
          <w:p w14:paraId="7ECD743B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AF0ED7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7D3267A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74BFDDFC" w14:textId="77777777" w:rsidTr="006F17CF">
        <w:tc>
          <w:tcPr>
            <w:tcW w:w="1020" w:type="dxa"/>
            <w:vAlign w:val="center"/>
          </w:tcPr>
          <w:p w14:paraId="6A081B64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40FB341" w14:textId="77777777" w:rsidR="00365695" w:rsidRDefault="00365695" w:rsidP="00365695">
            <w:r>
              <w:rPr>
                <w:rFonts w:ascii="Times New Roman" w:hAnsi="Times New Roman" w:cs="Times New Roman"/>
              </w:rPr>
              <w:t>Мушинский Илья Олегович</w:t>
            </w:r>
          </w:p>
        </w:tc>
        <w:tc>
          <w:tcPr>
            <w:tcW w:w="1417" w:type="dxa"/>
            <w:vAlign w:val="center"/>
          </w:tcPr>
          <w:p w14:paraId="795C9BFA" w14:textId="77777777" w:rsidR="00365695" w:rsidRDefault="00365695" w:rsidP="00365695">
            <w:r>
              <w:rPr>
                <w:rFonts w:ascii="Times New Roman" w:hAnsi="Times New Roman" w:cs="Times New Roman"/>
              </w:rPr>
              <w:t>19-09-2014</w:t>
            </w:r>
          </w:p>
        </w:tc>
        <w:tc>
          <w:tcPr>
            <w:tcW w:w="1134" w:type="dxa"/>
            <w:vAlign w:val="center"/>
          </w:tcPr>
          <w:p w14:paraId="70D8BE14" w14:textId="4CE8910A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600F3A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D8F7D1F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17112733" w14:textId="77777777" w:rsidTr="006F17CF">
        <w:tc>
          <w:tcPr>
            <w:tcW w:w="1020" w:type="dxa"/>
            <w:vAlign w:val="center"/>
          </w:tcPr>
          <w:p w14:paraId="7FB3F093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5212420" w14:textId="77777777" w:rsidR="00365695" w:rsidRDefault="00365695" w:rsidP="00365695">
            <w:r>
              <w:rPr>
                <w:rFonts w:ascii="Times New Roman" w:hAnsi="Times New Roman" w:cs="Times New Roman"/>
              </w:rPr>
              <w:t>Бубенщиков Максим Денисович</w:t>
            </w:r>
          </w:p>
        </w:tc>
        <w:tc>
          <w:tcPr>
            <w:tcW w:w="1417" w:type="dxa"/>
            <w:vAlign w:val="center"/>
          </w:tcPr>
          <w:p w14:paraId="5373A8AE" w14:textId="77777777" w:rsidR="00365695" w:rsidRDefault="00365695" w:rsidP="00365695">
            <w:r>
              <w:rPr>
                <w:rFonts w:ascii="Times New Roman" w:hAnsi="Times New Roman" w:cs="Times New Roman"/>
              </w:rPr>
              <w:t>07-09-2014</w:t>
            </w:r>
          </w:p>
        </w:tc>
        <w:tc>
          <w:tcPr>
            <w:tcW w:w="1134" w:type="dxa"/>
            <w:vAlign w:val="center"/>
          </w:tcPr>
          <w:p w14:paraId="171AF8E0" w14:textId="56405579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00CA5EC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EA3A581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0CD0376D" w14:textId="77777777" w:rsidTr="006F17CF">
        <w:tc>
          <w:tcPr>
            <w:tcW w:w="1020" w:type="dxa"/>
            <w:vAlign w:val="center"/>
          </w:tcPr>
          <w:p w14:paraId="08198CBF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7393E39" w14:textId="77777777" w:rsidR="00365695" w:rsidRDefault="00365695" w:rsidP="00365695">
            <w:r>
              <w:rPr>
                <w:rFonts w:ascii="Times New Roman" w:hAnsi="Times New Roman" w:cs="Times New Roman"/>
              </w:rPr>
              <w:t>Прилягин Иван Константинович</w:t>
            </w:r>
          </w:p>
        </w:tc>
        <w:tc>
          <w:tcPr>
            <w:tcW w:w="1417" w:type="dxa"/>
            <w:vAlign w:val="center"/>
          </w:tcPr>
          <w:p w14:paraId="4A14EB72" w14:textId="77777777" w:rsidR="00365695" w:rsidRDefault="00365695" w:rsidP="00365695">
            <w:r>
              <w:rPr>
                <w:rFonts w:ascii="Times New Roman" w:hAnsi="Times New Roman" w:cs="Times New Roman"/>
              </w:rPr>
              <w:t>14-11-2013</w:t>
            </w:r>
          </w:p>
        </w:tc>
        <w:tc>
          <w:tcPr>
            <w:tcW w:w="1134" w:type="dxa"/>
            <w:vAlign w:val="center"/>
          </w:tcPr>
          <w:p w14:paraId="1F994CFB" w14:textId="3D716C05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572B077C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8CAF2C5" w14:textId="77777777" w:rsidR="00365695" w:rsidRDefault="00365695" w:rsidP="00365695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65695" w14:paraId="2AFB2D65" w14:textId="77777777" w:rsidTr="006F17CF">
        <w:tc>
          <w:tcPr>
            <w:tcW w:w="1020" w:type="dxa"/>
            <w:vAlign w:val="center"/>
          </w:tcPr>
          <w:p w14:paraId="2AEB0B7E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1624B1C6" w14:textId="77777777" w:rsidR="00365695" w:rsidRDefault="00365695" w:rsidP="00365695">
            <w:r>
              <w:rPr>
                <w:rFonts w:ascii="Times New Roman" w:hAnsi="Times New Roman" w:cs="Times New Roman"/>
              </w:rPr>
              <w:t>Новоселов Никита Русланович</w:t>
            </w:r>
          </w:p>
        </w:tc>
        <w:tc>
          <w:tcPr>
            <w:tcW w:w="1417" w:type="dxa"/>
            <w:vAlign w:val="center"/>
          </w:tcPr>
          <w:p w14:paraId="18C4B9F8" w14:textId="77777777" w:rsidR="00365695" w:rsidRDefault="00365695" w:rsidP="00365695">
            <w:r>
              <w:rPr>
                <w:rFonts w:ascii="Times New Roman" w:hAnsi="Times New Roman" w:cs="Times New Roman"/>
              </w:rPr>
              <w:t>13-12-2013</w:t>
            </w:r>
          </w:p>
        </w:tc>
        <w:tc>
          <w:tcPr>
            <w:tcW w:w="1134" w:type="dxa"/>
            <w:vAlign w:val="center"/>
          </w:tcPr>
          <w:p w14:paraId="4E1F2C0B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CE990B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7628E55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5539E004" w14:textId="77777777" w:rsidTr="006F17CF">
        <w:tc>
          <w:tcPr>
            <w:tcW w:w="1020" w:type="dxa"/>
            <w:vAlign w:val="center"/>
          </w:tcPr>
          <w:p w14:paraId="01093F5B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AD03A5B" w14:textId="77777777" w:rsidR="00365695" w:rsidRDefault="00365695" w:rsidP="00365695">
            <w:r>
              <w:rPr>
                <w:rFonts w:ascii="Times New Roman" w:hAnsi="Times New Roman" w:cs="Times New Roman"/>
              </w:rPr>
              <w:t>Шанулин Марк Иванович</w:t>
            </w:r>
          </w:p>
        </w:tc>
        <w:tc>
          <w:tcPr>
            <w:tcW w:w="1417" w:type="dxa"/>
            <w:vAlign w:val="center"/>
          </w:tcPr>
          <w:p w14:paraId="015BAD06" w14:textId="77777777" w:rsidR="00365695" w:rsidRDefault="00365695" w:rsidP="00365695">
            <w:r>
              <w:rPr>
                <w:rFonts w:ascii="Times New Roman" w:hAnsi="Times New Roman" w:cs="Times New Roman"/>
              </w:rPr>
              <w:t>26-02-2013</w:t>
            </w:r>
          </w:p>
        </w:tc>
        <w:tc>
          <w:tcPr>
            <w:tcW w:w="1134" w:type="dxa"/>
            <w:vAlign w:val="center"/>
          </w:tcPr>
          <w:p w14:paraId="350976B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71BA1B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17FC62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07293082" w14:textId="77777777" w:rsidTr="006F17CF">
        <w:tc>
          <w:tcPr>
            <w:tcW w:w="1020" w:type="dxa"/>
            <w:vAlign w:val="center"/>
          </w:tcPr>
          <w:p w14:paraId="2853DDEF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3475E38E" w14:textId="77777777" w:rsidR="00365695" w:rsidRDefault="00365695" w:rsidP="00365695">
            <w:r>
              <w:rPr>
                <w:rFonts w:ascii="Times New Roman" w:hAnsi="Times New Roman" w:cs="Times New Roman"/>
              </w:rPr>
              <w:t>Кокорин Кирилл Артемович</w:t>
            </w:r>
          </w:p>
        </w:tc>
        <w:tc>
          <w:tcPr>
            <w:tcW w:w="1417" w:type="dxa"/>
            <w:vAlign w:val="center"/>
          </w:tcPr>
          <w:p w14:paraId="29A78E3D" w14:textId="77777777" w:rsidR="00365695" w:rsidRDefault="00365695" w:rsidP="00365695">
            <w:r>
              <w:rPr>
                <w:rFonts w:ascii="Times New Roman" w:hAnsi="Times New Roman" w:cs="Times New Roman"/>
              </w:rPr>
              <w:t>06-04-2014</w:t>
            </w:r>
          </w:p>
        </w:tc>
        <w:tc>
          <w:tcPr>
            <w:tcW w:w="1134" w:type="dxa"/>
            <w:vAlign w:val="center"/>
          </w:tcPr>
          <w:p w14:paraId="1C0870DC" w14:textId="30515706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0ADE725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2D4C228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0F91EEF6" w14:textId="77777777" w:rsidTr="006F17CF">
        <w:tc>
          <w:tcPr>
            <w:tcW w:w="1020" w:type="dxa"/>
            <w:vAlign w:val="center"/>
          </w:tcPr>
          <w:p w14:paraId="523692A3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2A465E3" w14:textId="77777777" w:rsidR="00365695" w:rsidRDefault="00365695" w:rsidP="00365695">
            <w:r>
              <w:rPr>
                <w:rFonts w:ascii="Times New Roman" w:hAnsi="Times New Roman" w:cs="Times New Roman"/>
              </w:rPr>
              <w:t>Зорин Артём Александрович</w:t>
            </w:r>
          </w:p>
        </w:tc>
        <w:tc>
          <w:tcPr>
            <w:tcW w:w="1417" w:type="dxa"/>
            <w:vAlign w:val="center"/>
          </w:tcPr>
          <w:p w14:paraId="47E573CE" w14:textId="77777777" w:rsidR="00365695" w:rsidRDefault="00365695" w:rsidP="00365695">
            <w:r>
              <w:rPr>
                <w:rFonts w:ascii="Times New Roman" w:hAnsi="Times New Roman" w:cs="Times New Roman"/>
              </w:rPr>
              <w:t>17-08-2014</w:t>
            </w:r>
          </w:p>
        </w:tc>
        <w:tc>
          <w:tcPr>
            <w:tcW w:w="1134" w:type="dxa"/>
            <w:vAlign w:val="center"/>
          </w:tcPr>
          <w:p w14:paraId="48988478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E1ED93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080FDB6" w14:textId="77777777" w:rsidR="00365695" w:rsidRDefault="00365695" w:rsidP="00365695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65695" w14:paraId="5E73EE2D" w14:textId="77777777" w:rsidTr="006F17CF">
        <w:tc>
          <w:tcPr>
            <w:tcW w:w="10657" w:type="dxa"/>
            <w:gridSpan w:val="6"/>
            <w:vAlign w:val="center"/>
          </w:tcPr>
          <w:p w14:paraId="6C88FD8D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12-13 лет 50 кг. (Участников: 17 )</w:t>
            </w:r>
          </w:p>
        </w:tc>
      </w:tr>
      <w:tr w:rsidR="00365695" w14:paraId="00436385" w14:textId="77777777" w:rsidTr="006F17CF">
        <w:tc>
          <w:tcPr>
            <w:tcW w:w="1020" w:type="dxa"/>
            <w:vAlign w:val="center"/>
          </w:tcPr>
          <w:p w14:paraId="20851A2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D4A046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B984F1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D1E22F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830CEE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37F288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:rsidRPr="006F17CF" w14:paraId="3152D7DF" w14:textId="77777777" w:rsidTr="006F17CF">
        <w:tc>
          <w:tcPr>
            <w:tcW w:w="1020" w:type="dxa"/>
            <w:vAlign w:val="center"/>
          </w:tcPr>
          <w:p w14:paraId="344DA4E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21BD207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Ивакин Дамир Денисович</w:t>
            </w:r>
          </w:p>
        </w:tc>
        <w:tc>
          <w:tcPr>
            <w:tcW w:w="1417" w:type="dxa"/>
            <w:vAlign w:val="center"/>
          </w:tcPr>
          <w:p w14:paraId="6F9373E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07-07-2013</w:t>
            </w:r>
          </w:p>
        </w:tc>
        <w:tc>
          <w:tcPr>
            <w:tcW w:w="1134" w:type="dxa"/>
            <w:vAlign w:val="center"/>
          </w:tcPr>
          <w:p w14:paraId="06D3779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799F6E5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459BA74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Селиверстов Р.В. Мамедов А.М</w:t>
            </w:r>
          </w:p>
        </w:tc>
      </w:tr>
      <w:tr w:rsidR="00365695" w14:paraId="52F57226" w14:textId="77777777" w:rsidTr="006F17CF">
        <w:tc>
          <w:tcPr>
            <w:tcW w:w="1020" w:type="dxa"/>
            <w:vAlign w:val="center"/>
          </w:tcPr>
          <w:p w14:paraId="523056D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3810F6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Кудашов Савелий Михайлович</w:t>
            </w:r>
          </w:p>
        </w:tc>
        <w:tc>
          <w:tcPr>
            <w:tcW w:w="1417" w:type="dxa"/>
            <w:vAlign w:val="center"/>
          </w:tcPr>
          <w:p w14:paraId="29381E2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02-12-2012</w:t>
            </w:r>
          </w:p>
        </w:tc>
        <w:tc>
          <w:tcPr>
            <w:tcW w:w="1134" w:type="dxa"/>
            <w:vAlign w:val="center"/>
          </w:tcPr>
          <w:p w14:paraId="68E9D28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6D3E516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C56D0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65695" w14:paraId="7CB26D5F" w14:textId="77777777" w:rsidTr="006F17CF">
        <w:tc>
          <w:tcPr>
            <w:tcW w:w="1020" w:type="dxa"/>
            <w:vAlign w:val="center"/>
          </w:tcPr>
          <w:p w14:paraId="2D29014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1922189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Сабанцев Иван Дмитриевич</w:t>
            </w:r>
          </w:p>
        </w:tc>
        <w:tc>
          <w:tcPr>
            <w:tcW w:w="1417" w:type="dxa"/>
            <w:vAlign w:val="center"/>
          </w:tcPr>
          <w:p w14:paraId="4C15597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30-04-2013</w:t>
            </w:r>
          </w:p>
        </w:tc>
        <w:tc>
          <w:tcPr>
            <w:tcW w:w="1134" w:type="dxa"/>
            <w:vAlign w:val="center"/>
          </w:tcPr>
          <w:p w14:paraId="6A167F4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7C1CA39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1BD0D4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65695" w14:paraId="5A82524D" w14:textId="77777777" w:rsidTr="006F17CF">
        <w:tc>
          <w:tcPr>
            <w:tcW w:w="1020" w:type="dxa"/>
            <w:vAlign w:val="center"/>
          </w:tcPr>
          <w:p w14:paraId="641AD1F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2551" w:type="dxa"/>
            <w:vAlign w:val="center"/>
          </w:tcPr>
          <w:p w14:paraId="73F5E5B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Карачев Данил Романович</w:t>
            </w:r>
          </w:p>
        </w:tc>
        <w:tc>
          <w:tcPr>
            <w:tcW w:w="1417" w:type="dxa"/>
            <w:vAlign w:val="center"/>
          </w:tcPr>
          <w:p w14:paraId="3B79A5E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25-01-2013</w:t>
            </w:r>
          </w:p>
        </w:tc>
        <w:tc>
          <w:tcPr>
            <w:tcW w:w="1134" w:type="dxa"/>
            <w:vAlign w:val="center"/>
          </w:tcPr>
          <w:p w14:paraId="44DE1FE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87BA9D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B2FF97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:rsidRPr="006F17CF" w14:paraId="43867670" w14:textId="77777777" w:rsidTr="006F17CF">
        <w:tc>
          <w:tcPr>
            <w:tcW w:w="1020" w:type="dxa"/>
            <w:vAlign w:val="center"/>
          </w:tcPr>
          <w:p w14:paraId="549C286A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5C75F8D" w14:textId="77777777" w:rsidR="00365695" w:rsidRDefault="00365695" w:rsidP="00365695">
            <w:r>
              <w:rPr>
                <w:rFonts w:ascii="Times New Roman" w:hAnsi="Times New Roman" w:cs="Times New Roman"/>
              </w:rPr>
              <w:t>Кальсин Андрей Владимирович</w:t>
            </w:r>
          </w:p>
        </w:tc>
        <w:tc>
          <w:tcPr>
            <w:tcW w:w="1417" w:type="dxa"/>
            <w:vAlign w:val="center"/>
          </w:tcPr>
          <w:p w14:paraId="4CA94D0F" w14:textId="77777777" w:rsidR="00365695" w:rsidRDefault="00365695" w:rsidP="00365695">
            <w:r>
              <w:rPr>
                <w:rFonts w:ascii="Times New Roman" w:hAnsi="Times New Roman" w:cs="Times New Roman"/>
              </w:rPr>
              <w:t>20-04-2013</w:t>
            </w:r>
          </w:p>
        </w:tc>
        <w:tc>
          <w:tcPr>
            <w:tcW w:w="1134" w:type="dxa"/>
            <w:vAlign w:val="center"/>
          </w:tcPr>
          <w:p w14:paraId="15FE1211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F07D2F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A344D4D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lang w:val="ru-RU"/>
              </w:rPr>
              <w:t>Беспалов Д.С, Марков П.П</w:t>
            </w:r>
          </w:p>
        </w:tc>
      </w:tr>
      <w:tr w:rsidR="00365695" w14:paraId="549FBE53" w14:textId="77777777" w:rsidTr="006F17CF">
        <w:tc>
          <w:tcPr>
            <w:tcW w:w="1020" w:type="dxa"/>
            <w:vAlign w:val="center"/>
          </w:tcPr>
          <w:p w14:paraId="187A7D15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2E1D52AA" w14:textId="77777777" w:rsidR="00365695" w:rsidRDefault="00365695" w:rsidP="00365695">
            <w:r>
              <w:rPr>
                <w:rFonts w:ascii="Times New Roman" w:hAnsi="Times New Roman" w:cs="Times New Roman"/>
              </w:rPr>
              <w:t>Панченко Максим Андреевич</w:t>
            </w:r>
          </w:p>
        </w:tc>
        <w:tc>
          <w:tcPr>
            <w:tcW w:w="1417" w:type="dxa"/>
            <w:vAlign w:val="center"/>
          </w:tcPr>
          <w:p w14:paraId="35F91AE6" w14:textId="77777777" w:rsidR="00365695" w:rsidRDefault="00365695" w:rsidP="00365695">
            <w:r>
              <w:rPr>
                <w:rFonts w:ascii="Times New Roman" w:hAnsi="Times New Roman" w:cs="Times New Roman"/>
              </w:rPr>
              <w:t>17-08-2013</w:t>
            </w:r>
          </w:p>
        </w:tc>
        <w:tc>
          <w:tcPr>
            <w:tcW w:w="1134" w:type="dxa"/>
            <w:vAlign w:val="center"/>
          </w:tcPr>
          <w:p w14:paraId="3089CCE9" w14:textId="5FB01FF8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3186DAF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D8A104B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А.Ю.</w:t>
            </w:r>
          </w:p>
        </w:tc>
      </w:tr>
      <w:tr w:rsidR="00365695" w14:paraId="331435DC" w14:textId="77777777" w:rsidTr="006F17CF">
        <w:tc>
          <w:tcPr>
            <w:tcW w:w="1020" w:type="dxa"/>
            <w:vAlign w:val="center"/>
          </w:tcPr>
          <w:p w14:paraId="0F554F05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6C536A0" w14:textId="77777777" w:rsidR="00365695" w:rsidRDefault="00365695" w:rsidP="00365695">
            <w:r>
              <w:rPr>
                <w:rFonts w:ascii="Times New Roman" w:hAnsi="Times New Roman" w:cs="Times New Roman"/>
              </w:rPr>
              <w:t>Райко Никита Викторович</w:t>
            </w:r>
          </w:p>
        </w:tc>
        <w:tc>
          <w:tcPr>
            <w:tcW w:w="1417" w:type="dxa"/>
            <w:vAlign w:val="center"/>
          </w:tcPr>
          <w:p w14:paraId="66CD80B9" w14:textId="77777777" w:rsidR="00365695" w:rsidRDefault="00365695" w:rsidP="00365695">
            <w:r>
              <w:rPr>
                <w:rFonts w:ascii="Times New Roman" w:hAnsi="Times New Roman" w:cs="Times New Roman"/>
              </w:rPr>
              <w:t>17-09-2013</w:t>
            </w:r>
          </w:p>
        </w:tc>
        <w:tc>
          <w:tcPr>
            <w:tcW w:w="1134" w:type="dxa"/>
            <w:vAlign w:val="center"/>
          </w:tcPr>
          <w:p w14:paraId="74D028EC" w14:textId="352F2B83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70BEDF4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5882584" w14:textId="77777777" w:rsidR="00365695" w:rsidRDefault="00365695" w:rsidP="00365695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65695" w14:paraId="5D8A7D12" w14:textId="77777777" w:rsidTr="006F17CF">
        <w:tc>
          <w:tcPr>
            <w:tcW w:w="1020" w:type="dxa"/>
            <w:vAlign w:val="center"/>
          </w:tcPr>
          <w:p w14:paraId="29630AE5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7A5C217" w14:textId="77777777" w:rsidR="00365695" w:rsidRDefault="00365695" w:rsidP="00365695">
            <w:r>
              <w:rPr>
                <w:rFonts w:ascii="Times New Roman" w:hAnsi="Times New Roman" w:cs="Times New Roman"/>
              </w:rPr>
              <w:t>Зуев Лев Евгеньевич</w:t>
            </w:r>
          </w:p>
        </w:tc>
        <w:tc>
          <w:tcPr>
            <w:tcW w:w="1417" w:type="dxa"/>
            <w:vAlign w:val="center"/>
          </w:tcPr>
          <w:p w14:paraId="0D13D077" w14:textId="77777777" w:rsidR="00365695" w:rsidRDefault="00365695" w:rsidP="00365695">
            <w:r>
              <w:rPr>
                <w:rFonts w:ascii="Times New Roman" w:hAnsi="Times New Roman" w:cs="Times New Roman"/>
              </w:rPr>
              <w:t>01-08-2014</w:t>
            </w:r>
          </w:p>
        </w:tc>
        <w:tc>
          <w:tcPr>
            <w:tcW w:w="1134" w:type="dxa"/>
            <w:vAlign w:val="center"/>
          </w:tcPr>
          <w:p w14:paraId="4C310C1E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10AABF2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174165C" w14:textId="77777777" w:rsidR="00365695" w:rsidRDefault="00365695" w:rsidP="00365695">
            <w:r>
              <w:rPr>
                <w:rFonts w:ascii="Times New Roman" w:hAnsi="Times New Roman" w:cs="Times New Roman"/>
              </w:rPr>
              <w:t>Томас В.А.</w:t>
            </w:r>
          </w:p>
        </w:tc>
      </w:tr>
      <w:tr w:rsidR="00365695" w14:paraId="511DCFBA" w14:textId="77777777" w:rsidTr="006F17CF">
        <w:tc>
          <w:tcPr>
            <w:tcW w:w="1020" w:type="dxa"/>
            <w:vAlign w:val="center"/>
          </w:tcPr>
          <w:p w14:paraId="24ECF77B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1DEE3C1" w14:textId="77777777" w:rsidR="00365695" w:rsidRDefault="00365695" w:rsidP="00365695">
            <w:r>
              <w:rPr>
                <w:rFonts w:ascii="Times New Roman" w:hAnsi="Times New Roman" w:cs="Times New Roman"/>
              </w:rPr>
              <w:t>Жаксигеренов Дмитрий Анатольевич</w:t>
            </w:r>
          </w:p>
        </w:tc>
        <w:tc>
          <w:tcPr>
            <w:tcW w:w="1417" w:type="dxa"/>
            <w:vAlign w:val="center"/>
          </w:tcPr>
          <w:p w14:paraId="4ED4342F" w14:textId="77777777" w:rsidR="00365695" w:rsidRDefault="00365695" w:rsidP="00365695">
            <w:r>
              <w:rPr>
                <w:rFonts w:ascii="Times New Roman" w:hAnsi="Times New Roman" w:cs="Times New Roman"/>
              </w:rPr>
              <w:t>03-08-2014</w:t>
            </w:r>
          </w:p>
        </w:tc>
        <w:tc>
          <w:tcPr>
            <w:tcW w:w="1134" w:type="dxa"/>
            <w:vAlign w:val="center"/>
          </w:tcPr>
          <w:p w14:paraId="3DE2DD72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356273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B2C64A4" w14:textId="77777777" w:rsidR="00365695" w:rsidRDefault="00365695" w:rsidP="00365695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65695" w14:paraId="09431480" w14:textId="77777777" w:rsidTr="006F17CF">
        <w:tc>
          <w:tcPr>
            <w:tcW w:w="1020" w:type="dxa"/>
            <w:vAlign w:val="center"/>
          </w:tcPr>
          <w:p w14:paraId="7FB6FED7" w14:textId="77777777" w:rsidR="00365695" w:rsidRDefault="00365695" w:rsidP="0036569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</w:tcPr>
          <w:p w14:paraId="2A5B6A01" w14:textId="77777777" w:rsidR="00365695" w:rsidRDefault="00365695" w:rsidP="00365695">
            <w:r>
              <w:rPr>
                <w:rFonts w:ascii="Times New Roman" w:hAnsi="Times New Roman" w:cs="Times New Roman"/>
              </w:rPr>
              <w:t>Цаплин Михаил Николаевич</w:t>
            </w:r>
          </w:p>
        </w:tc>
        <w:tc>
          <w:tcPr>
            <w:tcW w:w="1417" w:type="dxa"/>
            <w:vAlign w:val="center"/>
          </w:tcPr>
          <w:p w14:paraId="0FFE716C" w14:textId="77777777" w:rsidR="00365695" w:rsidRDefault="00365695" w:rsidP="00365695">
            <w:r>
              <w:rPr>
                <w:rFonts w:ascii="Times New Roman" w:hAnsi="Times New Roman" w:cs="Times New Roman"/>
              </w:rPr>
              <w:t>25-02-2013</w:t>
            </w:r>
          </w:p>
        </w:tc>
        <w:tc>
          <w:tcPr>
            <w:tcW w:w="1134" w:type="dxa"/>
            <w:vAlign w:val="center"/>
          </w:tcPr>
          <w:p w14:paraId="2F51F388" w14:textId="6DBB0743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75F8843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9F43932" w14:textId="77777777" w:rsidR="00365695" w:rsidRDefault="00365695" w:rsidP="00365695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65695" w14:paraId="4FB6D11D" w14:textId="77777777" w:rsidTr="006F17CF">
        <w:tc>
          <w:tcPr>
            <w:tcW w:w="1020" w:type="dxa"/>
            <w:vAlign w:val="center"/>
          </w:tcPr>
          <w:p w14:paraId="6D76241A" w14:textId="77777777" w:rsidR="00365695" w:rsidRDefault="00365695" w:rsidP="0036569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</w:tcPr>
          <w:p w14:paraId="6853DCB9" w14:textId="77777777" w:rsidR="00365695" w:rsidRDefault="00365695" w:rsidP="00365695">
            <w:r>
              <w:rPr>
                <w:rFonts w:ascii="Times New Roman" w:hAnsi="Times New Roman" w:cs="Times New Roman"/>
              </w:rPr>
              <w:t>Густокашин Ярослав Витальевич</w:t>
            </w:r>
          </w:p>
        </w:tc>
        <w:tc>
          <w:tcPr>
            <w:tcW w:w="1417" w:type="dxa"/>
            <w:vAlign w:val="center"/>
          </w:tcPr>
          <w:p w14:paraId="744798F8" w14:textId="77777777" w:rsidR="00365695" w:rsidRDefault="00365695" w:rsidP="00365695">
            <w:r>
              <w:rPr>
                <w:rFonts w:ascii="Times New Roman" w:hAnsi="Times New Roman" w:cs="Times New Roman"/>
              </w:rPr>
              <w:t>28-01-2014</w:t>
            </w:r>
          </w:p>
        </w:tc>
        <w:tc>
          <w:tcPr>
            <w:tcW w:w="1134" w:type="dxa"/>
            <w:vAlign w:val="center"/>
          </w:tcPr>
          <w:p w14:paraId="79C45448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7BE2477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2DC7D11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Д.Н.</w:t>
            </w:r>
          </w:p>
        </w:tc>
      </w:tr>
      <w:tr w:rsidR="00365695" w14:paraId="29884E95" w14:textId="77777777" w:rsidTr="006F17CF">
        <w:tc>
          <w:tcPr>
            <w:tcW w:w="1020" w:type="dxa"/>
            <w:vAlign w:val="center"/>
          </w:tcPr>
          <w:p w14:paraId="33811A81" w14:textId="77777777" w:rsidR="00365695" w:rsidRDefault="00365695" w:rsidP="0036569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</w:tcPr>
          <w:p w14:paraId="7AE29FF3" w14:textId="77777777" w:rsidR="00365695" w:rsidRDefault="00365695" w:rsidP="00365695">
            <w:r>
              <w:rPr>
                <w:rFonts w:ascii="Times New Roman" w:hAnsi="Times New Roman" w:cs="Times New Roman"/>
              </w:rPr>
              <w:t>Маликов Матвей Антонович</w:t>
            </w:r>
          </w:p>
        </w:tc>
        <w:tc>
          <w:tcPr>
            <w:tcW w:w="1417" w:type="dxa"/>
            <w:vAlign w:val="center"/>
          </w:tcPr>
          <w:p w14:paraId="631F2C5B" w14:textId="77777777" w:rsidR="00365695" w:rsidRDefault="00365695" w:rsidP="00365695">
            <w:r>
              <w:rPr>
                <w:rFonts w:ascii="Times New Roman" w:hAnsi="Times New Roman" w:cs="Times New Roman"/>
              </w:rPr>
              <w:t>25-01-2014</w:t>
            </w:r>
          </w:p>
        </w:tc>
        <w:tc>
          <w:tcPr>
            <w:tcW w:w="1134" w:type="dxa"/>
            <w:vAlign w:val="center"/>
          </w:tcPr>
          <w:p w14:paraId="3DF57B4C" w14:textId="784BFD49" w:rsidR="00365695" w:rsidRDefault="001C4D88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0D87DD17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03983F6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6E51021B" w14:textId="77777777" w:rsidTr="006F17CF">
        <w:tc>
          <w:tcPr>
            <w:tcW w:w="1020" w:type="dxa"/>
            <w:vAlign w:val="center"/>
          </w:tcPr>
          <w:p w14:paraId="6D3B7847" w14:textId="77777777" w:rsidR="00365695" w:rsidRDefault="00365695" w:rsidP="0036569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</w:tcPr>
          <w:p w14:paraId="1D8226F1" w14:textId="77777777" w:rsidR="00365695" w:rsidRDefault="00365695" w:rsidP="00365695">
            <w:r>
              <w:rPr>
                <w:rFonts w:ascii="Times New Roman" w:hAnsi="Times New Roman" w:cs="Times New Roman"/>
              </w:rPr>
              <w:t>Чекменёв Артём Вадимович</w:t>
            </w:r>
          </w:p>
        </w:tc>
        <w:tc>
          <w:tcPr>
            <w:tcW w:w="1417" w:type="dxa"/>
            <w:vAlign w:val="center"/>
          </w:tcPr>
          <w:p w14:paraId="251CBBCD" w14:textId="77777777" w:rsidR="00365695" w:rsidRDefault="00365695" w:rsidP="00365695">
            <w:r>
              <w:rPr>
                <w:rFonts w:ascii="Times New Roman" w:hAnsi="Times New Roman" w:cs="Times New Roman"/>
              </w:rPr>
              <w:t>24-09-2013</w:t>
            </w:r>
          </w:p>
        </w:tc>
        <w:tc>
          <w:tcPr>
            <w:tcW w:w="1134" w:type="dxa"/>
            <w:vAlign w:val="center"/>
          </w:tcPr>
          <w:p w14:paraId="5A5D6F8D" w14:textId="4E14BFE3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D8D6A6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5371C99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5AC8ADC4" w14:textId="77777777" w:rsidTr="006F17CF">
        <w:tc>
          <w:tcPr>
            <w:tcW w:w="1020" w:type="dxa"/>
            <w:vAlign w:val="center"/>
          </w:tcPr>
          <w:p w14:paraId="34CAAE8F" w14:textId="77777777" w:rsidR="00365695" w:rsidRDefault="00365695" w:rsidP="0036569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vAlign w:val="center"/>
          </w:tcPr>
          <w:p w14:paraId="5E977B64" w14:textId="77777777" w:rsidR="00365695" w:rsidRDefault="00365695" w:rsidP="00365695">
            <w:r>
              <w:rPr>
                <w:rFonts w:ascii="Times New Roman" w:hAnsi="Times New Roman" w:cs="Times New Roman"/>
              </w:rPr>
              <w:t>Шаравьёв Артур Евгеньевич</w:t>
            </w:r>
          </w:p>
        </w:tc>
        <w:tc>
          <w:tcPr>
            <w:tcW w:w="1417" w:type="dxa"/>
            <w:vAlign w:val="center"/>
          </w:tcPr>
          <w:p w14:paraId="74658431" w14:textId="77777777" w:rsidR="00365695" w:rsidRDefault="00365695" w:rsidP="00365695">
            <w:r>
              <w:rPr>
                <w:rFonts w:ascii="Times New Roman" w:hAnsi="Times New Roman" w:cs="Times New Roman"/>
              </w:rPr>
              <w:t>13-12-2012</w:t>
            </w:r>
          </w:p>
        </w:tc>
        <w:tc>
          <w:tcPr>
            <w:tcW w:w="1134" w:type="dxa"/>
            <w:vAlign w:val="center"/>
          </w:tcPr>
          <w:p w14:paraId="758D35F9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55C7A2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7C63AC1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4194E4DD" w14:textId="77777777" w:rsidTr="006F17CF">
        <w:tc>
          <w:tcPr>
            <w:tcW w:w="1020" w:type="dxa"/>
            <w:vAlign w:val="center"/>
          </w:tcPr>
          <w:p w14:paraId="5FBF261F" w14:textId="77777777" w:rsidR="00365695" w:rsidRDefault="00365695" w:rsidP="0036569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1" w:type="dxa"/>
            <w:vAlign w:val="center"/>
          </w:tcPr>
          <w:p w14:paraId="43265F02" w14:textId="77777777" w:rsidR="00365695" w:rsidRDefault="00365695" w:rsidP="00365695">
            <w:r>
              <w:rPr>
                <w:rFonts w:ascii="Times New Roman" w:hAnsi="Times New Roman" w:cs="Times New Roman"/>
              </w:rPr>
              <w:t>Конищев Кирилл Александрович</w:t>
            </w:r>
          </w:p>
        </w:tc>
        <w:tc>
          <w:tcPr>
            <w:tcW w:w="1417" w:type="dxa"/>
            <w:vAlign w:val="center"/>
          </w:tcPr>
          <w:p w14:paraId="3217B136" w14:textId="77777777" w:rsidR="00365695" w:rsidRDefault="00365695" w:rsidP="00365695">
            <w:r>
              <w:rPr>
                <w:rFonts w:ascii="Times New Roman" w:hAnsi="Times New Roman" w:cs="Times New Roman"/>
              </w:rPr>
              <w:t>10-04-2014</w:t>
            </w:r>
          </w:p>
        </w:tc>
        <w:tc>
          <w:tcPr>
            <w:tcW w:w="1134" w:type="dxa"/>
            <w:vAlign w:val="center"/>
          </w:tcPr>
          <w:p w14:paraId="51F62428" w14:textId="11A4F066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6AD5ED9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C07C81E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550ECAF1" w14:textId="77777777" w:rsidTr="006F17CF">
        <w:tc>
          <w:tcPr>
            <w:tcW w:w="10657" w:type="dxa"/>
            <w:gridSpan w:val="6"/>
            <w:vAlign w:val="center"/>
          </w:tcPr>
          <w:p w14:paraId="081CD472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12-13 лет 55 кг. (Участников: 12 )</w:t>
            </w:r>
          </w:p>
        </w:tc>
      </w:tr>
      <w:tr w:rsidR="00365695" w14:paraId="3BC9C81C" w14:textId="77777777" w:rsidTr="006F17CF">
        <w:tc>
          <w:tcPr>
            <w:tcW w:w="1020" w:type="dxa"/>
            <w:vAlign w:val="center"/>
          </w:tcPr>
          <w:p w14:paraId="338C5BD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AACFEB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49B536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4803713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71C488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316C67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22CB49C5" w14:textId="77777777" w:rsidTr="006F17CF">
        <w:tc>
          <w:tcPr>
            <w:tcW w:w="1020" w:type="dxa"/>
            <w:vAlign w:val="center"/>
          </w:tcPr>
          <w:p w14:paraId="470EA91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878FBA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Овчинников Кирилл Дмитриевич</w:t>
            </w:r>
          </w:p>
        </w:tc>
        <w:tc>
          <w:tcPr>
            <w:tcW w:w="1417" w:type="dxa"/>
            <w:vAlign w:val="center"/>
          </w:tcPr>
          <w:p w14:paraId="745AB63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06-07-2014</w:t>
            </w:r>
          </w:p>
        </w:tc>
        <w:tc>
          <w:tcPr>
            <w:tcW w:w="1134" w:type="dxa"/>
            <w:vAlign w:val="center"/>
          </w:tcPr>
          <w:p w14:paraId="570C5A0E" w14:textId="01BEC968" w:rsidR="00365695" w:rsidRDefault="001C4D88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0FE7A66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4E8672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5CE26546" w14:textId="77777777" w:rsidTr="006F17CF">
        <w:tc>
          <w:tcPr>
            <w:tcW w:w="1020" w:type="dxa"/>
            <w:vAlign w:val="center"/>
          </w:tcPr>
          <w:p w14:paraId="6BD9E04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07E229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Шестаков Степан Евгеньевич</w:t>
            </w:r>
          </w:p>
        </w:tc>
        <w:tc>
          <w:tcPr>
            <w:tcW w:w="1417" w:type="dxa"/>
            <w:vAlign w:val="center"/>
          </w:tcPr>
          <w:p w14:paraId="2200EA9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27-01-2014</w:t>
            </w:r>
          </w:p>
        </w:tc>
        <w:tc>
          <w:tcPr>
            <w:tcW w:w="1134" w:type="dxa"/>
            <w:vAlign w:val="center"/>
          </w:tcPr>
          <w:p w14:paraId="1835965A" w14:textId="57A628AD" w:rsidR="00365695" w:rsidRDefault="001C4D88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5AD5C43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5D4B9A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05D02B4E" w14:textId="77777777" w:rsidTr="006F17CF">
        <w:tc>
          <w:tcPr>
            <w:tcW w:w="1020" w:type="dxa"/>
            <w:vAlign w:val="center"/>
          </w:tcPr>
          <w:p w14:paraId="74541E1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A128B1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Косов Егор Дмитриевич</w:t>
            </w:r>
          </w:p>
        </w:tc>
        <w:tc>
          <w:tcPr>
            <w:tcW w:w="1417" w:type="dxa"/>
            <w:vAlign w:val="center"/>
          </w:tcPr>
          <w:p w14:paraId="146F5A4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09-03-2014</w:t>
            </w:r>
          </w:p>
        </w:tc>
        <w:tc>
          <w:tcPr>
            <w:tcW w:w="1134" w:type="dxa"/>
            <w:vAlign w:val="center"/>
          </w:tcPr>
          <w:p w14:paraId="0EE857D4" w14:textId="4E04E160" w:rsidR="00365695" w:rsidRDefault="001C4D88" w:rsidP="00365695">
            <w:r>
              <w:rPr>
                <w:rFonts w:ascii="Times New Roman" w:hAnsi="Times New Roman" w:cs="Times New Roman"/>
                <w:b/>
              </w:rPr>
              <w:t>3юн</w:t>
            </w:r>
          </w:p>
        </w:tc>
        <w:tc>
          <w:tcPr>
            <w:tcW w:w="1984" w:type="dxa"/>
            <w:vAlign w:val="center"/>
          </w:tcPr>
          <w:p w14:paraId="027E0C4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8AAA6D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65695" w14:paraId="6BA06AFA" w14:textId="77777777" w:rsidTr="006F17CF">
        <w:tc>
          <w:tcPr>
            <w:tcW w:w="1020" w:type="dxa"/>
            <w:vAlign w:val="center"/>
          </w:tcPr>
          <w:p w14:paraId="1E1A109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8FB9F7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Трифонов Никита Романович</w:t>
            </w:r>
          </w:p>
        </w:tc>
        <w:tc>
          <w:tcPr>
            <w:tcW w:w="1417" w:type="dxa"/>
            <w:vAlign w:val="center"/>
          </w:tcPr>
          <w:p w14:paraId="18206E1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20-05-2013</w:t>
            </w:r>
          </w:p>
        </w:tc>
        <w:tc>
          <w:tcPr>
            <w:tcW w:w="1134" w:type="dxa"/>
            <w:vAlign w:val="center"/>
          </w:tcPr>
          <w:p w14:paraId="2F2B6EF9" w14:textId="4A86D909" w:rsidR="00365695" w:rsidRDefault="001C4D88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304D166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861665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Московкин Д.А.</w:t>
            </w:r>
          </w:p>
        </w:tc>
      </w:tr>
      <w:tr w:rsidR="00365695" w14:paraId="20812B2E" w14:textId="77777777" w:rsidTr="006F17CF">
        <w:tc>
          <w:tcPr>
            <w:tcW w:w="1020" w:type="dxa"/>
            <w:vAlign w:val="center"/>
          </w:tcPr>
          <w:p w14:paraId="0434E253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7BDB3409" w14:textId="77777777" w:rsidR="00365695" w:rsidRDefault="00365695" w:rsidP="00365695">
            <w:r>
              <w:rPr>
                <w:rFonts w:ascii="Times New Roman" w:hAnsi="Times New Roman" w:cs="Times New Roman"/>
              </w:rPr>
              <w:t>Сидоренко Даниил Никитич</w:t>
            </w:r>
          </w:p>
        </w:tc>
        <w:tc>
          <w:tcPr>
            <w:tcW w:w="1417" w:type="dxa"/>
            <w:vAlign w:val="center"/>
          </w:tcPr>
          <w:p w14:paraId="23682BB7" w14:textId="77777777" w:rsidR="00365695" w:rsidRDefault="00365695" w:rsidP="00365695">
            <w:r>
              <w:rPr>
                <w:rFonts w:ascii="Times New Roman" w:hAnsi="Times New Roman" w:cs="Times New Roman"/>
              </w:rPr>
              <w:t>28-05-2013</w:t>
            </w:r>
          </w:p>
        </w:tc>
        <w:tc>
          <w:tcPr>
            <w:tcW w:w="1134" w:type="dxa"/>
            <w:vAlign w:val="center"/>
          </w:tcPr>
          <w:p w14:paraId="6E61DB6D" w14:textId="05621A85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3B2BDD8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CDE8AD7" w14:textId="77777777" w:rsidR="00365695" w:rsidRDefault="00365695" w:rsidP="00365695">
            <w:r>
              <w:rPr>
                <w:rFonts w:ascii="Times New Roman" w:hAnsi="Times New Roman" w:cs="Times New Roman"/>
              </w:rPr>
              <w:t>Московкин Д.А.</w:t>
            </w:r>
          </w:p>
        </w:tc>
      </w:tr>
      <w:tr w:rsidR="00365695" w14:paraId="50671641" w14:textId="77777777" w:rsidTr="006F17CF">
        <w:tc>
          <w:tcPr>
            <w:tcW w:w="1020" w:type="dxa"/>
            <w:vAlign w:val="center"/>
          </w:tcPr>
          <w:p w14:paraId="16624BB8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53FF9AAC" w14:textId="77777777" w:rsidR="00365695" w:rsidRDefault="00365695" w:rsidP="00365695">
            <w:r>
              <w:rPr>
                <w:rFonts w:ascii="Times New Roman" w:hAnsi="Times New Roman" w:cs="Times New Roman"/>
              </w:rPr>
              <w:t>Шамов Максим Игорович</w:t>
            </w:r>
          </w:p>
        </w:tc>
        <w:tc>
          <w:tcPr>
            <w:tcW w:w="1417" w:type="dxa"/>
            <w:vAlign w:val="center"/>
          </w:tcPr>
          <w:p w14:paraId="0FDDA79B" w14:textId="77777777" w:rsidR="00365695" w:rsidRDefault="00365695" w:rsidP="00365695">
            <w:r>
              <w:rPr>
                <w:rFonts w:ascii="Times New Roman" w:hAnsi="Times New Roman" w:cs="Times New Roman"/>
              </w:rPr>
              <w:t>25-12-2013</w:t>
            </w:r>
          </w:p>
        </w:tc>
        <w:tc>
          <w:tcPr>
            <w:tcW w:w="1134" w:type="dxa"/>
            <w:vAlign w:val="center"/>
          </w:tcPr>
          <w:p w14:paraId="4573A718" w14:textId="58CE3F51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00DE2FF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6E3E8CE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4B6E5049" w14:textId="77777777" w:rsidTr="006F17CF">
        <w:tc>
          <w:tcPr>
            <w:tcW w:w="1020" w:type="dxa"/>
            <w:vAlign w:val="center"/>
          </w:tcPr>
          <w:p w14:paraId="1DCDA4BD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7535BA6D" w14:textId="77777777" w:rsidR="00365695" w:rsidRDefault="00365695" w:rsidP="00365695">
            <w:r>
              <w:rPr>
                <w:rFonts w:ascii="Times New Roman" w:hAnsi="Times New Roman" w:cs="Times New Roman"/>
              </w:rPr>
              <w:t>Шмыхин Алексей Романович</w:t>
            </w:r>
          </w:p>
        </w:tc>
        <w:tc>
          <w:tcPr>
            <w:tcW w:w="1417" w:type="dxa"/>
            <w:vAlign w:val="center"/>
          </w:tcPr>
          <w:p w14:paraId="293DEAA6" w14:textId="77777777" w:rsidR="00365695" w:rsidRDefault="00365695" w:rsidP="00365695">
            <w:r>
              <w:rPr>
                <w:rFonts w:ascii="Times New Roman" w:hAnsi="Times New Roman" w:cs="Times New Roman"/>
              </w:rPr>
              <w:t>29-06-2013</w:t>
            </w:r>
          </w:p>
        </w:tc>
        <w:tc>
          <w:tcPr>
            <w:tcW w:w="1134" w:type="dxa"/>
            <w:vAlign w:val="center"/>
          </w:tcPr>
          <w:p w14:paraId="475FB04E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3CFB7D8C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70C3C34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Д.Н.</w:t>
            </w:r>
          </w:p>
        </w:tc>
      </w:tr>
      <w:tr w:rsidR="00365695" w14:paraId="79C885FC" w14:textId="77777777" w:rsidTr="006F17CF">
        <w:tc>
          <w:tcPr>
            <w:tcW w:w="1020" w:type="dxa"/>
            <w:vAlign w:val="center"/>
          </w:tcPr>
          <w:p w14:paraId="620ADF9A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631040A" w14:textId="77777777" w:rsidR="00365695" w:rsidRDefault="00365695" w:rsidP="00365695">
            <w:r>
              <w:rPr>
                <w:rFonts w:ascii="Times New Roman" w:hAnsi="Times New Roman" w:cs="Times New Roman"/>
              </w:rPr>
              <w:t>Барило Георгий Вячеславович</w:t>
            </w:r>
          </w:p>
        </w:tc>
        <w:tc>
          <w:tcPr>
            <w:tcW w:w="1417" w:type="dxa"/>
            <w:vAlign w:val="center"/>
          </w:tcPr>
          <w:p w14:paraId="3174DF75" w14:textId="77777777" w:rsidR="00365695" w:rsidRDefault="00365695" w:rsidP="00365695">
            <w:r>
              <w:rPr>
                <w:rFonts w:ascii="Times New Roman" w:hAnsi="Times New Roman" w:cs="Times New Roman"/>
              </w:rPr>
              <w:t>19-02-2014</w:t>
            </w:r>
          </w:p>
        </w:tc>
        <w:tc>
          <w:tcPr>
            <w:tcW w:w="1134" w:type="dxa"/>
            <w:vAlign w:val="center"/>
          </w:tcPr>
          <w:p w14:paraId="6BAD4D97" w14:textId="38CFDFB3" w:rsidR="00365695" w:rsidRDefault="001C4D88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72867BA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C41F7B4" w14:textId="77777777" w:rsidR="00365695" w:rsidRDefault="00365695" w:rsidP="00365695">
            <w:r>
              <w:rPr>
                <w:rFonts w:ascii="Times New Roman" w:hAnsi="Times New Roman" w:cs="Times New Roman"/>
              </w:rPr>
              <w:t>Барило В.В.</w:t>
            </w:r>
          </w:p>
        </w:tc>
      </w:tr>
      <w:tr w:rsidR="00365695" w14:paraId="79522998" w14:textId="77777777" w:rsidTr="006F17CF">
        <w:tc>
          <w:tcPr>
            <w:tcW w:w="1020" w:type="dxa"/>
            <w:vAlign w:val="center"/>
          </w:tcPr>
          <w:p w14:paraId="1CC90D55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8114839" w14:textId="77777777" w:rsidR="00365695" w:rsidRDefault="00365695" w:rsidP="00365695">
            <w:r>
              <w:rPr>
                <w:rFonts w:ascii="Times New Roman" w:hAnsi="Times New Roman" w:cs="Times New Roman"/>
              </w:rPr>
              <w:t>Щербаков Тимофей Максимович</w:t>
            </w:r>
          </w:p>
        </w:tc>
        <w:tc>
          <w:tcPr>
            <w:tcW w:w="1417" w:type="dxa"/>
            <w:vAlign w:val="center"/>
          </w:tcPr>
          <w:p w14:paraId="7A0CA472" w14:textId="77777777" w:rsidR="00365695" w:rsidRDefault="00365695" w:rsidP="00365695">
            <w:r>
              <w:rPr>
                <w:rFonts w:ascii="Times New Roman" w:hAnsi="Times New Roman" w:cs="Times New Roman"/>
              </w:rPr>
              <w:t>15-04-2013</w:t>
            </w:r>
          </w:p>
        </w:tc>
        <w:tc>
          <w:tcPr>
            <w:tcW w:w="1134" w:type="dxa"/>
            <w:vAlign w:val="center"/>
          </w:tcPr>
          <w:p w14:paraId="520D9F47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FA435F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9B82AE4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37092E15" w14:textId="77777777" w:rsidTr="006F17CF">
        <w:tc>
          <w:tcPr>
            <w:tcW w:w="1020" w:type="dxa"/>
            <w:vAlign w:val="center"/>
          </w:tcPr>
          <w:p w14:paraId="601291F8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4376CAB5" w14:textId="77777777" w:rsidR="00365695" w:rsidRDefault="00365695" w:rsidP="00365695">
            <w:r>
              <w:rPr>
                <w:rFonts w:ascii="Times New Roman" w:hAnsi="Times New Roman" w:cs="Times New Roman"/>
              </w:rPr>
              <w:t>Полеваев Дмитрий Михайлович</w:t>
            </w:r>
          </w:p>
        </w:tc>
        <w:tc>
          <w:tcPr>
            <w:tcW w:w="1417" w:type="dxa"/>
            <w:vAlign w:val="center"/>
          </w:tcPr>
          <w:p w14:paraId="3F4B6602" w14:textId="77777777" w:rsidR="00365695" w:rsidRDefault="00365695" w:rsidP="00365695">
            <w:r>
              <w:rPr>
                <w:rFonts w:ascii="Times New Roman" w:hAnsi="Times New Roman" w:cs="Times New Roman"/>
              </w:rPr>
              <w:t>16-04-2013</w:t>
            </w:r>
          </w:p>
        </w:tc>
        <w:tc>
          <w:tcPr>
            <w:tcW w:w="1134" w:type="dxa"/>
            <w:vAlign w:val="center"/>
          </w:tcPr>
          <w:p w14:paraId="4A9535EA" w14:textId="2A140C64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59422E0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AEC51C1" w14:textId="77777777" w:rsidR="00365695" w:rsidRDefault="00365695" w:rsidP="00365695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  <w:tr w:rsidR="00365695" w14:paraId="336FBF6C" w14:textId="77777777" w:rsidTr="006F17CF">
        <w:tc>
          <w:tcPr>
            <w:tcW w:w="1020" w:type="dxa"/>
            <w:vAlign w:val="center"/>
          </w:tcPr>
          <w:p w14:paraId="7639B4B7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ED6CF90" w14:textId="77777777" w:rsidR="00365695" w:rsidRDefault="00365695" w:rsidP="00365695">
            <w:r>
              <w:rPr>
                <w:rFonts w:ascii="Times New Roman" w:hAnsi="Times New Roman" w:cs="Times New Roman"/>
              </w:rPr>
              <w:t>Балахнин Данил Александрович</w:t>
            </w:r>
          </w:p>
        </w:tc>
        <w:tc>
          <w:tcPr>
            <w:tcW w:w="1417" w:type="dxa"/>
            <w:vAlign w:val="center"/>
          </w:tcPr>
          <w:p w14:paraId="31E57D30" w14:textId="77777777" w:rsidR="00365695" w:rsidRDefault="00365695" w:rsidP="00365695">
            <w:r>
              <w:rPr>
                <w:rFonts w:ascii="Times New Roman" w:hAnsi="Times New Roman" w:cs="Times New Roman"/>
              </w:rPr>
              <w:t>19-04-2013</w:t>
            </w:r>
          </w:p>
        </w:tc>
        <w:tc>
          <w:tcPr>
            <w:tcW w:w="1134" w:type="dxa"/>
            <w:vAlign w:val="center"/>
          </w:tcPr>
          <w:p w14:paraId="4C0064EA" w14:textId="77777777" w:rsidR="00365695" w:rsidRDefault="00365695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62C53F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D9E7809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248A2AEB" w14:textId="77777777" w:rsidTr="006F17CF">
        <w:tc>
          <w:tcPr>
            <w:tcW w:w="10657" w:type="dxa"/>
            <w:gridSpan w:val="6"/>
            <w:vAlign w:val="center"/>
          </w:tcPr>
          <w:p w14:paraId="610F5704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12-13 лет 55+ кг. (Участников: 13 )</w:t>
            </w:r>
          </w:p>
        </w:tc>
      </w:tr>
      <w:tr w:rsidR="00365695" w14:paraId="1D908730" w14:textId="77777777" w:rsidTr="006F17CF">
        <w:tc>
          <w:tcPr>
            <w:tcW w:w="1020" w:type="dxa"/>
            <w:vAlign w:val="center"/>
          </w:tcPr>
          <w:p w14:paraId="639D338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0CE26F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1FBAC88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BAB85E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E3C1AB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2D9189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:rsidRPr="006F17CF" w14:paraId="25E1EACF" w14:textId="77777777" w:rsidTr="006F17CF">
        <w:tc>
          <w:tcPr>
            <w:tcW w:w="1020" w:type="dxa"/>
            <w:vAlign w:val="center"/>
          </w:tcPr>
          <w:p w14:paraId="4C9EF05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0877F4E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Месяцев Данил Андреевич</w:t>
            </w:r>
          </w:p>
        </w:tc>
        <w:tc>
          <w:tcPr>
            <w:tcW w:w="1417" w:type="dxa"/>
            <w:vAlign w:val="center"/>
          </w:tcPr>
          <w:p w14:paraId="7CFB28F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04-03-2013</w:t>
            </w:r>
          </w:p>
        </w:tc>
        <w:tc>
          <w:tcPr>
            <w:tcW w:w="1134" w:type="dxa"/>
            <w:vAlign w:val="center"/>
          </w:tcPr>
          <w:p w14:paraId="4A5E9C6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AA25F1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22739D2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Селиверстов Р.В. Мамедов А.М</w:t>
            </w:r>
          </w:p>
        </w:tc>
      </w:tr>
      <w:tr w:rsidR="00365695" w14:paraId="3A089D2E" w14:textId="77777777" w:rsidTr="006F17CF">
        <w:tc>
          <w:tcPr>
            <w:tcW w:w="1020" w:type="dxa"/>
            <w:vAlign w:val="center"/>
          </w:tcPr>
          <w:p w14:paraId="66F9BF8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1636281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Чепрасов Иван Алексеевич</w:t>
            </w:r>
          </w:p>
        </w:tc>
        <w:tc>
          <w:tcPr>
            <w:tcW w:w="1417" w:type="dxa"/>
            <w:vAlign w:val="center"/>
          </w:tcPr>
          <w:p w14:paraId="36ADBA9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23-02-2013</w:t>
            </w:r>
          </w:p>
        </w:tc>
        <w:tc>
          <w:tcPr>
            <w:tcW w:w="1134" w:type="dxa"/>
            <w:vAlign w:val="center"/>
          </w:tcPr>
          <w:p w14:paraId="41DC6629" w14:textId="5EFAFF66" w:rsidR="00365695" w:rsidRDefault="001C4D88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3F47FFE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831D0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65695" w14:paraId="606AE761" w14:textId="77777777" w:rsidTr="006F17CF">
        <w:tc>
          <w:tcPr>
            <w:tcW w:w="1020" w:type="dxa"/>
            <w:vAlign w:val="center"/>
          </w:tcPr>
          <w:p w14:paraId="7782C89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2551" w:type="dxa"/>
            <w:vAlign w:val="center"/>
          </w:tcPr>
          <w:p w14:paraId="6F567C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Филатов Артём Дмитриевич</w:t>
            </w:r>
          </w:p>
        </w:tc>
        <w:tc>
          <w:tcPr>
            <w:tcW w:w="1417" w:type="dxa"/>
            <w:vAlign w:val="center"/>
          </w:tcPr>
          <w:p w14:paraId="63E31E0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07-06-2014</w:t>
            </w:r>
          </w:p>
        </w:tc>
        <w:tc>
          <w:tcPr>
            <w:tcW w:w="1134" w:type="dxa"/>
            <w:vAlign w:val="center"/>
          </w:tcPr>
          <w:p w14:paraId="1B04AC4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D519AD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EAE511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 Д.С</w:t>
            </w:r>
          </w:p>
        </w:tc>
      </w:tr>
      <w:tr w:rsidR="00365695" w14:paraId="03D5CC76" w14:textId="77777777" w:rsidTr="006F17CF">
        <w:tc>
          <w:tcPr>
            <w:tcW w:w="1020" w:type="dxa"/>
            <w:vAlign w:val="center"/>
          </w:tcPr>
          <w:p w14:paraId="003B5B4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0029102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Чепрасов Павел Вадимович</w:t>
            </w:r>
          </w:p>
        </w:tc>
        <w:tc>
          <w:tcPr>
            <w:tcW w:w="1417" w:type="dxa"/>
            <w:vAlign w:val="center"/>
          </w:tcPr>
          <w:p w14:paraId="425E6B5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13-02-2013</w:t>
            </w:r>
          </w:p>
        </w:tc>
        <w:tc>
          <w:tcPr>
            <w:tcW w:w="1134" w:type="dxa"/>
            <w:vAlign w:val="center"/>
          </w:tcPr>
          <w:p w14:paraId="3B48940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6A64986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038886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65695" w14:paraId="3E6548E8" w14:textId="77777777" w:rsidTr="006F17CF">
        <w:tc>
          <w:tcPr>
            <w:tcW w:w="1020" w:type="dxa"/>
            <w:vAlign w:val="center"/>
          </w:tcPr>
          <w:p w14:paraId="3C1173B4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4909A02" w14:textId="77777777" w:rsidR="00365695" w:rsidRDefault="00365695" w:rsidP="00365695">
            <w:r>
              <w:rPr>
                <w:rFonts w:ascii="Times New Roman" w:hAnsi="Times New Roman" w:cs="Times New Roman"/>
              </w:rPr>
              <w:t>Попов Александр Сергеевич</w:t>
            </w:r>
          </w:p>
        </w:tc>
        <w:tc>
          <w:tcPr>
            <w:tcW w:w="1417" w:type="dxa"/>
            <w:vAlign w:val="center"/>
          </w:tcPr>
          <w:p w14:paraId="3A70FB7E" w14:textId="77777777" w:rsidR="00365695" w:rsidRDefault="00365695" w:rsidP="00365695">
            <w:r>
              <w:rPr>
                <w:rFonts w:ascii="Times New Roman" w:hAnsi="Times New Roman" w:cs="Times New Roman"/>
              </w:rPr>
              <w:t>15-08-2013</w:t>
            </w:r>
          </w:p>
        </w:tc>
        <w:tc>
          <w:tcPr>
            <w:tcW w:w="1134" w:type="dxa"/>
            <w:vAlign w:val="center"/>
          </w:tcPr>
          <w:p w14:paraId="1B6CF687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3E3A662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16D6FC2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 Д.С</w:t>
            </w:r>
          </w:p>
        </w:tc>
      </w:tr>
      <w:tr w:rsidR="00365695" w14:paraId="601ED435" w14:textId="77777777" w:rsidTr="006F17CF">
        <w:tc>
          <w:tcPr>
            <w:tcW w:w="1020" w:type="dxa"/>
            <w:vAlign w:val="center"/>
          </w:tcPr>
          <w:p w14:paraId="4EAAC78B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8B6027B" w14:textId="77777777" w:rsidR="00365695" w:rsidRDefault="00365695" w:rsidP="00365695">
            <w:r>
              <w:rPr>
                <w:rFonts w:ascii="Times New Roman" w:hAnsi="Times New Roman" w:cs="Times New Roman"/>
              </w:rPr>
              <w:t>Мелентьев Матвей Евгеньевич</w:t>
            </w:r>
          </w:p>
        </w:tc>
        <w:tc>
          <w:tcPr>
            <w:tcW w:w="1417" w:type="dxa"/>
            <w:vAlign w:val="center"/>
          </w:tcPr>
          <w:p w14:paraId="4989DA23" w14:textId="77777777" w:rsidR="00365695" w:rsidRDefault="00365695" w:rsidP="00365695">
            <w:r>
              <w:rPr>
                <w:rFonts w:ascii="Times New Roman" w:hAnsi="Times New Roman" w:cs="Times New Roman"/>
              </w:rPr>
              <w:t>13-07-2014</w:t>
            </w:r>
          </w:p>
        </w:tc>
        <w:tc>
          <w:tcPr>
            <w:tcW w:w="1134" w:type="dxa"/>
            <w:vAlign w:val="center"/>
          </w:tcPr>
          <w:p w14:paraId="4882460F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8C6830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9D1AEE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2FC208FD" w14:textId="77777777" w:rsidTr="006F17CF">
        <w:tc>
          <w:tcPr>
            <w:tcW w:w="1020" w:type="dxa"/>
            <w:vAlign w:val="center"/>
          </w:tcPr>
          <w:p w14:paraId="19BFD47E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F47AB14" w14:textId="77777777" w:rsidR="00365695" w:rsidRDefault="00365695" w:rsidP="00365695">
            <w:r>
              <w:rPr>
                <w:rFonts w:ascii="Times New Roman" w:hAnsi="Times New Roman" w:cs="Times New Roman"/>
              </w:rPr>
              <w:t>Камакин Михаил Евгеньевич</w:t>
            </w:r>
          </w:p>
        </w:tc>
        <w:tc>
          <w:tcPr>
            <w:tcW w:w="1417" w:type="dxa"/>
            <w:vAlign w:val="center"/>
          </w:tcPr>
          <w:p w14:paraId="2B7B1F25" w14:textId="77777777" w:rsidR="00365695" w:rsidRDefault="00365695" w:rsidP="00365695">
            <w:r>
              <w:rPr>
                <w:rFonts w:ascii="Times New Roman" w:hAnsi="Times New Roman" w:cs="Times New Roman"/>
              </w:rPr>
              <w:t>23-12-2013</w:t>
            </w:r>
          </w:p>
        </w:tc>
        <w:tc>
          <w:tcPr>
            <w:tcW w:w="1134" w:type="dxa"/>
            <w:vAlign w:val="center"/>
          </w:tcPr>
          <w:p w14:paraId="2D66921A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52FFCA1C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9F965C5" w14:textId="77777777" w:rsidR="00365695" w:rsidRDefault="00365695" w:rsidP="00365695">
            <w:r>
              <w:rPr>
                <w:rFonts w:ascii="Times New Roman" w:hAnsi="Times New Roman" w:cs="Times New Roman"/>
              </w:rPr>
              <w:t>Бригунец А.С.</w:t>
            </w:r>
          </w:p>
        </w:tc>
      </w:tr>
      <w:tr w:rsidR="00365695" w14:paraId="7E94FAB2" w14:textId="77777777" w:rsidTr="006F17CF">
        <w:tc>
          <w:tcPr>
            <w:tcW w:w="1020" w:type="dxa"/>
            <w:vAlign w:val="center"/>
          </w:tcPr>
          <w:p w14:paraId="41DFA442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BAD435B" w14:textId="77777777" w:rsidR="00365695" w:rsidRDefault="00365695" w:rsidP="00365695">
            <w:r>
              <w:rPr>
                <w:rFonts w:ascii="Times New Roman" w:hAnsi="Times New Roman" w:cs="Times New Roman"/>
              </w:rPr>
              <w:t>Прудников Тимур Евгеньевич</w:t>
            </w:r>
          </w:p>
        </w:tc>
        <w:tc>
          <w:tcPr>
            <w:tcW w:w="1417" w:type="dxa"/>
            <w:vAlign w:val="center"/>
          </w:tcPr>
          <w:p w14:paraId="00FDC990" w14:textId="77777777" w:rsidR="00365695" w:rsidRDefault="00365695" w:rsidP="00365695">
            <w:r>
              <w:rPr>
                <w:rFonts w:ascii="Times New Roman" w:hAnsi="Times New Roman" w:cs="Times New Roman"/>
              </w:rPr>
              <w:t>14-05-2013</w:t>
            </w:r>
          </w:p>
        </w:tc>
        <w:tc>
          <w:tcPr>
            <w:tcW w:w="1134" w:type="dxa"/>
            <w:vAlign w:val="center"/>
          </w:tcPr>
          <w:p w14:paraId="232A4213" w14:textId="43F0F20E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2735A58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01CDE9D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722C7FAA" w14:textId="77777777" w:rsidTr="006F17CF">
        <w:tc>
          <w:tcPr>
            <w:tcW w:w="1020" w:type="dxa"/>
            <w:vAlign w:val="center"/>
          </w:tcPr>
          <w:p w14:paraId="3462761A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40598B9A" w14:textId="77777777" w:rsidR="00365695" w:rsidRDefault="00365695" w:rsidP="00365695">
            <w:r>
              <w:rPr>
                <w:rFonts w:ascii="Times New Roman" w:hAnsi="Times New Roman" w:cs="Times New Roman"/>
              </w:rPr>
              <w:t>Жукенов Тигран Илнарович</w:t>
            </w:r>
          </w:p>
        </w:tc>
        <w:tc>
          <w:tcPr>
            <w:tcW w:w="1417" w:type="dxa"/>
            <w:vAlign w:val="center"/>
          </w:tcPr>
          <w:p w14:paraId="464D69B6" w14:textId="77777777" w:rsidR="00365695" w:rsidRDefault="00365695" w:rsidP="00365695">
            <w:r>
              <w:rPr>
                <w:rFonts w:ascii="Times New Roman" w:hAnsi="Times New Roman" w:cs="Times New Roman"/>
              </w:rPr>
              <w:t>26-01-2014</w:t>
            </w:r>
          </w:p>
        </w:tc>
        <w:tc>
          <w:tcPr>
            <w:tcW w:w="1134" w:type="dxa"/>
            <w:vAlign w:val="center"/>
          </w:tcPr>
          <w:p w14:paraId="22DD51FF" w14:textId="6D6B63E9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1F9F662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11F8B36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</w:t>
            </w:r>
          </w:p>
        </w:tc>
      </w:tr>
      <w:tr w:rsidR="00365695" w14:paraId="339DE44D" w14:textId="77777777" w:rsidTr="006F17CF">
        <w:tc>
          <w:tcPr>
            <w:tcW w:w="1020" w:type="dxa"/>
            <w:vAlign w:val="center"/>
          </w:tcPr>
          <w:p w14:paraId="302A8FED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BE0319D" w14:textId="77777777" w:rsidR="00365695" w:rsidRDefault="00365695" w:rsidP="00365695">
            <w:r>
              <w:rPr>
                <w:rFonts w:ascii="Times New Roman" w:hAnsi="Times New Roman" w:cs="Times New Roman"/>
              </w:rPr>
              <w:t>Дёмин Артём Денисович</w:t>
            </w:r>
          </w:p>
        </w:tc>
        <w:tc>
          <w:tcPr>
            <w:tcW w:w="1417" w:type="dxa"/>
            <w:vAlign w:val="center"/>
          </w:tcPr>
          <w:p w14:paraId="12DC4EEC" w14:textId="77777777" w:rsidR="00365695" w:rsidRDefault="00365695" w:rsidP="00365695">
            <w:r>
              <w:rPr>
                <w:rFonts w:ascii="Times New Roman" w:hAnsi="Times New Roman" w:cs="Times New Roman"/>
              </w:rPr>
              <w:t>21-05-2013</w:t>
            </w:r>
          </w:p>
        </w:tc>
        <w:tc>
          <w:tcPr>
            <w:tcW w:w="1134" w:type="dxa"/>
            <w:vAlign w:val="center"/>
          </w:tcPr>
          <w:p w14:paraId="28CC630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3FF5B8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6674A65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6D4669A3" w14:textId="77777777" w:rsidTr="006F17CF">
        <w:tc>
          <w:tcPr>
            <w:tcW w:w="1020" w:type="dxa"/>
            <w:vAlign w:val="center"/>
          </w:tcPr>
          <w:p w14:paraId="4B4C2F1F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44B8873C" w14:textId="77777777" w:rsidR="00365695" w:rsidRDefault="00365695" w:rsidP="00365695">
            <w:r>
              <w:rPr>
                <w:rFonts w:ascii="Times New Roman" w:hAnsi="Times New Roman" w:cs="Times New Roman"/>
              </w:rPr>
              <w:t>Мялькин Сергей Владимирович</w:t>
            </w:r>
          </w:p>
        </w:tc>
        <w:tc>
          <w:tcPr>
            <w:tcW w:w="1417" w:type="dxa"/>
            <w:vAlign w:val="center"/>
          </w:tcPr>
          <w:p w14:paraId="7628F3DE" w14:textId="77777777" w:rsidR="00365695" w:rsidRDefault="00365695" w:rsidP="00365695">
            <w:r>
              <w:rPr>
                <w:rFonts w:ascii="Times New Roman" w:hAnsi="Times New Roman" w:cs="Times New Roman"/>
              </w:rPr>
              <w:t>02-03-2013</w:t>
            </w:r>
          </w:p>
        </w:tc>
        <w:tc>
          <w:tcPr>
            <w:tcW w:w="1134" w:type="dxa"/>
            <w:vAlign w:val="center"/>
          </w:tcPr>
          <w:p w14:paraId="1C207B25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520F8B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CF20F6B" w14:textId="77777777" w:rsidR="00365695" w:rsidRDefault="00365695" w:rsidP="00365695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65695" w14:paraId="363379D5" w14:textId="77777777" w:rsidTr="006F17CF">
        <w:tc>
          <w:tcPr>
            <w:tcW w:w="1020" w:type="dxa"/>
            <w:vAlign w:val="center"/>
          </w:tcPr>
          <w:p w14:paraId="414F9677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254C1DA3" w14:textId="77777777" w:rsidR="00365695" w:rsidRDefault="00365695" w:rsidP="00365695">
            <w:r>
              <w:rPr>
                <w:rFonts w:ascii="Times New Roman" w:hAnsi="Times New Roman" w:cs="Times New Roman"/>
              </w:rPr>
              <w:t>Шахов Мирон Рустамович</w:t>
            </w:r>
          </w:p>
        </w:tc>
        <w:tc>
          <w:tcPr>
            <w:tcW w:w="1417" w:type="dxa"/>
            <w:vAlign w:val="center"/>
          </w:tcPr>
          <w:p w14:paraId="7419B7D9" w14:textId="77777777" w:rsidR="00365695" w:rsidRDefault="00365695" w:rsidP="00365695">
            <w:r>
              <w:rPr>
                <w:rFonts w:ascii="Times New Roman" w:hAnsi="Times New Roman" w:cs="Times New Roman"/>
              </w:rPr>
              <w:t>08-01-2013</w:t>
            </w:r>
          </w:p>
        </w:tc>
        <w:tc>
          <w:tcPr>
            <w:tcW w:w="1134" w:type="dxa"/>
            <w:vAlign w:val="center"/>
          </w:tcPr>
          <w:p w14:paraId="19AF0488" w14:textId="22F8FEC7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6A4DA34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F7CEA40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54A269AF" w14:textId="77777777" w:rsidTr="006F17CF">
        <w:tc>
          <w:tcPr>
            <w:tcW w:w="1020" w:type="dxa"/>
            <w:vAlign w:val="center"/>
          </w:tcPr>
          <w:p w14:paraId="6FD5BF63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761C1F17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Бессонов Егор Николаевич</w:t>
            </w:r>
          </w:p>
        </w:tc>
        <w:tc>
          <w:tcPr>
            <w:tcW w:w="1417" w:type="dxa"/>
            <w:vAlign w:val="center"/>
          </w:tcPr>
          <w:p w14:paraId="2FE1A560" w14:textId="77777777" w:rsidR="00365695" w:rsidRDefault="00365695" w:rsidP="00365695">
            <w:r>
              <w:rPr>
                <w:rFonts w:ascii="Times New Roman" w:hAnsi="Times New Roman" w:cs="Times New Roman"/>
              </w:rPr>
              <w:t>16-12-2013</w:t>
            </w:r>
          </w:p>
        </w:tc>
        <w:tc>
          <w:tcPr>
            <w:tcW w:w="1134" w:type="dxa"/>
            <w:vAlign w:val="center"/>
          </w:tcPr>
          <w:p w14:paraId="7E921CA0" w14:textId="14A7F302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66134A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A2D3DA4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А.Ю.</w:t>
            </w:r>
          </w:p>
        </w:tc>
      </w:tr>
      <w:tr w:rsidR="00365695" w14:paraId="7929B528" w14:textId="77777777" w:rsidTr="006F17CF">
        <w:tc>
          <w:tcPr>
            <w:tcW w:w="10657" w:type="dxa"/>
            <w:gridSpan w:val="6"/>
            <w:vAlign w:val="center"/>
          </w:tcPr>
          <w:p w14:paraId="75BD45BF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14-15 лет 52 кг. (Участников: 15 )</w:t>
            </w:r>
          </w:p>
        </w:tc>
      </w:tr>
      <w:tr w:rsidR="00365695" w14:paraId="4D7CBA02" w14:textId="77777777" w:rsidTr="006F17CF">
        <w:tc>
          <w:tcPr>
            <w:tcW w:w="1020" w:type="dxa"/>
            <w:vAlign w:val="center"/>
          </w:tcPr>
          <w:p w14:paraId="5017BAA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395FE9D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F9AA2C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A63F66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7EF964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D6597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3C6E67FC" w14:textId="77777777" w:rsidTr="006F17CF">
        <w:tc>
          <w:tcPr>
            <w:tcW w:w="1020" w:type="dxa"/>
            <w:vAlign w:val="center"/>
          </w:tcPr>
          <w:p w14:paraId="44F8BD3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57F9C5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Дмух Данил Денисович</w:t>
            </w:r>
          </w:p>
        </w:tc>
        <w:tc>
          <w:tcPr>
            <w:tcW w:w="1417" w:type="dxa"/>
            <w:vAlign w:val="center"/>
          </w:tcPr>
          <w:p w14:paraId="5B9D28F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09-08-2012</w:t>
            </w:r>
          </w:p>
        </w:tc>
        <w:tc>
          <w:tcPr>
            <w:tcW w:w="1134" w:type="dxa"/>
            <w:vAlign w:val="center"/>
          </w:tcPr>
          <w:p w14:paraId="37388B01" w14:textId="0F4AFFDA" w:rsidR="00365695" w:rsidRDefault="001C4D88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0F397CF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B7B837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05D6120C" w14:textId="77777777" w:rsidTr="006F17CF">
        <w:tc>
          <w:tcPr>
            <w:tcW w:w="1020" w:type="dxa"/>
            <w:vAlign w:val="center"/>
          </w:tcPr>
          <w:p w14:paraId="7297F18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4A19D7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Свиридов Дионис Денисович</w:t>
            </w:r>
          </w:p>
        </w:tc>
        <w:tc>
          <w:tcPr>
            <w:tcW w:w="1417" w:type="dxa"/>
            <w:vAlign w:val="center"/>
          </w:tcPr>
          <w:p w14:paraId="5C5D110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19-02-2012</w:t>
            </w:r>
          </w:p>
        </w:tc>
        <w:tc>
          <w:tcPr>
            <w:tcW w:w="1134" w:type="dxa"/>
            <w:vAlign w:val="center"/>
          </w:tcPr>
          <w:p w14:paraId="79630F8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6858CED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205067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14:paraId="454085A4" w14:textId="77777777" w:rsidTr="006F17CF">
        <w:tc>
          <w:tcPr>
            <w:tcW w:w="1020" w:type="dxa"/>
            <w:vAlign w:val="center"/>
          </w:tcPr>
          <w:p w14:paraId="007F11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5D9DAB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Леденев Андрей Геннадьевич</w:t>
            </w:r>
          </w:p>
        </w:tc>
        <w:tc>
          <w:tcPr>
            <w:tcW w:w="1417" w:type="dxa"/>
            <w:vAlign w:val="center"/>
          </w:tcPr>
          <w:p w14:paraId="31A81C4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27-10-2012</w:t>
            </w:r>
          </w:p>
        </w:tc>
        <w:tc>
          <w:tcPr>
            <w:tcW w:w="1134" w:type="dxa"/>
            <w:vAlign w:val="center"/>
          </w:tcPr>
          <w:p w14:paraId="1952DDC7" w14:textId="61CFF384" w:rsidR="00365695" w:rsidRDefault="001C4D88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1B12D9A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D356A6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65695" w:rsidRPr="006F17CF" w14:paraId="43405A1E" w14:textId="77777777" w:rsidTr="006F17CF">
        <w:tc>
          <w:tcPr>
            <w:tcW w:w="1020" w:type="dxa"/>
            <w:vAlign w:val="center"/>
          </w:tcPr>
          <w:p w14:paraId="5753C2F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36C38A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Стародубцев Ярослав Владимирович</w:t>
            </w:r>
          </w:p>
        </w:tc>
        <w:tc>
          <w:tcPr>
            <w:tcW w:w="1417" w:type="dxa"/>
            <w:vAlign w:val="center"/>
          </w:tcPr>
          <w:p w14:paraId="29C6493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26-05-2012</w:t>
            </w:r>
          </w:p>
        </w:tc>
        <w:tc>
          <w:tcPr>
            <w:tcW w:w="1134" w:type="dxa"/>
            <w:vAlign w:val="center"/>
          </w:tcPr>
          <w:p w14:paraId="36F3A80F" w14:textId="6F89CF0B" w:rsidR="00365695" w:rsidRDefault="001C4D88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3C83229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DD1C35C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Вдовин Р.А.Жексанаев М.С</w:t>
            </w:r>
          </w:p>
        </w:tc>
      </w:tr>
      <w:tr w:rsidR="00365695" w14:paraId="5A7C6A18" w14:textId="77777777" w:rsidTr="006F17CF">
        <w:tc>
          <w:tcPr>
            <w:tcW w:w="1020" w:type="dxa"/>
            <w:vAlign w:val="center"/>
          </w:tcPr>
          <w:p w14:paraId="16CE057F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78B58F62" w14:textId="77777777" w:rsidR="00365695" w:rsidRDefault="00365695" w:rsidP="00365695">
            <w:r>
              <w:rPr>
                <w:rFonts w:ascii="Times New Roman" w:hAnsi="Times New Roman" w:cs="Times New Roman"/>
              </w:rPr>
              <w:t>Гостишев Денис Алексеевич</w:t>
            </w:r>
          </w:p>
        </w:tc>
        <w:tc>
          <w:tcPr>
            <w:tcW w:w="1417" w:type="dxa"/>
            <w:vAlign w:val="center"/>
          </w:tcPr>
          <w:p w14:paraId="684A8FEB" w14:textId="77777777" w:rsidR="00365695" w:rsidRDefault="00365695" w:rsidP="00365695">
            <w:r>
              <w:rPr>
                <w:rFonts w:ascii="Times New Roman" w:hAnsi="Times New Roman" w:cs="Times New Roman"/>
              </w:rPr>
              <w:t>20-11-2012</w:t>
            </w:r>
          </w:p>
        </w:tc>
        <w:tc>
          <w:tcPr>
            <w:tcW w:w="1134" w:type="dxa"/>
            <w:vAlign w:val="center"/>
          </w:tcPr>
          <w:p w14:paraId="0F802B2D" w14:textId="5AA4A9B8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43051A0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5C4D06B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</w:t>
            </w:r>
          </w:p>
        </w:tc>
      </w:tr>
      <w:tr w:rsidR="00365695" w14:paraId="604F94B2" w14:textId="77777777" w:rsidTr="006F17CF">
        <w:tc>
          <w:tcPr>
            <w:tcW w:w="1020" w:type="dxa"/>
            <w:vAlign w:val="center"/>
          </w:tcPr>
          <w:p w14:paraId="71FEF0A9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5C636A58" w14:textId="77777777" w:rsidR="00365695" w:rsidRDefault="00365695" w:rsidP="00365695">
            <w:r>
              <w:rPr>
                <w:rFonts w:ascii="Times New Roman" w:hAnsi="Times New Roman" w:cs="Times New Roman"/>
              </w:rPr>
              <w:t>Жук Никита Витальевич</w:t>
            </w:r>
          </w:p>
        </w:tc>
        <w:tc>
          <w:tcPr>
            <w:tcW w:w="1417" w:type="dxa"/>
            <w:vAlign w:val="center"/>
          </w:tcPr>
          <w:p w14:paraId="6CF3A1FC" w14:textId="77777777" w:rsidR="00365695" w:rsidRDefault="00365695" w:rsidP="00365695">
            <w:r>
              <w:rPr>
                <w:rFonts w:ascii="Times New Roman" w:hAnsi="Times New Roman" w:cs="Times New Roman"/>
              </w:rPr>
              <w:t>30-06-2011</w:t>
            </w:r>
          </w:p>
        </w:tc>
        <w:tc>
          <w:tcPr>
            <w:tcW w:w="1134" w:type="dxa"/>
            <w:vAlign w:val="center"/>
          </w:tcPr>
          <w:p w14:paraId="599A2F97" w14:textId="4502A697" w:rsidR="00365695" w:rsidRDefault="001C4D88" w:rsidP="00365695">
            <w:r>
              <w:rPr>
                <w:rFonts w:ascii="Times New Roman" w:hAnsi="Times New Roman" w:cs="Times New Roman"/>
              </w:rPr>
              <w:t>3р</w:t>
            </w:r>
          </w:p>
        </w:tc>
        <w:tc>
          <w:tcPr>
            <w:tcW w:w="1984" w:type="dxa"/>
            <w:vAlign w:val="center"/>
          </w:tcPr>
          <w:p w14:paraId="0B20953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C082A66" w14:textId="77777777" w:rsidR="00365695" w:rsidRDefault="00365695" w:rsidP="00365695">
            <w:r>
              <w:rPr>
                <w:rFonts w:ascii="Times New Roman" w:hAnsi="Times New Roman" w:cs="Times New Roman"/>
              </w:rPr>
              <w:t>Кузьмин Д. С.</w:t>
            </w:r>
          </w:p>
        </w:tc>
      </w:tr>
      <w:tr w:rsidR="00365695" w14:paraId="6C3BD449" w14:textId="77777777" w:rsidTr="006F17CF">
        <w:tc>
          <w:tcPr>
            <w:tcW w:w="1020" w:type="dxa"/>
            <w:vAlign w:val="center"/>
          </w:tcPr>
          <w:p w14:paraId="6808646D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25019BCA" w14:textId="77777777" w:rsidR="00365695" w:rsidRDefault="00365695" w:rsidP="00365695">
            <w:r>
              <w:rPr>
                <w:rFonts w:ascii="Times New Roman" w:hAnsi="Times New Roman" w:cs="Times New Roman"/>
              </w:rPr>
              <w:t>Дайбов Сергей Михайлович</w:t>
            </w:r>
          </w:p>
        </w:tc>
        <w:tc>
          <w:tcPr>
            <w:tcW w:w="1417" w:type="dxa"/>
            <w:vAlign w:val="center"/>
          </w:tcPr>
          <w:p w14:paraId="49C26754" w14:textId="77777777" w:rsidR="00365695" w:rsidRDefault="00365695" w:rsidP="00365695">
            <w:r>
              <w:rPr>
                <w:rFonts w:ascii="Times New Roman" w:hAnsi="Times New Roman" w:cs="Times New Roman"/>
              </w:rPr>
              <w:t>09-10-2012</w:t>
            </w:r>
          </w:p>
        </w:tc>
        <w:tc>
          <w:tcPr>
            <w:tcW w:w="1134" w:type="dxa"/>
            <w:vAlign w:val="center"/>
          </w:tcPr>
          <w:p w14:paraId="4202DE47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3161EB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2A41810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26E56D2C" w14:textId="77777777" w:rsidTr="006F17CF">
        <w:tc>
          <w:tcPr>
            <w:tcW w:w="1020" w:type="dxa"/>
            <w:vAlign w:val="center"/>
          </w:tcPr>
          <w:p w14:paraId="4E4BE761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50F857F8" w14:textId="77777777" w:rsidR="00365695" w:rsidRDefault="00365695" w:rsidP="00365695">
            <w:r>
              <w:rPr>
                <w:rFonts w:ascii="Times New Roman" w:hAnsi="Times New Roman" w:cs="Times New Roman"/>
              </w:rPr>
              <w:t>Карпов Семен Александрович</w:t>
            </w:r>
          </w:p>
        </w:tc>
        <w:tc>
          <w:tcPr>
            <w:tcW w:w="1417" w:type="dxa"/>
            <w:vAlign w:val="center"/>
          </w:tcPr>
          <w:p w14:paraId="625395DD" w14:textId="77777777" w:rsidR="00365695" w:rsidRDefault="00365695" w:rsidP="00365695">
            <w:r>
              <w:rPr>
                <w:rFonts w:ascii="Times New Roman" w:hAnsi="Times New Roman" w:cs="Times New Roman"/>
              </w:rPr>
              <w:t>14-09-2012</w:t>
            </w:r>
          </w:p>
        </w:tc>
        <w:tc>
          <w:tcPr>
            <w:tcW w:w="1134" w:type="dxa"/>
            <w:vAlign w:val="center"/>
          </w:tcPr>
          <w:p w14:paraId="3BA93825" w14:textId="77777777" w:rsidR="00365695" w:rsidRDefault="00365695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65DBBCC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9E525BC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646EC8C9" w14:textId="77777777" w:rsidTr="006F17CF">
        <w:tc>
          <w:tcPr>
            <w:tcW w:w="1020" w:type="dxa"/>
            <w:vAlign w:val="center"/>
          </w:tcPr>
          <w:p w14:paraId="4A99FC96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107BEAE6" w14:textId="77777777" w:rsidR="00365695" w:rsidRDefault="00365695" w:rsidP="00365695">
            <w:r>
              <w:rPr>
                <w:rFonts w:ascii="Times New Roman" w:hAnsi="Times New Roman" w:cs="Times New Roman"/>
              </w:rPr>
              <w:t>Расулов Билал Нихат оглы</w:t>
            </w:r>
          </w:p>
        </w:tc>
        <w:tc>
          <w:tcPr>
            <w:tcW w:w="1417" w:type="dxa"/>
            <w:vAlign w:val="center"/>
          </w:tcPr>
          <w:p w14:paraId="7CEF3C50" w14:textId="77777777" w:rsidR="00365695" w:rsidRDefault="00365695" w:rsidP="00365695">
            <w:r>
              <w:rPr>
                <w:rFonts w:ascii="Times New Roman" w:hAnsi="Times New Roman" w:cs="Times New Roman"/>
              </w:rPr>
              <w:t>06-06-2012</w:t>
            </w:r>
          </w:p>
        </w:tc>
        <w:tc>
          <w:tcPr>
            <w:tcW w:w="1134" w:type="dxa"/>
            <w:vAlign w:val="center"/>
          </w:tcPr>
          <w:p w14:paraId="00E9C333" w14:textId="77777777" w:rsidR="00365695" w:rsidRDefault="00365695" w:rsidP="00365695">
            <w:r>
              <w:rPr>
                <w:rFonts w:ascii="Times New Roman" w:hAnsi="Times New Roman" w:cs="Times New Roman"/>
              </w:rPr>
              <w:t>2р</w:t>
            </w:r>
          </w:p>
        </w:tc>
        <w:tc>
          <w:tcPr>
            <w:tcW w:w="1984" w:type="dxa"/>
            <w:vAlign w:val="center"/>
          </w:tcPr>
          <w:p w14:paraId="22F23201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07505DD" w14:textId="77777777" w:rsidR="00365695" w:rsidRDefault="00365695" w:rsidP="00365695">
            <w:r>
              <w:rPr>
                <w:rFonts w:ascii="Times New Roman" w:hAnsi="Times New Roman" w:cs="Times New Roman"/>
              </w:rPr>
              <w:t>Томас В.А.</w:t>
            </w:r>
          </w:p>
        </w:tc>
      </w:tr>
      <w:tr w:rsidR="00365695" w14:paraId="22DB62F5" w14:textId="77777777" w:rsidTr="006F17CF">
        <w:tc>
          <w:tcPr>
            <w:tcW w:w="1020" w:type="dxa"/>
            <w:vAlign w:val="center"/>
          </w:tcPr>
          <w:p w14:paraId="0919B2EC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9F1AA6D" w14:textId="77777777" w:rsidR="00365695" w:rsidRDefault="00365695" w:rsidP="00365695">
            <w:r>
              <w:rPr>
                <w:rFonts w:ascii="Times New Roman" w:hAnsi="Times New Roman" w:cs="Times New Roman"/>
              </w:rPr>
              <w:t>Мамашев Аркадий Александрович</w:t>
            </w:r>
          </w:p>
        </w:tc>
        <w:tc>
          <w:tcPr>
            <w:tcW w:w="1417" w:type="dxa"/>
            <w:vAlign w:val="center"/>
          </w:tcPr>
          <w:p w14:paraId="0723F543" w14:textId="77777777" w:rsidR="00365695" w:rsidRDefault="00365695" w:rsidP="00365695">
            <w:r>
              <w:rPr>
                <w:rFonts w:ascii="Times New Roman" w:hAnsi="Times New Roman" w:cs="Times New Roman"/>
              </w:rPr>
              <w:t>28-03-2013</w:t>
            </w:r>
          </w:p>
        </w:tc>
        <w:tc>
          <w:tcPr>
            <w:tcW w:w="1134" w:type="dxa"/>
            <w:vAlign w:val="center"/>
          </w:tcPr>
          <w:p w14:paraId="0984C0C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4E3E63C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6046D20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6BB9A47D" w14:textId="77777777" w:rsidTr="006F17CF">
        <w:tc>
          <w:tcPr>
            <w:tcW w:w="1020" w:type="dxa"/>
            <w:vAlign w:val="center"/>
          </w:tcPr>
          <w:p w14:paraId="55700E12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46D8A3CD" w14:textId="77777777" w:rsidR="00365695" w:rsidRDefault="00365695" w:rsidP="00365695">
            <w:r>
              <w:rPr>
                <w:rFonts w:ascii="Times New Roman" w:hAnsi="Times New Roman" w:cs="Times New Roman"/>
              </w:rPr>
              <w:t>Васильев Владислав Евгеньевич</w:t>
            </w:r>
          </w:p>
        </w:tc>
        <w:tc>
          <w:tcPr>
            <w:tcW w:w="1417" w:type="dxa"/>
            <w:vAlign w:val="center"/>
          </w:tcPr>
          <w:p w14:paraId="0010D275" w14:textId="77777777" w:rsidR="00365695" w:rsidRDefault="00365695" w:rsidP="00365695">
            <w:r>
              <w:rPr>
                <w:rFonts w:ascii="Times New Roman" w:hAnsi="Times New Roman" w:cs="Times New Roman"/>
              </w:rPr>
              <w:t>18-06-2012</w:t>
            </w:r>
          </w:p>
        </w:tc>
        <w:tc>
          <w:tcPr>
            <w:tcW w:w="1134" w:type="dxa"/>
            <w:vAlign w:val="center"/>
          </w:tcPr>
          <w:p w14:paraId="206683F5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7E1235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315F08A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20996B88" w14:textId="77777777" w:rsidTr="006F17CF">
        <w:tc>
          <w:tcPr>
            <w:tcW w:w="1020" w:type="dxa"/>
            <w:vAlign w:val="center"/>
          </w:tcPr>
          <w:p w14:paraId="4BE83EC1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27BC48F5" w14:textId="77777777" w:rsidR="00365695" w:rsidRDefault="00365695" w:rsidP="00365695">
            <w:r>
              <w:rPr>
                <w:rFonts w:ascii="Times New Roman" w:hAnsi="Times New Roman" w:cs="Times New Roman"/>
              </w:rPr>
              <w:t>Коротких Ефим Александрович</w:t>
            </w:r>
          </w:p>
        </w:tc>
        <w:tc>
          <w:tcPr>
            <w:tcW w:w="1417" w:type="dxa"/>
            <w:vAlign w:val="center"/>
          </w:tcPr>
          <w:p w14:paraId="7D47A67B" w14:textId="77777777" w:rsidR="00365695" w:rsidRDefault="00365695" w:rsidP="00365695">
            <w:r>
              <w:rPr>
                <w:rFonts w:ascii="Times New Roman" w:hAnsi="Times New Roman" w:cs="Times New Roman"/>
              </w:rPr>
              <w:t>07-11-2012</w:t>
            </w:r>
          </w:p>
        </w:tc>
        <w:tc>
          <w:tcPr>
            <w:tcW w:w="1134" w:type="dxa"/>
            <w:vAlign w:val="center"/>
          </w:tcPr>
          <w:p w14:paraId="40CAC7D3" w14:textId="4FEE2A13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3E60CF5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2FEB604" w14:textId="77777777" w:rsidR="00365695" w:rsidRDefault="00365695" w:rsidP="00365695">
            <w:r>
              <w:rPr>
                <w:rFonts w:ascii="Times New Roman" w:hAnsi="Times New Roman" w:cs="Times New Roman"/>
              </w:rPr>
              <w:t>Вдовин Р.А.</w:t>
            </w:r>
          </w:p>
        </w:tc>
      </w:tr>
      <w:tr w:rsidR="00365695" w14:paraId="4C02CC50" w14:textId="77777777" w:rsidTr="006F17CF">
        <w:tc>
          <w:tcPr>
            <w:tcW w:w="1020" w:type="dxa"/>
            <w:vAlign w:val="center"/>
          </w:tcPr>
          <w:p w14:paraId="38BEFD19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20086DF" w14:textId="77777777" w:rsidR="00365695" w:rsidRDefault="00365695" w:rsidP="00365695">
            <w:r>
              <w:rPr>
                <w:rFonts w:ascii="Times New Roman" w:hAnsi="Times New Roman" w:cs="Times New Roman"/>
              </w:rPr>
              <w:t>Ахмедов Дамир Рустамович</w:t>
            </w:r>
          </w:p>
        </w:tc>
        <w:tc>
          <w:tcPr>
            <w:tcW w:w="1417" w:type="dxa"/>
            <w:vAlign w:val="center"/>
          </w:tcPr>
          <w:p w14:paraId="3942C3DF" w14:textId="77777777" w:rsidR="00365695" w:rsidRDefault="00365695" w:rsidP="00365695">
            <w:r>
              <w:rPr>
                <w:rFonts w:ascii="Times New Roman" w:hAnsi="Times New Roman" w:cs="Times New Roman"/>
              </w:rPr>
              <w:t>29-12-2011</w:t>
            </w:r>
          </w:p>
        </w:tc>
        <w:tc>
          <w:tcPr>
            <w:tcW w:w="1134" w:type="dxa"/>
            <w:vAlign w:val="center"/>
          </w:tcPr>
          <w:p w14:paraId="516117F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14E0D29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FFBDABA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53E990EE" w14:textId="77777777" w:rsidTr="006F17CF">
        <w:tc>
          <w:tcPr>
            <w:tcW w:w="1020" w:type="dxa"/>
            <w:vAlign w:val="center"/>
          </w:tcPr>
          <w:p w14:paraId="2265027D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81D3EB1" w14:textId="77777777" w:rsidR="00365695" w:rsidRDefault="00365695" w:rsidP="00365695">
            <w:r>
              <w:rPr>
                <w:rFonts w:ascii="Times New Roman" w:hAnsi="Times New Roman" w:cs="Times New Roman"/>
              </w:rPr>
              <w:t>Юдин Константин Александрович</w:t>
            </w:r>
          </w:p>
        </w:tc>
        <w:tc>
          <w:tcPr>
            <w:tcW w:w="1417" w:type="dxa"/>
            <w:vAlign w:val="center"/>
          </w:tcPr>
          <w:p w14:paraId="34FAD881" w14:textId="77777777" w:rsidR="00365695" w:rsidRDefault="00365695" w:rsidP="00365695">
            <w:r>
              <w:rPr>
                <w:rFonts w:ascii="Times New Roman" w:hAnsi="Times New Roman" w:cs="Times New Roman"/>
              </w:rPr>
              <w:t>23-06-2012</w:t>
            </w:r>
          </w:p>
        </w:tc>
        <w:tc>
          <w:tcPr>
            <w:tcW w:w="1134" w:type="dxa"/>
            <w:vAlign w:val="center"/>
          </w:tcPr>
          <w:p w14:paraId="16509C4A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D888B0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A4AD566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769192F4" w14:textId="77777777" w:rsidTr="006F17CF">
        <w:tc>
          <w:tcPr>
            <w:tcW w:w="1020" w:type="dxa"/>
            <w:vAlign w:val="center"/>
          </w:tcPr>
          <w:p w14:paraId="4269E35C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734425A6" w14:textId="77777777" w:rsidR="00365695" w:rsidRDefault="00365695" w:rsidP="00365695">
            <w:r>
              <w:rPr>
                <w:rFonts w:ascii="Times New Roman" w:hAnsi="Times New Roman" w:cs="Times New Roman"/>
              </w:rPr>
              <w:t>Чебоевских Николай Андреевич</w:t>
            </w:r>
          </w:p>
        </w:tc>
        <w:tc>
          <w:tcPr>
            <w:tcW w:w="1417" w:type="dxa"/>
            <w:vAlign w:val="center"/>
          </w:tcPr>
          <w:p w14:paraId="18653A5B" w14:textId="77777777" w:rsidR="00365695" w:rsidRDefault="00365695" w:rsidP="00365695">
            <w:r>
              <w:rPr>
                <w:rFonts w:ascii="Times New Roman" w:hAnsi="Times New Roman" w:cs="Times New Roman"/>
              </w:rPr>
              <w:t>23-09-2012</w:t>
            </w:r>
          </w:p>
        </w:tc>
        <w:tc>
          <w:tcPr>
            <w:tcW w:w="1134" w:type="dxa"/>
            <w:vAlign w:val="center"/>
          </w:tcPr>
          <w:p w14:paraId="7E7C8202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9947579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F6B686B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57D4D481" w14:textId="77777777" w:rsidTr="006F17CF">
        <w:tc>
          <w:tcPr>
            <w:tcW w:w="10657" w:type="dxa"/>
            <w:gridSpan w:val="6"/>
            <w:vAlign w:val="center"/>
          </w:tcPr>
          <w:p w14:paraId="49BFA2C9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lastRenderedPageBreak/>
              <w:t>Юноши 14-15 лет 57 кг. (Участников: 15 )</w:t>
            </w:r>
          </w:p>
        </w:tc>
      </w:tr>
      <w:tr w:rsidR="00365695" w14:paraId="58D039C3" w14:textId="77777777" w:rsidTr="006F17CF">
        <w:tc>
          <w:tcPr>
            <w:tcW w:w="1020" w:type="dxa"/>
            <w:vAlign w:val="center"/>
          </w:tcPr>
          <w:p w14:paraId="1AE950C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3CBA13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35F41E5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713D7A6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E8E7A9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B02E32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4B3F38F9" w14:textId="77777777" w:rsidTr="006F17CF">
        <w:tc>
          <w:tcPr>
            <w:tcW w:w="1020" w:type="dxa"/>
            <w:vAlign w:val="center"/>
          </w:tcPr>
          <w:p w14:paraId="4744C05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3937C8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Казаков Максим Евгеньевич</w:t>
            </w:r>
          </w:p>
        </w:tc>
        <w:tc>
          <w:tcPr>
            <w:tcW w:w="1417" w:type="dxa"/>
            <w:vAlign w:val="center"/>
          </w:tcPr>
          <w:p w14:paraId="3C1E413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03-11-2012</w:t>
            </w:r>
          </w:p>
        </w:tc>
        <w:tc>
          <w:tcPr>
            <w:tcW w:w="1134" w:type="dxa"/>
            <w:vAlign w:val="center"/>
          </w:tcPr>
          <w:p w14:paraId="6FB85E2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EFFE39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9CAFC5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14:paraId="6E50BCDD" w14:textId="77777777" w:rsidTr="006F17CF">
        <w:tc>
          <w:tcPr>
            <w:tcW w:w="1020" w:type="dxa"/>
            <w:vAlign w:val="center"/>
          </w:tcPr>
          <w:p w14:paraId="5379781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760180D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Бубенщиков Дмитрий Денисович</w:t>
            </w:r>
          </w:p>
        </w:tc>
        <w:tc>
          <w:tcPr>
            <w:tcW w:w="1417" w:type="dxa"/>
            <w:vAlign w:val="center"/>
          </w:tcPr>
          <w:p w14:paraId="32B9B56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15-07-2012</w:t>
            </w:r>
          </w:p>
        </w:tc>
        <w:tc>
          <w:tcPr>
            <w:tcW w:w="1134" w:type="dxa"/>
            <w:vAlign w:val="center"/>
          </w:tcPr>
          <w:p w14:paraId="19718B96" w14:textId="1BA925B4" w:rsidR="00365695" w:rsidRDefault="001C4D88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3404B86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42443F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Хорохордин А.Ю</w:t>
            </w:r>
          </w:p>
        </w:tc>
      </w:tr>
      <w:tr w:rsidR="00365695" w14:paraId="72858169" w14:textId="77777777" w:rsidTr="006F17CF">
        <w:tc>
          <w:tcPr>
            <w:tcW w:w="1020" w:type="dxa"/>
            <w:vAlign w:val="center"/>
          </w:tcPr>
          <w:p w14:paraId="2A6A4B7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ADE04B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Александров Алексей Евгеньевич</w:t>
            </w:r>
          </w:p>
        </w:tc>
        <w:tc>
          <w:tcPr>
            <w:tcW w:w="1417" w:type="dxa"/>
            <w:vAlign w:val="center"/>
          </w:tcPr>
          <w:p w14:paraId="4267132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12-06-2012</w:t>
            </w:r>
          </w:p>
        </w:tc>
        <w:tc>
          <w:tcPr>
            <w:tcW w:w="1134" w:type="dxa"/>
            <w:vAlign w:val="center"/>
          </w:tcPr>
          <w:p w14:paraId="0756ADFE" w14:textId="5ADA1134" w:rsidR="00365695" w:rsidRDefault="001C4D88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235D8F3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74AFAD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77039993" w14:textId="77777777" w:rsidTr="006F17CF">
        <w:tc>
          <w:tcPr>
            <w:tcW w:w="1020" w:type="dxa"/>
            <w:vAlign w:val="center"/>
          </w:tcPr>
          <w:p w14:paraId="06C296A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721A41B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Рябинский Виталий Сергеевич</w:t>
            </w:r>
          </w:p>
        </w:tc>
        <w:tc>
          <w:tcPr>
            <w:tcW w:w="1417" w:type="dxa"/>
            <w:vAlign w:val="center"/>
          </w:tcPr>
          <w:p w14:paraId="7458A48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24-12-2011</w:t>
            </w:r>
          </w:p>
        </w:tc>
        <w:tc>
          <w:tcPr>
            <w:tcW w:w="1134" w:type="dxa"/>
            <w:vAlign w:val="center"/>
          </w:tcPr>
          <w:p w14:paraId="07ADE51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353A161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06E6AC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14:paraId="17D6B869" w14:textId="77777777" w:rsidTr="006F17CF">
        <w:tc>
          <w:tcPr>
            <w:tcW w:w="1020" w:type="dxa"/>
            <w:vAlign w:val="center"/>
          </w:tcPr>
          <w:p w14:paraId="6027A692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6C2E06C7" w14:textId="77777777" w:rsidR="00365695" w:rsidRDefault="00365695" w:rsidP="00365695">
            <w:r>
              <w:rPr>
                <w:rFonts w:ascii="Times New Roman" w:hAnsi="Times New Roman" w:cs="Times New Roman"/>
              </w:rPr>
              <w:t>Куватов Владислав Дмитриевич</w:t>
            </w:r>
          </w:p>
        </w:tc>
        <w:tc>
          <w:tcPr>
            <w:tcW w:w="1417" w:type="dxa"/>
            <w:vAlign w:val="center"/>
          </w:tcPr>
          <w:p w14:paraId="3CC6F508" w14:textId="77777777" w:rsidR="00365695" w:rsidRDefault="00365695" w:rsidP="00365695">
            <w:r>
              <w:rPr>
                <w:rFonts w:ascii="Times New Roman" w:hAnsi="Times New Roman" w:cs="Times New Roman"/>
              </w:rPr>
              <w:t>16-10-2011</w:t>
            </w:r>
          </w:p>
        </w:tc>
        <w:tc>
          <w:tcPr>
            <w:tcW w:w="1134" w:type="dxa"/>
            <w:vAlign w:val="center"/>
          </w:tcPr>
          <w:p w14:paraId="37B30DBF" w14:textId="057CBC55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6B232A0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F115AD7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16DE51FE" w14:textId="77777777" w:rsidTr="006F17CF">
        <w:tc>
          <w:tcPr>
            <w:tcW w:w="1020" w:type="dxa"/>
            <w:vAlign w:val="center"/>
          </w:tcPr>
          <w:p w14:paraId="236D4081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1505CB9" w14:textId="77777777" w:rsidR="00365695" w:rsidRDefault="00365695" w:rsidP="00365695">
            <w:r>
              <w:rPr>
                <w:rFonts w:ascii="Times New Roman" w:hAnsi="Times New Roman" w:cs="Times New Roman"/>
              </w:rPr>
              <w:t>Угрюмов Семён Алексеевич</w:t>
            </w:r>
          </w:p>
        </w:tc>
        <w:tc>
          <w:tcPr>
            <w:tcW w:w="1417" w:type="dxa"/>
            <w:vAlign w:val="center"/>
          </w:tcPr>
          <w:p w14:paraId="7301E019" w14:textId="77777777" w:rsidR="00365695" w:rsidRDefault="00365695" w:rsidP="00365695">
            <w:r>
              <w:rPr>
                <w:rFonts w:ascii="Times New Roman" w:hAnsi="Times New Roman" w:cs="Times New Roman"/>
              </w:rPr>
              <w:t>07-03-2012</w:t>
            </w:r>
          </w:p>
        </w:tc>
        <w:tc>
          <w:tcPr>
            <w:tcW w:w="1134" w:type="dxa"/>
            <w:vAlign w:val="center"/>
          </w:tcPr>
          <w:p w14:paraId="29FF1672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3A0CD487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94212F7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15823088" w14:textId="77777777" w:rsidTr="006F17CF">
        <w:tc>
          <w:tcPr>
            <w:tcW w:w="1020" w:type="dxa"/>
            <w:vAlign w:val="center"/>
          </w:tcPr>
          <w:p w14:paraId="69FC42F4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0DA18800" w14:textId="77777777" w:rsidR="00365695" w:rsidRDefault="00365695" w:rsidP="00365695">
            <w:r>
              <w:rPr>
                <w:rFonts w:ascii="Times New Roman" w:hAnsi="Times New Roman" w:cs="Times New Roman"/>
              </w:rPr>
              <w:t>Шнель Ярослав Вячеславович</w:t>
            </w:r>
          </w:p>
        </w:tc>
        <w:tc>
          <w:tcPr>
            <w:tcW w:w="1417" w:type="dxa"/>
            <w:vAlign w:val="center"/>
          </w:tcPr>
          <w:p w14:paraId="08EB170F" w14:textId="77777777" w:rsidR="00365695" w:rsidRDefault="00365695" w:rsidP="00365695">
            <w:r>
              <w:rPr>
                <w:rFonts w:ascii="Times New Roman" w:hAnsi="Times New Roman" w:cs="Times New Roman"/>
              </w:rPr>
              <w:t>30-03-2011</w:t>
            </w:r>
          </w:p>
        </w:tc>
        <w:tc>
          <w:tcPr>
            <w:tcW w:w="1134" w:type="dxa"/>
            <w:vAlign w:val="center"/>
          </w:tcPr>
          <w:p w14:paraId="3DE0509F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181CA1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B339905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</w:t>
            </w:r>
          </w:p>
        </w:tc>
      </w:tr>
      <w:tr w:rsidR="00365695" w14:paraId="5A8BBC43" w14:textId="77777777" w:rsidTr="006F17CF">
        <w:tc>
          <w:tcPr>
            <w:tcW w:w="1020" w:type="dxa"/>
            <w:vAlign w:val="center"/>
          </w:tcPr>
          <w:p w14:paraId="3E8C9178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1B58E0C" w14:textId="77777777" w:rsidR="00365695" w:rsidRDefault="00365695" w:rsidP="00365695">
            <w:r>
              <w:rPr>
                <w:rFonts w:ascii="Times New Roman" w:hAnsi="Times New Roman" w:cs="Times New Roman"/>
              </w:rPr>
              <w:t>Плотников Дмитрий Юрьевич</w:t>
            </w:r>
          </w:p>
        </w:tc>
        <w:tc>
          <w:tcPr>
            <w:tcW w:w="1417" w:type="dxa"/>
            <w:vAlign w:val="center"/>
          </w:tcPr>
          <w:p w14:paraId="1D1739F4" w14:textId="77777777" w:rsidR="00365695" w:rsidRDefault="00365695" w:rsidP="00365695">
            <w:r>
              <w:rPr>
                <w:rFonts w:ascii="Times New Roman" w:hAnsi="Times New Roman" w:cs="Times New Roman"/>
              </w:rPr>
              <w:t>09-06-2012</w:t>
            </w:r>
          </w:p>
        </w:tc>
        <w:tc>
          <w:tcPr>
            <w:tcW w:w="1134" w:type="dxa"/>
            <w:vAlign w:val="center"/>
          </w:tcPr>
          <w:p w14:paraId="1F170615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51510F3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DC0DA84" w14:textId="77777777" w:rsidR="00365695" w:rsidRDefault="00365695" w:rsidP="00365695">
            <w:r>
              <w:rPr>
                <w:rFonts w:ascii="Times New Roman" w:hAnsi="Times New Roman" w:cs="Times New Roman"/>
              </w:rPr>
              <w:t>Валуйских Е.Г.</w:t>
            </w:r>
          </w:p>
        </w:tc>
      </w:tr>
      <w:tr w:rsidR="00365695" w14:paraId="450A1834" w14:textId="77777777" w:rsidTr="006F17CF">
        <w:tc>
          <w:tcPr>
            <w:tcW w:w="1020" w:type="dxa"/>
            <w:vAlign w:val="center"/>
          </w:tcPr>
          <w:p w14:paraId="3DC24D07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211D497" w14:textId="77777777" w:rsidR="00365695" w:rsidRDefault="00365695" w:rsidP="00365695">
            <w:r>
              <w:rPr>
                <w:rFonts w:ascii="Times New Roman" w:hAnsi="Times New Roman" w:cs="Times New Roman"/>
              </w:rPr>
              <w:t>Легостаев Сергей Александрович</w:t>
            </w:r>
          </w:p>
        </w:tc>
        <w:tc>
          <w:tcPr>
            <w:tcW w:w="1417" w:type="dxa"/>
            <w:vAlign w:val="center"/>
          </w:tcPr>
          <w:p w14:paraId="611596E5" w14:textId="77777777" w:rsidR="00365695" w:rsidRDefault="00365695" w:rsidP="00365695">
            <w:r>
              <w:rPr>
                <w:rFonts w:ascii="Times New Roman" w:hAnsi="Times New Roman" w:cs="Times New Roman"/>
              </w:rPr>
              <w:t>03-11-2011</w:t>
            </w:r>
          </w:p>
        </w:tc>
        <w:tc>
          <w:tcPr>
            <w:tcW w:w="1134" w:type="dxa"/>
            <w:vAlign w:val="center"/>
          </w:tcPr>
          <w:p w14:paraId="144ABA91" w14:textId="646038F8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11E40B5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492F691" w14:textId="77777777" w:rsidR="00365695" w:rsidRDefault="00365695" w:rsidP="00365695">
            <w:r>
              <w:rPr>
                <w:rFonts w:ascii="Times New Roman" w:hAnsi="Times New Roman" w:cs="Times New Roman"/>
              </w:rPr>
              <w:t>Бригунец А.С.</w:t>
            </w:r>
          </w:p>
        </w:tc>
      </w:tr>
      <w:tr w:rsidR="00365695" w14:paraId="6D90F2BB" w14:textId="77777777" w:rsidTr="006F17CF">
        <w:tc>
          <w:tcPr>
            <w:tcW w:w="1020" w:type="dxa"/>
            <w:vAlign w:val="center"/>
          </w:tcPr>
          <w:p w14:paraId="2F4F62BA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138B3943" w14:textId="77777777" w:rsidR="00365695" w:rsidRDefault="00365695" w:rsidP="00365695">
            <w:r>
              <w:rPr>
                <w:rFonts w:ascii="Times New Roman" w:hAnsi="Times New Roman" w:cs="Times New Roman"/>
              </w:rPr>
              <w:t>Лапин Иван Витальевич</w:t>
            </w:r>
          </w:p>
        </w:tc>
        <w:tc>
          <w:tcPr>
            <w:tcW w:w="1417" w:type="dxa"/>
            <w:vAlign w:val="center"/>
          </w:tcPr>
          <w:p w14:paraId="5F2081F3" w14:textId="77777777" w:rsidR="00365695" w:rsidRDefault="00365695" w:rsidP="00365695">
            <w:r>
              <w:rPr>
                <w:rFonts w:ascii="Times New Roman" w:hAnsi="Times New Roman" w:cs="Times New Roman"/>
              </w:rPr>
              <w:t>20-07-2012</w:t>
            </w:r>
          </w:p>
        </w:tc>
        <w:tc>
          <w:tcPr>
            <w:tcW w:w="1134" w:type="dxa"/>
            <w:vAlign w:val="center"/>
          </w:tcPr>
          <w:p w14:paraId="7D263378" w14:textId="0CD0CD8C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3D918DE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3FD0AB8" w14:textId="77777777" w:rsidR="00365695" w:rsidRDefault="00365695" w:rsidP="00365695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65695" w14:paraId="6A0E88B8" w14:textId="77777777" w:rsidTr="006F17CF">
        <w:tc>
          <w:tcPr>
            <w:tcW w:w="1020" w:type="dxa"/>
            <w:vAlign w:val="center"/>
          </w:tcPr>
          <w:p w14:paraId="6CBCF17B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2788FE23" w14:textId="77777777" w:rsidR="00365695" w:rsidRDefault="00365695" w:rsidP="00365695">
            <w:r>
              <w:rPr>
                <w:rFonts w:ascii="Times New Roman" w:hAnsi="Times New Roman" w:cs="Times New Roman"/>
              </w:rPr>
              <w:t>Сергеев Денис Евгеньевич</w:t>
            </w:r>
          </w:p>
        </w:tc>
        <w:tc>
          <w:tcPr>
            <w:tcW w:w="1417" w:type="dxa"/>
            <w:vAlign w:val="center"/>
          </w:tcPr>
          <w:p w14:paraId="4D8A4155" w14:textId="77777777" w:rsidR="00365695" w:rsidRDefault="00365695" w:rsidP="00365695">
            <w:r>
              <w:rPr>
                <w:rFonts w:ascii="Times New Roman" w:hAnsi="Times New Roman" w:cs="Times New Roman"/>
              </w:rPr>
              <w:t>26-03-2012</w:t>
            </w:r>
          </w:p>
        </w:tc>
        <w:tc>
          <w:tcPr>
            <w:tcW w:w="1134" w:type="dxa"/>
            <w:vAlign w:val="center"/>
          </w:tcPr>
          <w:p w14:paraId="4BF931B2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31F44F0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487D54C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335F668C" w14:textId="77777777" w:rsidTr="006F17CF">
        <w:tc>
          <w:tcPr>
            <w:tcW w:w="1020" w:type="dxa"/>
            <w:vAlign w:val="center"/>
          </w:tcPr>
          <w:p w14:paraId="4A9FD8F4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7152E7DF" w14:textId="77777777" w:rsidR="00365695" w:rsidRDefault="00365695" w:rsidP="00365695">
            <w:r>
              <w:rPr>
                <w:rFonts w:ascii="Times New Roman" w:hAnsi="Times New Roman" w:cs="Times New Roman"/>
              </w:rPr>
              <w:t>Потапов Сергей Александрович</w:t>
            </w:r>
          </w:p>
        </w:tc>
        <w:tc>
          <w:tcPr>
            <w:tcW w:w="1417" w:type="dxa"/>
            <w:vAlign w:val="center"/>
          </w:tcPr>
          <w:p w14:paraId="1496510C" w14:textId="77777777" w:rsidR="00365695" w:rsidRDefault="00365695" w:rsidP="00365695">
            <w:r>
              <w:rPr>
                <w:rFonts w:ascii="Times New Roman" w:hAnsi="Times New Roman" w:cs="Times New Roman"/>
              </w:rPr>
              <w:t>07-07-2011</w:t>
            </w:r>
          </w:p>
        </w:tc>
        <w:tc>
          <w:tcPr>
            <w:tcW w:w="1134" w:type="dxa"/>
            <w:vAlign w:val="center"/>
          </w:tcPr>
          <w:p w14:paraId="65AFF6B9" w14:textId="77777777" w:rsidR="00365695" w:rsidRDefault="00365695" w:rsidP="00365695">
            <w:r>
              <w:rPr>
                <w:rFonts w:ascii="Times New Roman" w:hAnsi="Times New Roman" w:cs="Times New Roman"/>
              </w:rPr>
              <w:t>2р</w:t>
            </w:r>
          </w:p>
        </w:tc>
        <w:tc>
          <w:tcPr>
            <w:tcW w:w="1984" w:type="dxa"/>
            <w:vAlign w:val="center"/>
          </w:tcPr>
          <w:p w14:paraId="2A990E58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CC81877" w14:textId="77777777" w:rsidR="00365695" w:rsidRDefault="00365695" w:rsidP="00365695">
            <w:r>
              <w:rPr>
                <w:rFonts w:ascii="Times New Roman" w:hAnsi="Times New Roman" w:cs="Times New Roman"/>
              </w:rPr>
              <w:t>Томас В.А.</w:t>
            </w:r>
          </w:p>
        </w:tc>
      </w:tr>
      <w:tr w:rsidR="00365695" w14:paraId="6C662428" w14:textId="77777777" w:rsidTr="006F17CF">
        <w:tc>
          <w:tcPr>
            <w:tcW w:w="1020" w:type="dxa"/>
            <w:vAlign w:val="center"/>
          </w:tcPr>
          <w:p w14:paraId="6DEDD01D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755DEC5" w14:textId="77777777" w:rsidR="00365695" w:rsidRDefault="00365695" w:rsidP="00365695">
            <w:r>
              <w:rPr>
                <w:rFonts w:ascii="Times New Roman" w:hAnsi="Times New Roman" w:cs="Times New Roman"/>
              </w:rPr>
              <w:t>Крехтунов Данил Дмитриевич</w:t>
            </w:r>
          </w:p>
        </w:tc>
        <w:tc>
          <w:tcPr>
            <w:tcW w:w="1417" w:type="dxa"/>
            <w:vAlign w:val="center"/>
          </w:tcPr>
          <w:p w14:paraId="14501DAF" w14:textId="77777777" w:rsidR="00365695" w:rsidRDefault="00365695" w:rsidP="00365695">
            <w:r>
              <w:rPr>
                <w:rFonts w:ascii="Times New Roman" w:hAnsi="Times New Roman" w:cs="Times New Roman"/>
              </w:rPr>
              <w:t>03-03-2011</w:t>
            </w:r>
          </w:p>
        </w:tc>
        <w:tc>
          <w:tcPr>
            <w:tcW w:w="1134" w:type="dxa"/>
            <w:vAlign w:val="center"/>
          </w:tcPr>
          <w:p w14:paraId="608F8E8D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E5C981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1441854" w14:textId="77777777" w:rsidR="00365695" w:rsidRDefault="00365695" w:rsidP="00365695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65695" w14:paraId="2AA44411" w14:textId="77777777" w:rsidTr="006F17CF">
        <w:tc>
          <w:tcPr>
            <w:tcW w:w="1020" w:type="dxa"/>
            <w:vAlign w:val="center"/>
          </w:tcPr>
          <w:p w14:paraId="258603FA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21534199" w14:textId="77777777" w:rsidR="00365695" w:rsidRDefault="00365695" w:rsidP="00365695">
            <w:r>
              <w:rPr>
                <w:rFonts w:ascii="Times New Roman" w:hAnsi="Times New Roman" w:cs="Times New Roman"/>
              </w:rPr>
              <w:t>Вигант Глеб Константинович</w:t>
            </w:r>
          </w:p>
        </w:tc>
        <w:tc>
          <w:tcPr>
            <w:tcW w:w="1417" w:type="dxa"/>
            <w:vAlign w:val="center"/>
          </w:tcPr>
          <w:p w14:paraId="120851C4" w14:textId="77777777" w:rsidR="00365695" w:rsidRDefault="00365695" w:rsidP="00365695">
            <w:r>
              <w:rPr>
                <w:rFonts w:ascii="Times New Roman" w:hAnsi="Times New Roman" w:cs="Times New Roman"/>
              </w:rPr>
              <w:t>12-12-2011</w:t>
            </w:r>
          </w:p>
        </w:tc>
        <w:tc>
          <w:tcPr>
            <w:tcW w:w="1134" w:type="dxa"/>
            <w:vAlign w:val="center"/>
          </w:tcPr>
          <w:p w14:paraId="6435951B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6A622E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E958F38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0D24C768" w14:textId="77777777" w:rsidTr="006F17CF">
        <w:tc>
          <w:tcPr>
            <w:tcW w:w="1020" w:type="dxa"/>
            <w:vAlign w:val="center"/>
          </w:tcPr>
          <w:p w14:paraId="7AD40927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33701A39" w14:textId="77777777" w:rsidR="00365695" w:rsidRDefault="00365695" w:rsidP="00365695">
            <w:r>
              <w:rPr>
                <w:rFonts w:ascii="Times New Roman" w:hAnsi="Times New Roman" w:cs="Times New Roman"/>
              </w:rPr>
              <w:t>Захаров Елисей Александрович</w:t>
            </w:r>
          </w:p>
        </w:tc>
        <w:tc>
          <w:tcPr>
            <w:tcW w:w="1417" w:type="dxa"/>
            <w:vAlign w:val="center"/>
          </w:tcPr>
          <w:p w14:paraId="6EAADCB0" w14:textId="77777777" w:rsidR="00365695" w:rsidRDefault="00365695" w:rsidP="00365695">
            <w:r>
              <w:rPr>
                <w:rFonts w:ascii="Times New Roman" w:hAnsi="Times New Roman" w:cs="Times New Roman"/>
              </w:rPr>
              <w:t>26-12-2011</w:t>
            </w:r>
          </w:p>
        </w:tc>
        <w:tc>
          <w:tcPr>
            <w:tcW w:w="1134" w:type="dxa"/>
            <w:vAlign w:val="center"/>
          </w:tcPr>
          <w:p w14:paraId="2BE13FEE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B5E47D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AF67CF6" w14:textId="77777777" w:rsidR="00365695" w:rsidRDefault="00365695" w:rsidP="00365695">
            <w:r>
              <w:rPr>
                <w:rFonts w:ascii="Times New Roman" w:hAnsi="Times New Roman" w:cs="Times New Roman"/>
              </w:rPr>
              <w:t>Кравченко Ю.А.</w:t>
            </w:r>
          </w:p>
        </w:tc>
      </w:tr>
      <w:tr w:rsidR="00365695" w14:paraId="18C4FC3D" w14:textId="77777777" w:rsidTr="006F17CF">
        <w:tc>
          <w:tcPr>
            <w:tcW w:w="10657" w:type="dxa"/>
            <w:gridSpan w:val="6"/>
            <w:vAlign w:val="center"/>
          </w:tcPr>
          <w:p w14:paraId="570292C2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14-15 лет 63 кг. (Участников: 17 )</w:t>
            </w:r>
          </w:p>
        </w:tc>
      </w:tr>
      <w:tr w:rsidR="00365695" w14:paraId="7571BDF9" w14:textId="77777777" w:rsidTr="006F17CF">
        <w:tc>
          <w:tcPr>
            <w:tcW w:w="1020" w:type="dxa"/>
            <w:vAlign w:val="center"/>
          </w:tcPr>
          <w:p w14:paraId="580D68E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157D6CD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7C5133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2E7E73F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4341F9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EAD325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376C6A67" w14:textId="77777777" w:rsidTr="006F17CF">
        <w:tc>
          <w:tcPr>
            <w:tcW w:w="1020" w:type="dxa"/>
            <w:vAlign w:val="center"/>
          </w:tcPr>
          <w:p w14:paraId="2791EF6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2499CBF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Бирюков Иван Максимович</w:t>
            </w:r>
          </w:p>
        </w:tc>
        <w:tc>
          <w:tcPr>
            <w:tcW w:w="1417" w:type="dxa"/>
            <w:vAlign w:val="center"/>
          </w:tcPr>
          <w:p w14:paraId="3B316C4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30-03-2012</w:t>
            </w:r>
          </w:p>
        </w:tc>
        <w:tc>
          <w:tcPr>
            <w:tcW w:w="1134" w:type="dxa"/>
            <w:vAlign w:val="center"/>
          </w:tcPr>
          <w:p w14:paraId="72140BE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06197F8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B3E130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Юрченко Н.А.</w:t>
            </w:r>
          </w:p>
        </w:tc>
      </w:tr>
      <w:tr w:rsidR="00365695" w14:paraId="085B02D1" w14:textId="77777777" w:rsidTr="006F17CF">
        <w:tc>
          <w:tcPr>
            <w:tcW w:w="1020" w:type="dxa"/>
            <w:vAlign w:val="center"/>
          </w:tcPr>
          <w:p w14:paraId="553AC51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4AA8BF4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Порошин Артём Александрович</w:t>
            </w:r>
          </w:p>
        </w:tc>
        <w:tc>
          <w:tcPr>
            <w:tcW w:w="1417" w:type="dxa"/>
            <w:vAlign w:val="center"/>
          </w:tcPr>
          <w:p w14:paraId="46BDF2A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05-05-2012</w:t>
            </w:r>
          </w:p>
        </w:tc>
        <w:tc>
          <w:tcPr>
            <w:tcW w:w="1134" w:type="dxa"/>
            <w:vAlign w:val="center"/>
          </w:tcPr>
          <w:p w14:paraId="00131344" w14:textId="212BD7A4" w:rsidR="00365695" w:rsidRDefault="001C4D88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76D6D15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A292A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И.В.</w:t>
            </w:r>
          </w:p>
        </w:tc>
      </w:tr>
      <w:tr w:rsidR="00365695" w14:paraId="770F0D02" w14:textId="77777777" w:rsidTr="006F17CF">
        <w:tc>
          <w:tcPr>
            <w:tcW w:w="1020" w:type="dxa"/>
            <w:vAlign w:val="center"/>
          </w:tcPr>
          <w:p w14:paraId="2687BC5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050C96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Зеленин Артём Викторович</w:t>
            </w:r>
          </w:p>
        </w:tc>
        <w:tc>
          <w:tcPr>
            <w:tcW w:w="1417" w:type="dxa"/>
            <w:vAlign w:val="center"/>
          </w:tcPr>
          <w:p w14:paraId="764AEA3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13-11-2011</w:t>
            </w:r>
          </w:p>
        </w:tc>
        <w:tc>
          <w:tcPr>
            <w:tcW w:w="1134" w:type="dxa"/>
            <w:vAlign w:val="center"/>
          </w:tcPr>
          <w:p w14:paraId="3308984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BC784B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03BF41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14:paraId="3382C679" w14:textId="77777777" w:rsidTr="006F17CF">
        <w:tc>
          <w:tcPr>
            <w:tcW w:w="1020" w:type="dxa"/>
            <w:vAlign w:val="center"/>
          </w:tcPr>
          <w:p w14:paraId="177307F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3304E9C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Полушкин Максим Дмитриевич</w:t>
            </w:r>
          </w:p>
        </w:tc>
        <w:tc>
          <w:tcPr>
            <w:tcW w:w="1417" w:type="dxa"/>
            <w:vAlign w:val="center"/>
          </w:tcPr>
          <w:p w14:paraId="5E89D58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01-11-2011</w:t>
            </w:r>
          </w:p>
        </w:tc>
        <w:tc>
          <w:tcPr>
            <w:tcW w:w="1134" w:type="dxa"/>
            <w:vAlign w:val="center"/>
          </w:tcPr>
          <w:p w14:paraId="68D1928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4AEE3F5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101F78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65695" w14:paraId="3840FAE1" w14:textId="77777777" w:rsidTr="006F17CF">
        <w:tc>
          <w:tcPr>
            <w:tcW w:w="1020" w:type="dxa"/>
            <w:vAlign w:val="center"/>
          </w:tcPr>
          <w:p w14:paraId="3B04D92A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440BE57E" w14:textId="77777777" w:rsidR="00365695" w:rsidRDefault="00365695" w:rsidP="00365695">
            <w:r>
              <w:rPr>
                <w:rFonts w:ascii="Times New Roman" w:hAnsi="Times New Roman" w:cs="Times New Roman"/>
              </w:rPr>
              <w:t>Рогожников Артем Александрович</w:t>
            </w:r>
          </w:p>
        </w:tc>
        <w:tc>
          <w:tcPr>
            <w:tcW w:w="1417" w:type="dxa"/>
            <w:vAlign w:val="center"/>
          </w:tcPr>
          <w:p w14:paraId="176FE652" w14:textId="77777777" w:rsidR="00365695" w:rsidRDefault="00365695" w:rsidP="00365695">
            <w:r>
              <w:rPr>
                <w:rFonts w:ascii="Times New Roman" w:hAnsi="Times New Roman" w:cs="Times New Roman"/>
              </w:rPr>
              <w:t>18-02-2012</w:t>
            </w:r>
          </w:p>
        </w:tc>
        <w:tc>
          <w:tcPr>
            <w:tcW w:w="1134" w:type="dxa"/>
            <w:vAlign w:val="center"/>
          </w:tcPr>
          <w:p w14:paraId="3AE39F92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496D7E5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89431A3" w14:textId="77777777" w:rsidR="00365695" w:rsidRDefault="00365695" w:rsidP="00365695">
            <w:r>
              <w:rPr>
                <w:rFonts w:ascii="Times New Roman" w:hAnsi="Times New Roman" w:cs="Times New Roman"/>
              </w:rPr>
              <w:t>Тимченко Н.С</w:t>
            </w:r>
          </w:p>
        </w:tc>
      </w:tr>
      <w:tr w:rsidR="00365695" w14:paraId="4CE42E64" w14:textId="77777777" w:rsidTr="006F17CF">
        <w:tc>
          <w:tcPr>
            <w:tcW w:w="1020" w:type="dxa"/>
            <w:vAlign w:val="center"/>
          </w:tcPr>
          <w:p w14:paraId="2FE55A36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CC2A69B" w14:textId="77777777" w:rsidR="00365695" w:rsidRDefault="00365695" w:rsidP="00365695">
            <w:r>
              <w:rPr>
                <w:rFonts w:ascii="Times New Roman" w:hAnsi="Times New Roman" w:cs="Times New Roman"/>
              </w:rPr>
              <w:t>Картоножкин Сергей Михайлович</w:t>
            </w:r>
          </w:p>
        </w:tc>
        <w:tc>
          <w:tcPr>
            <w:tcW w:w="1417" w:type="dxa"/>
            <w:vAlign w:val="center"/>
          </w:tcPr>
          <w:p w14:paraId="227E4BBF" w14:textId="77777777" w:rsidR="00365695" w:rsidRDefault="00365695" w:rsidP="00365695">
            <w:r>
              <w:rPr>
                <w:rFonts w:ascii="Times New Roman" w:hAnsi="Times New Roman" w:cs="Times New Roman"/>
              </w:rPr>
              <w:t>01-03-2012</w:t>
            </w:r>
          </w:p>
        </w:tc>
        <w:tc>
          <w:tcPr>
            <w:tcW w:w="1134" w:type="dxa"/>
            <w:vAlign w:val="center"/>
          </w:tcPr>
          <w:p w14:paraId="622CA425" w14:textId="34F8C447" w:rsidR="00365695" w:rsidRDefault="001C4D88" w:rsidP="00365695">
            <w:r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1984" w:type="dxa"/>
            <w:vAlign w:val="center"/>
          </w:tcPr>
          <w:p w14:paraId="65A1FD6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28329B8" w14:textId="77777777" w:rsidR="00365695" w:rsidRDefault="00365695" w:rsidP="00365695">
            <w:r>
              <w:rPr>
                <w:rFonts w:ascii="Times New Roman" w:hAnsi="Times New Roman" w:cs="Times New Roman"/>
              </w:rPr>
              <w:t>Барило В.В.</w:t>
            </w:r>
          </w:p>
        </w:tc>
      </w:tr>
      <w:tr w:rsidR="00365695" w14:paraId="6288BB21" w14:textId="77777777" w:rsidTr="006F17CF">
        <w:tc>
          <w:tcPr>
            <w:tcW w:w="1020" w:type="dxa"/>
            <w:vAlign w:val="center"/>
          </w:tcPr>
          <w:p w14:paraId="68D49528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3E6B0FC6" w14:textId="77777777" w:rsidR="00365695" w:rsidRDefault="00365695" w:rsidP="00365695">
            <w:r>
              <w:rPr>
                <w:rFonts w:ascii="Times New Roman" w:hAnsi="Times New Roman" w:cs="Times New Roman"/>
              </w:rPr>
              <w:t>Неудахин Александр Максимович</w:t>
            </w:r>
          </w:p>
        </w:tc>
        <w:tc>
          <w:tcPr>
            <w:tcW w:w="1417" w:type="dxa"/>
            <w:vAlign w:val="center"/>
          </w:tcPr>
          <w:p w14:paraId="2C48FC84" w14:textId="77777777" w:rsidR="00365695" w:rsidRDefault="00365695" w:rsidP="00365695">
            <w:r>
              <w:rPr>
                <w:rFonts w:ascii="Times New Roman" w:hAnsi="Times New Roman" w:cs="Times New Roman"/>
              </w:rPr>
              <w:t>10-12-2011</w:t>
            </w:r>
          </w:p>
        </w:tc>
        <w:tc>
          <w:tcPr>
            <w:tcW w:w="1134" w:type="dxa"/>
            <w:vAlign w:val="center"/>
          </w:tcPr>
          <w:p w14:paraId="070C28C7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884FF14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13AA997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Н.А.</w:t>
            </w:r>
          </w:p>
        </w:tc>
      </w:tr>
      <w:tr w:rsidR="00365695" w14:paraId="7150DDFF" w14:textId="77777777" w:rsidTr="006F17CF">
        <w:tc>
          <w:tcPr>
            <w:tcW w:w="1020" w:type="dxa"/>
            <w:vAlign w:val="center"/>
          </w:tcPr>
          <w:p w14:paraId="327FC073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6A06BEFC" w14:textId="77777777" w:rsidR="00365695" w:rsidRDefault="00365695" w:rsidP="00365695">
            <w:r>
              <w:rPr>
                <w:rFonts w:ascii="Times New Roman" w:hAnsi="Times New Roman" w:cs="Times New Roman"/>
              </w:rPr>
              <w:t>Ломаев Илья Витальевич</w:t>
            </w:r>
          </w:p>
        </w:tc>
        <w:tc>
          <w:tcPr>
            <w:tcW w:w="1417" w:type="dxa"/>
            <w:vAlign w:val="center"/>
          </w:tcPr>
          <w:p w14:paraId="1FD9C721" w14:textId="77777777" w:rsidR="00365695" w:rsidRDefault="00365695" w:rsidP="00365695">
            <w:r>
              <w:rPr>
                <w:rFonts w:ascii="Times New Roman" w:hAnsi="Times New Roman" w:cs="Times New Roman"/>
              </w:rPr>
              <w:t>15-06-2012</w:t>
            </w:r>
          </w:p>
        </w:tc>
        <w:tc>
          <w:tcPr>
            <w:tcW w:w="1134" w:type="dxa"/>
            <w:vAlign w:val="center"/>
          </w:tcPr>
          <w:p w14:paraId="00B900F4" w14:textId="52F13D42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54663A7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0DD3540" w14:textId="77777777" w:rsidR="00365695" w:rsidRDefault="00365695" w:rsidP="00365695">
            <w:r>
              <w:rPr>
                <w:rFonts w:ascii="Times New Roman" w:hAnsi="Times New Roman" w:cs="Times New Roman"/>
              </w:rPr>
              <w:t>Заранок И.В</w:t>
            </w:r>
          </w:p>
        </w:tc>
      </w:tr>
      <w:tr w:rsidR="00365695" w14:paraId="4AA7242F" w14:textId="77777777" w:rsidTr="006F17CF">
        <w:tc>
          <w:tcPr>
            <w:tcW w:w="1020" w:type="dxa"/>
            <w:vAlign w:val="center"/>
          </w:tcPr>
          <w:p w14:paraId="46616251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21059FCF" w14:textId="77777777" w:rsidR="00365695" w:rsidRDefault="00365695" w:rsidP="00365695">
            <w:r>
              <w:rPr>
                <w:rFonts w:ascii="Times New Roman" w:hAnsi="Times New Roman" w:cs="Times New Roman"/>
              </w:rPr>
              <w:t>Беломыцев Мирон Максимович</w:t>
            </w:r>
          </w:p>
        </w:tc>
        <w:tc>
          <w:tcPr>
            <w:tcW w:w="1417" w:type="dxa"/>
            <w:vAlign w:val="center"/>
          </w:tcPr>
          <w:p w14:paraId="6FD08EA1" w14:textId="77777777" w:rsidR="00365695" w:rsidRDefault="00365695" w:rsidP="00365695">
            <w:r>
              <w:rPr>
                <w:rFonts w:ascii="Times New Roman" w:hAnsi="Times New Roman" w:cs="Times New Roman"/>
              </w:rPr>
              <w:t>08-08-2012</w:t>
            </w:r>
          </w:p>
        </w:tc>
        <w:tc>
          <w:tcPr>
            <w:tcW w:w="1134" w:type="dxa"/>
            <w:vAlign w:val="center"/>
          </w:tcPr>
          <w:p w14:paraId="2EFCACCD" w14:textId="77777777" w:rsidR="00365695" w:rsidRDefault="00365695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2E7E071F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3E3F127" w14:textId="77777777" w:rsidR="00365695" w:rsidRDefault="00365695" w:rsidP="00365695">
            <w:r>
              <w:rPr>
                <w:rFonts w:ascii="Times New Roman" w:hAnsi="Times New Roman" w:cs="Times New Roman"/>
              </w:rPr>
              <w:t>Беспалов. Д.С</w:t>
            </w:r>
          </w:p>
        </w:tc>
      </w:tr>
      <w:tr w:rsidR="00365695" w14:paraId="712E2419" w14:textId="77777777" w:rsidTr="006F17CF">
        <w:tc>
          <w:tcPr>
            <w:tcW w:w="1020" w:type="dxa"/>
            <w:vAlign w:val="center"/>
          </w:tcPr>
          <w:p w14:paraId="0923EFB3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42AF6A96" w14:textId="77777777" w:rsidR="00365695" w:rsidRDefault="00365695" w:rsidP="00365695">
            <w:r>
              <w:rPr>
                <w:rFonts w:ascii="Times New Roman" w:hAnsi="Times New Roman" w:cs="Times New Roman"/>
              </w:rPr>
              <w:t>Рукавишников Роман Константинович</w:t>
            </w:r>
          </w:p>
        </w:tc>
        <w:tc>
          <w:tcPr>
            <w:tcW w:w="1417" w:type="dxa"/>
            <w:vAlign w:val="center"/>
          </w:tcPr>
          <w:p w14:paraId="5E98DE0C" w14:textId="77777777" w:rsidR="00365695" w:rsidRDefault="00365695" w:rsidP="00365695">
            <w:r>
              <w:rPr>
                <w:rFonts w:ascii="Times New Roman" w:hAnsi="Times New Roman" w:cs="Times New Roman"/>
              </w:rPr>
              <w:t>24-01-2012</w:t>
            </w:r>
          </w:p>
        </w:tc>
        <w:tc>
          <w:tcPr>
            <w:tcW w:w="1134" w:type="dxa"/>
            <w:vAlign w:val="center"/>
          </w:tcPr>
          <w:p w14:paraId="298B5F3B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2D13159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E5F1826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00C0470B" w14:textId="77777777" w:rsidTr="006F17CF">
        <w:tc>
          <w:tcPr>
            <w:tcW w:w="1020" w:type="dxa"/>
            <w:vAlign w:val="center"/>
          </w:tcPr>
          <w:p w14:paraId="122BB910" w14:textId="77777777" w:rsidR="00365695" w:rsidRDefault="00365695" w:rsidP="00365695"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551" w:type="dxa"/>
            <w:vAlign w:val="center"/>
          </w:tcPr>
          <w:p w14:paraId="32675688" w14:textId="77777777" w:rsidR="00365695" w:rsidRDefault="00365695" w:rsidP="00365695">
            <w:r>
              <w:rPr>
                <w:rFonts w:ascii="Times New Roman" w:hAnsi="Times New Roman" w:cs="Times New Roman"/>
              </w:rPr>
              <w:t>Троеглазов Артем Антонович</w:t>
            </w:r>
          </w:p>
        </w:tc>
        <w:tc>
          <w:tcPr>
            <w:tcW w:w="1417" w:type="dxa"/>
            <w:vAlign w:val="center"/>
          </w:tcPr>
          <w:p w14:paraId="416F7054" w14:textId="77777777" w:rsidR="00365695" w:rsidRDefault="00365695" w:rsidP="00365695">
            <w:r>
              <w:rPr>
                <w:rFonts w:ascii="Times New Roman" w:hAnsi="Times New Roman" w:cs="Times New Roman"/>
              </w:rPr>
              <w:t>25-08-2012</w:t>
            </w:r>
          </w:p>
        </w:tc>
        <w:tc>
          <w:tcPr>
            <w:tcW w:w="1134" w:type="dxa"/>
            <w:vAlign w:val="center"/>
          </w:tcPr>
          <w:p w14:paraId="6B3526F2" w14:textId="0D8A41A3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71240959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E8789DB" w14:textId="77777777" w:rsidR="00365695" w:rsidRDefault="00365695" w:rsidP="00365695">
            <w:r>
              <w:rPr>
                <w:rFonts w:ascii="Times New Roman" w:hAnsi="Times New Roman" w:cs="Times New Roman"/>
              </w:rPr>
              <w:t>Хорохордин А.Ю.</w:t>
            </w:r>
          </w:p>
        </w:tc>
      </w:tr>
      <w:tr w:rsidR="00365695" w14:paraId="00B7A488" w14:textId="77777777" w:rsidTr="006F17CF">
        <w:tc>
          <w:tcPr>
            <w:tcW w:w="1020" w:type="dxa"/>
            <w:vAlign w:val="center"/>
          </w:tcPr>
          <w:p w14:paraId="6B72121D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22DC751" w14:textId="77777777" w:rsidR="00365695" w:rsidRDefault="00365695" w:rsidP="00365695">
            <w:r>
              <w:rPr>
                <w:rFonts w:ascii="Times New Roman" w:hAnsi="Times New Roman" w:cs="Times New Roman"/>
              </w:rPr>
              <w:t>Дорофеев Артём Вадимович</w:t>
            </w:r>
          </w:p>
        </w:tc>
        <w:tc>
          <w:tcPr>
            <w:tcW w:w="1417" w:type="dxa"/>
            <w:vAlign w:val="center"/>
          </w:tcPr>
          <w:p w14:paraId="01443949" w14:textId="77777777" w:rsidR="00365695" w:rsidRDefault="00365695" w:rsidP="00365695">
            <w:r>
              <w:rPr>
                <w:rFonts w:ascii="Times New Roman" w:hAnsi="Times New Roman" w:cs="Times New Roman"/>
              </w:rPr>
              <w:t>24-02-2012</w:t>
            </w:r>
          </w:p>
        </w:tc>
        <w:tc>
          <w:tcPr>
            <w:tcW w:w="1134" w:type="dxa"/>
            <w:vAlign w:val="center"/>
          </w:tcPr>
          <w:p w14:paraId="3156443E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5584C42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16527E0" w14:textId="77777777" w:rsidR="00365695" w:rsidRDefault="00365695" w:rsidP="00365695">
            <w:r>
              <w:rPr>
                <w:rFonts w:ascii="Times New Roman" w:hAnsi="Times New Roman" w:cs="Times New Roman"/>
              </w:rPr>
              <w:t>Юрченко Д.Н.</w:t>
            </w:r>
          </w:p>
        </w:tc>
      </w:tr>
      <w:tr w:rsidR="00365695" w14:paraId="36A3C879" w14:textId="77777777" w:rsidTr="006F17CF">
        <w:tc>
          <w:tcPr>
            <w:tcW w:w="1020" w:type="dxa"/>
            <w:vAlign w:val="center"/>
          </w:tcPr>
          <w:p w14:paraId="202F94F4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C721A2D" w14:textId="77777777" w:rsidR="00365695" w:rsidRDefault="00365695" w:rsidP="00365695">
            <w:r>
              <w:rPr>
                <w:rFonts w:ascii="Times New Roman" w:hAnsi="Times New Roman" w:cs="Times New Roman"/>
              </w:rPr>
              <w:t>Репин Владислав Владимирович</w:t>
            </w:r>
          </w:p>
        </w:tc>
        <w:tc>
          <w:tcPr>
            <w:tcW w:w="1417" w:type="dxa"/>
            <w:vAlign w:val="center"/>
          </w:tcPr>
          <w:p w14:paraId="206304E8" w14:textId="77777777" w:rsidR="00365695" w:rsidRDefault="00365695" w:rsidP="00365695">
            <w:r>
              <w:rPr>
                <w:rFonts w:ascii="Times New Roman" w:hAnsi="Times New Roman" w:cs="Times New Roman"/>
              </w:rPr>
              <w:t>06-10-2011</w:t>
            </w:r>
          </w:p>
        </w:tc>
        <w:tc>
          <w:tcPr>
            <w:tcW w:w="1134" w:type="dxa"/>
            <w:vAlign w:val="center"/>
          </w:tcPr>
          <w:p w14:paraId="11BFFE44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0D8A433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C410D31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4CDF0400" w14:textId="77777777" w:rsidTr="006F17CF">
        <w:tc>
          <w:tcPr>
            <w:tcW w:w="1020" w:type="dxa"/>
            <w:vAlign w:val="center"/>
          </w:tcPr>
          <w:p w14:paraId="444EA239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17B23D80" w14:textId="77777777" w:rsidR="00365695" w:rsidRDefault="00365695" w:rsidP="00365695">
            <w:r>
              <w:rPr>
                <w:rFonts w:ascii="Times New Roman" w:hAnsi="Times New Roman" w:cs="Times New Roman"/>
              </w:rPr>
              <w:t>Леонгарт Александр Константинович</w:t>
            </w:r>
          </w:p>
        </w:tc>
        <w:tc>
          <w:tcPr>
            <w:tcW w:w="1417" w:type="dxa"/>
            <w:vAlign w:val="center"/>
          </w:tcPr>
          <w:p w14:paraId="2BEE1458" w14:textId="77777777" w:rsidR="00365695" w:rsidRDefault="00365695" w:rsidP="00365695">
            <w:r>
              <w:rPr>
                <w:rFonts w:ascii="Times New Roman" w:hAnsi="Times New Roman" w:cs="Times New Roman"/>
              </w:rPr>
              <w:t>24-10-2011</w:t>
            </w:r>
          </w:p>
        </w:tc>
        <w:tc>
          <w:tcPr>
            <w:tcW w:w="1134" w:type="dxa"/>
            <w:vAlign w:val="center"/>
          </w:tcPr>
          <w:p w14:paraId="678F3A53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CBD717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AB7EBD5" w14:textId="77777777" w:rsidR="00365695" w:rsidRDefault="00365695" w:rsidP="00365695">
            <w:r>
              <w:rPr>
                <w:rFonts w:ascii="Times New Roman" w:hAnsi="Times New Roman" w:cs="Times New Roman"/>
              </w:rPr>
              <w:t>Кравченко Ю.А.</w:t>
            </w:r>
          </w:p>
        </w:tc>
      </w:tr>
      <w:tr w:rsidR="00365695" w14:paraId="0416F912" w14:textId="77777777" w:rsidTr="006F17CF">
        <w:tc>
          <w:tcPr>
            <w:tcW w:w="1020" w:type="dxa"/>
            <w:vAlign w:val="center"/>
          </w:tcPr>
          <w:p w14:paraId="22A941A1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524777DB" w14:textId="77777777" w:rsidR="00365695" w:rsidRDefault="00365695" w:rsidP="00365695">
            <w:r>
              <w:rPr>
                <w:rFonts w:ascii="Times New Roman" w:hAnsi="Times New Roman" w:cs="Times New Roman"/>
              </w:rPr>
              <w:t>Сажин Константин Романович</w:t>
            </w:r>
          </w:p>
        </w:tc>
        <w:tc>
          <w:tcPr>
            <w:tcW w:w="1417" w:type="dxa"/>
            <w:vAlign w:val="center"/>
          </w:tcPr>
          <w:p w14:paraId="1ACDF982" w14:textId="77777777" w:rsidR="00365695" w:rsidRDefault="00365695" w:rsidP="00365695">
            <w:r>
              <w:rPr>
                <w:rFonts w:ascii="Times New Roman" w:hAnsi="Times New Roman" w:cs="Times New Roman"/>
              </w:rPr>
              <w:t>24-06-2011</w:t>
            </w:r>
          </w:p>
        </w:tc>
        <w:tc>
          <w:tcPr>
            <w:tcW w:w="1134" w:type="dxa"/>
            <w:vAlign w:val="center"/>
          </w:tcPr>
          <w:p w14:paraId="6AE9A7BF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20D53B15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F484F4D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19CC38EE" w14:textId="77777777" w:rsidTr="006F17CF">
        <w:tc>
          <w:tcPr>
            <w:tcW w:w="1020" w:type="dxa"/>
            <w:vAlign w:val="center"/>
          </w:tcPr>
          <w:p w14:paraId="005DCE95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29CACF98" w14:textId="77777777" w:rsidR="00365695" w:rsidRDefault="00365695" w:rsidP="00365695">
            <w:r>
              <w:rPr>
                <w:rFonts w:ascii="Times New Roman" w:hAnsi="Times New Roman" w:cs="Times New Roman"/>
              </w:rPr>
              <w:t>Федоренко Александр Иванович</w:t>
            </w:r>
          </w:p>
        </w:tc>
        <w:tc>
          <w:tcPr>
            <w:tcW w:w="1417" w:type="dxa"/>
            <w:vAlign w:val="center"/>
          </w:tcPr>
          <w:p w14:paraId="648ACD2A" w14:textId="77777777" w:rsidR="00365695" w:rsidRDefault="00365695" w:rsidP="00365695">
            <w:r>
              <w:rPr>
                <w:rFonts w:ascii="Times New Roman" w:hAnsi="Times New Roman" w:cs="Times New Roman"/>
              </w:rPr>
              <w:t>21-08-2012</w:t>
            </w:r>
          </w:p>
        </w:tc>
        <w:tc>
          <w:tcPr>
            <w:tcW w:w="1134" w:type="dxa"/>
            <w:vAlign w:val="center"/>
          </w:tcPr>
          <w:p w14:paraId="3BEDAF68" w14:textId="59E29627" w:rsidR="00365695" w:rsidRDefault="001C4D88" w:rsidP="00365695">
            <w:r>
              <w:rPr>
                <w:rFonts w:ascii="Times New Roman" w:hAnsi="Times New Roman" w:cs="Times New Roman"/>
              </w:rPr>
              <w:t>2р</w:t>
            </w:r>
          </w:p>
        </w:tc>
        <w:tc>
          <w:tcPr>
            <w:tcW w:w="1984" w:type="dxa"/>
            <w:vAlign w:val="center"/>
          </w:tcPr>
          <w:p w14:paraId="286EF8E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44EB03F" w14:textId="77777777" w:rsidR="00365695" w:rsidRDefault="00365695" w:rsidP="00365695">
            <w:r>
              <w:rPr>
                <w:rFonts w:ascii="Times New Roman" w:hAnsi="Times New Roman" w:cs="Times New Roman"/>
              </w:rPr>
              <w:t>Пшеницын А.А. Кузьмин Д.С.</w:t>
            </w:r>
          </w:p>
        </w:tc>
      </w:tr>
      <w:tr w:rsidR="00365695" w14:paraId="1B582E83" w14:textId="77777777" w:rsidTr="006F17CF">
        <w:tc>
          <w:tcPr>
            <w:tcW w:w="1020" w:type="dxa"/>
            <w:vAlign w:val="center"/>
          </w:tcPr>
          <w:p w14:paraId="4AB0C658" w14:textId="77777777" w:rsidR="00365695" w:rsidRDefault="00365695" w:rsidP="0036569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vAlign w:val="center"/>
          </w:tcPr>
          <w:p w14:paraId="7AB60D89" w14:textId="77777777" w:rsidR="00365695" w:rsidRDefault="00365695" w:rsidP="00365695">
            <w:r>
              <w:rPr>
                <w:rFonts w:ascii="Times New Roman" w:hAnsi="Times New Roman" w:cs="Times New Roman"/>
              </w:rPr>
              <w:t>Бондоров Кирилл Александрович</w:t>
            </w:r>
          </w:p>
        </w:tc>
        <w:tc>
          <w:tcPr>
            <w:tcW w:w="1417" w:type="dxa"/>
            <w:vAlign w:val="center"/>
          </w:tcPr>
          <w:p w14:paraId="35322C5E" w14:textId="77777777" w:rsidR="00365695" w:rsidRDefault="00365695" w:rsidP="00365695">
            <w:r>
              <w:rPr>
                <w:rFonts w:ascii="Times New Roman" w:hAnsi="Times New Roman" w:cs="Times New Roman"/>
              </w:rPr>
              <w:t>11-09-2012</w:t>
            </w:r>
          </w:p>
        </w:tc>
        <w:tc>
          <w:tcPr>
            <w:tcW w:w="1134" w:type="dxa"/>
            <w:vAlign w:val="center"/>
          </w:tcPr>
          <w:p w14:paraId="60DCE5B1" w14:textId="77777777" w:rsidR="00365695" w:rsidRDefault="00365695" w:rsidP="00365695">
            <w:r>
              <w:rPr>
                <w:rFonts w:ascii="Times New Roman" w:hAnsi="Times New Roman" w:cs="Times New Roman"/>
              </w:rPr>
              <w:t>2р</w:t>
            </w:r>
          </w:p>
        </w:tc>
        <w:tc>
          <w:tcPr>
            <w:tcW w:w="1984" w:type="dxa"/>
            <w:vAlign w:val="center"/>
          </w:tcPr>
          <w:p w14:paraId="1564A573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12BE0B4" w14:textId="77777777" w:rsidR="00365695" w:rsidRDefault="00365695" w:rsidP="00365695">
            <w:r>
              <w:rPr>
                <w:rFonts w:ascii="Times New Roman" w:hAnsi="Times New Roman" w:cs="Times New Roman"/>
              </w:rPr>
              <w:t>Томас В.А.</w:t>
            </w:r>
          </w:p>
        </w:tc>
      </w:tr>
      <w:tr w:rsidR="00365695" w14:paraId="28984617" w14:textId="77777777" w:rsidTr="006F17CF">
        <w:tc>
          <w:tcPr>
            <w:tcW w:w="10657" w:type="dxa"/>
            <w:gridSpan w:val="6"/>
            <w:vAlign w:val="center"/>
          </w:tcPr>
          <w:p w14:paraId="20FD1841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14-15 лет 70 кг. (Участников: 5 )</w:t>
            </w:r>
          </w:p>
        </w:tc>
      </w:tr>
      <w:tr w:rsidR="00365695" w14:paraId="32D8E251" w14:textId="77777777" w:rsidTr="006F17CF">
        <w:tc>
          <w:tcPr>
            <w:tcW w:w="1020" w:type="dxa"/>
            <w:vAlign w:val="center"/>
          </w:tcPr>
          <w:p w14:paraId="74C596F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5B3DDE9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6F923F8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89BAF4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67A0083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168F70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5014B85B" w14:textId="77777777" w:rsidTr="006F17CF">
        <w:tc>
          <w:tcPr>
            <w:tcW w:w="1020" w:type="dxa"/>
            <w:vAlign w:val="center"/>
          </w:tcPr>
          <w:p w14:paraId="456F080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F94E32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Кобелев Владислав Дмитриевич</w:t>
            </w:r>
          </w:p>
        </w:tc>
        <w:tc>
          <w:tcPr>
            <w:tcW w:w="1417" w:type="dxa"/>
            <w:vAlign w:val="center"/>
          </w:tcPr>
          <w:p w14:paraId="1DDA49A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14-11-2011</w:t>
            </w:r>
          </w:p>
        </w:tc>
        <w:tc>
          <w:tcPr>
            <w:tcW w:w="1134" w:type="dxa"/>
            <w:vAlign w:val="center"/>
          </w:tcPr>
          <w:p w14:paraId="5A4824E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1CBD2D6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082AC3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14:paraId="50FC7FBC" w14:textId="77777777" w:rsidTr="006F17CF">
        <w:tc>
          <w:tcPr>
            <w:tcW w:w="1020" w:type="dxa"/>
            <w:vAlign w:val="center"/>
          </w:tcPr>
          <w:p w14:paraId="45F14BC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54F41D0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Беломыцев Никита Максимович</w:t>
            </w:r>
          </w:p>
        </w:tc>
        <w:tc>
          <w:tcPr>
            <w:tcW w:w="1417" w:type="dxa"/>
            <w:vAlign w:val="center"/>
          </w:tcPr>
          <w:p w14:paraId="34098CC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08-08-2012</w:t>
            </w:r>
          </w:p>
        </w:tc>
        <w:tc>
          <w:tcPr>
            <w:tcW w:w="1134" w:type="dxa"/>
            <w:vAlign w:val="center"/>
          </w:tcPr>
          <w:p w14:paraId="6D6B5B5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4A9C857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1B8936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65695" w14:paraId="360B9725" w14:textId="77777777" w:rsidTr="006F17CF">
        <w:tc>
          <w:tcPr>
            <w:tcW w:w="1020" w:type="dxa"/>
            <w:vAlign w:val="center"/>
          </w:tcPr>
          <w:p w14:paraId="01BD1F8D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4F7005F1" w14:textId="77777777" w:rsidR="00365695" w:rsidRDefault="00365695" w:rsidP="00365695">
            <w:r>
              <w:rPr>
                <w:rFonts w:ascii="Times New Roman" w:hAnsi="Times New Roman" w:cs="Times New Roman"/>
              </w:rPr>
              <w:t>Арабский Артём Алексеевич</w:t>
            </w:r>
          </w:p>
        </w:tc>
        <w:tc>
          <w:tcPr>
            <w:tcW w:w="1417" w:type="dxa"/>
            <w:vAlign w:val="center"/>
          </w:tcPr>
          <w:p w14:paraId="17A0BE5B" w14:textId="77777777" w:rsidR="00365695" w:rsidRDefault="00365695" w:rsidP="00365695">
            <w:r>
              <w:rPr>
                <w:rFonts w:ascii="Times New Roman" w:hAnsi="Times New Roman" w:cs="Times New Roman"/>
              </w:rPr>
              <w:t>09-02-2011</w:t>
            </w:r>
          </w:p>
        </w:tc>
        <w:tc>
          <w:tcPr>
            <w:tcW w:w="1134" w:type="dxa"/>
            <w:vAlign w:val="center"/>
          </w:tcPr>
          <w:p w14:paraId="0CB35E56" w14:textId="2EB42C8A" w:rsidR="00365695" w:rsidRDefault="001C4D88" w:rsidP="00365695">
            <w:r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1984" w:type="dxa"/>
            <w:vAlign w:val="center"/>
          </w:tcPr>
          <w:p w14:paraId="5836C256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7CA46D1" w14:textId="77777777" w:rsidR="00365695" w:rsidRDefault="00365695" w:rsidP="00365695">
            <w:r>
              <w:rPr>
                <w:rFonts w:ascii="Times New Roman" w:hAnsi="Times New Roman" w:cs="Times New Roman"/>
              </w:rPr>
              <w:t>Заранок И.В.</w:t>
            </w:r>
          </w:p>
        </w:tc>
      </w:tr>
      <w:tr w:rsidR="00365695" w14:paraId="4A040491" w14:textId="77777777" w:rsidTr="006F17CF">
        <w:tc>
          <w:tcPr>
            <w:tcW w:w="1020" w:type="dxa"/>
            <w:vAlign w:val="center"/>
          </w:tcPr>
          <w:p w14:paraId="75B22A66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4F118197" w14:textId="77777777" w:rsidR="00365695" w:rsidRDefault="00365695" w:rsidP="00365695">
            <w:r>
              <w:rPr>
                <w:rFonts w:ascii="Times New Roman" w:hAnsi="Times New Roman" w:cs="Times New Roman"/>
              </w:rPr>
              <w:t>Околокулак Александр Викторович</w:t>
            </w:r>
          </w:p>
        </w:tc>
        <w:tc>
          <w:tcPr>
            <w:tcW w:w="1417" w:type="dxa"/>
            <w:vAlign w:val="center"/>
          </w:tcPr>
          <w:p w14:paraId="6DA5657B" w14:textId="77777777" w:rsidR="00365695" w:rsidRDefault="00365695" w:rsidP="00365695">
            <w:r>
              <w:rPr>
                <w:rFonts w:ascii="Times New Roman" w:hAnsi="Times New Roman" w:cs="Times New Roman"/>
              </w:rPr>
              <w:t>31-08-2012</w:t>
            </w:r>
          </w:p>
        </w:tc>
        <w:tc>
          <w:tcPr>
            <w:tcW w:w="1134" w:type="dxa"/>
            <w:vAlign w:val="center"/>
          </w:tcPr>
          <w:p w14:paraId="7D330189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28CEEDAA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5806734" w14:textId="77777777" w:rsidR="00365695" w:rsidRDefault="00365695" w:rsidP="00365695">
            <w:r>
              <w:rPr>
                <w:rFonts w:ascii="Times New Roman" w:hAnsi="Times New Roman" w:cs="Times New Roman"/>
              </w:rPr>
              <w:t>Валуйских Е.Г.</w:t>
            </w:r>
          </w:p>
        </w:tc>
      </w:tr>
      <w:tr w:rsidR="00365695" w14:paraId="4D808734" w14:textId="77777777" w:rsidTr="006F17CF">
        <w:tc>
          <w:tcPr>
            <w:tcW w:w="1020" w:type="dxa"/>
            <w:vAlign w:val="center"/>
          </w:tcPr>
          <w:p w14:paraId="172FFDE1" w14:textId="77777777" w:rsidR="00365695" w:rsidRDefault="00365695" w:rsidP="0036569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vAlign w:val="center"/>
          </w:tcPr>
          <w:p w14:paraId="272B53FE" w14:textId="77777777" w:rsidR="00365695" w:rsidRDefault="00365695" w:rsidP="00365695">
            <w:r>
              <w:rPr>
                <w:rFonts w:ascii="Times New Roman" w:hAnsi="Times New Roman" w:cs="Times New Roman"/>
              </w:rPr>
              <w:t>Седов Александр Алексеевич</w:t>
            </w:r>
          </w:p>
        </w:tc>
        <w:tc>
          <w:tcPr>
            <w:tcW w:w="1417" w:type="dxa"/>
            <w:vAlign w:val="center"/>
          </w:tcPr>
          <w:p w14:paraId="4441F40A" w14:textId="77777777" w:rsidR="00365695" w:rsidRDefault="00365695" w:rsidP="00365695">
            <w:r>
              <w:rPr>
                <w:rFonts w:ascii="Times New Roman" w:hAnsi="Times New Roman" w:cs="Times New Roman"/>
              </w:rPr>
              <w:t>24-09-2011</w:t>
            </w:r>
          </w:p>
        </w:tc>
        <w:tc>
          <w:tcPr>
            <w:tcW w:w="1134" w:type="dxa"/>
            <w:vAlign w:val="center"/>
          </w:tcPr>
          <w:p w14:paraId="313C0963" w14:textId="77777777" w:rsidR="00365695" w:rsidRDefault="00365695" w:rsidP="00365695"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84" w:type="dxa"/>
            <w:vAlign w:val="center"/>
          </w:tcPr>
          <w:p w14:paraId="6740E810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013AA7E" w14:textId="77777777" w:rsidR="00365695" w:rsidRDefault="00365695" w:rsidP="00365695">
            <w:r>
              <w:rPr>
                <w:rFonts w:ascii="Times New Roman" w:hAnsi="Times New Roman" w:cs="Times New Roman"/>
              </w:rPr>
              <w:t>к</w:t>
            </w:r>
          </w:p>
        </w:tc>
      </w:tr>
      <w:tr w:rsidR="00365695" w14:paraId="78CC0825" w14:textId="77777777" w:rsidTr="006F17CF">
        <w:tc>
          <w:tcPr>
            <w:tcW w:w="10657" w:type="dxa"/>
            <w:gridSpan w:val="6"/>
            <w:vAlign w:val="center"/>
          </w:tcPr>
          <w:p w14:paraId="56CFB127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Юноши 14-15 лет 70+ кг. (Участников: 5 )</w:t>
            </w:r>
          </w:p>
        </w:tc>
      </w:tr>
      <w:tr w:rsidR="00365695" w14:paraId="4ED61F30" w14:textId="77777777" w:rsidTr="006F17CF">
        <w:tc>
          <w:tcPr>
            <w:tcW w:w="1020" w:type="dxa"/>
            <w:vAlign w:val="center"/>
          </w:tcPr>
          <w:p w14:paraId="4661719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2350B61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6A66FF6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C5FF05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794647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72DE224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0BA97192" w14:textId="77777777" w:rsidTr="006F17CF">
        <w:tc>
          <w:tcPr>
            <w:tcW w:w="1020" w:type="dxa"/>
            <w:vAlign w:val="center"/>
          </w:tcPr>
          <w:p w14:paraId="0777582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087E3A6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Шкарлупин Артём Романович</w:t>
            </w:r>
          </w:p>
        </w:tc>
        <w:tc>
          <w:tcPr>
            <w:tcW w:w="1417" w:type="dxa"/>
            <w:vAlign w:val="center"/>
          </w:tcPr>
          <w:p w14:paraId="6D93072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20-07-2012</w:t>
            </w:r>
          </w:p>
        </w:tc>
        <w:tc>
          <w:tcPr>
            <w:tcW w:w="1134" w:type="dxa"/>
            <w:vAlign w:val="center"/>
          </w:tcPr>
          <w:p w14:paraId="3C8795C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888D45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448106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65695" w14:paraId="244777DA" w14:textId="77777777" w:rsidTr="006F17CF">
        <w:tc>
          <w:tcPr>
            <w:tcW w:w="1020" w:type="dxa"/>
            <w:vAlign w:val="center"/>
          </w:tcPr>
          <w:p w14:paraId="7E76AC2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29B7444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Летягин Платон Ильич</w:t>
            </w:r>
          </w:p>
        </w:tc>
        <w:tc>
          <w:tcPr>
            <w:tcW w:w="1417" w:type="dxa"/>
            <w:vAlign w:val="center"/>
          </w:tcPr>
          <w:p w14:paraId="76C28DF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31-01-2012</w:t>
            </w:r>
          </w:p>
        </w:tc>
        <w:tc>
          <w:tcPr>
            <w:tcW w:w="1134" w:type="dxa"/>
            <w:vAlign w:val="center"/>
          </w:tcPr>
          <w:p w14:paraId="20CDFFF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1юн</w:t>
            </w:r>
          </w:p>
        </w:tc>
        <w:tc>
          <w:tcPr>
            <w:tcW w:w="1984" w:type="dxa"/>
            <w:vAlign w:val="center"/>
          </w:tcPr>
          <w:p w14:paraId="19E1BE0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44348A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65695" w14:paraId="0761C1CE" w14:textId="77777777" w:rsidTr="006F17CF">
        <w:tc>
          <w:tcPr>
            <w:tcW w:w="1020" w:type="dxa"/>
            <w:vAlign w:val="center"/>
          </w:tcPr>
          <w:p w14:paraId="64CDB4B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429ADE7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Лесун Семен Васильевич</w:t>
            </w:r>
          </w:p>
        </w:tc>
        <w:tc>
          <w:tcPr>
            <w:tcW w:w="1417" w:type="dxa"/>
            <w:vAlign w:val="center"/>
          </w:tcPr>
          <w:p w14:paraId="4A55837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01-03-2012</w:t>
            </w:r>
          </w:p>
        </w:tc>
        <w:tc>
          <w:tcPr>
            <w:tcW w:w="1134" w:type="dxa"/>
            <w:vAlign w:val="center"/>
          </w:tcPr>
          <w:p w14:paraId="4DA0B52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2952AC5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3A9E27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365695" w14:paraId="1C11B458" w14:textId="77777777" w:rsidTr="006F17CF">
        <w:tc>
          <w:tcPr>
            <w:tcW w:w="1020" w:type="dxa"/>
            <w:vAlign w:val="center"/>
          </w:tcPr>
          <w:p w14:paraId="4C54B5C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8CD969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Цибин Станислав Игоревич</w:t>
            </w:r>
          </w:p>
        </w:tc>
        <w:tc>
          <w:tcPr>
            <w:tcW w:w="1417" w:type="dxa"/>
            <w:vAlign w:val="center"/>
          </w:tcPr>
          <w:p w14:paraId="3217D54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12-09-2012</w:t>
            </w:r>
          </w:p>
        </w:tc>
        <w:tc>
          <w:tcPr>
            <w:tcW w:w="1134" w:type="dxa"/>
            <w:vAlign w:val="center"/>
          </w:tcPr>
          <w:p w14:paraId="575E199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2юн</w:t>
            </w:r>
          </w:p>
        </w:tc>
        <w:tc>
          <w:tcPr>
            <w:tcW w:w="1984" w:type="dxa"/>
            <w:vAlign w:val="center"/>
          </w:tcPr>
          <w:p w14:paraId="5008F8B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33B7C0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Юрченко Д.Н.</w:t>
            </w:r>
          </w:p>
        </w:tc>
      </w:tr>
      <w:tr w:rsidR="00365695" w14:paraId="20243D65" w14:textId="77777777" w:rsidTr="006F17CF">
        <w:tc>
          <w:tcPr>
            <w:tcW w:w="1020" w:type="dxa"/>
            <w:vAlign w:val="center"/>
          </w:tcPr>
          <w:p w14:paraId="6E40565B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53DCF5B" w14:textId="77777777" w:rsidR="00365695" w:rsidRDefault="00365695" w:rsidP="00365695">
            <w:r>
              <w:rPr>
                <w:rFonts w:ascii="Times New Roman" w:hAnsi="Times New Roman" w:cs="Times New Roman"/>
              </w:rPr>
              <w:t>Кулигин Валерий Иванович</w:t>
            </w:r>
          </w:p>
        </w:tc>
        <w:tc>
          <w:tcPr>
            <w:tcW w:w="1417" w:type="dxa"/>
            <w:vAlign w:val="center"/>
          </w:tcPr>
          <w:p w14:paraId="1F4897EC" w14:textId="77777777" w:rsidR="00365695" w:rsidRDefault="00365695" w:rsidP="00365695">
            <w:r>
              <w:rPr>
                <w:rFonts w:ascii="Times New Roman" w:hAnsi="Times New Roman" w:cs="Times New Roman"/>
              </w:rPr>
              <w:t>30-11-2010</w:t>
            </w:r>
          </w:p>
        </w:tc>
        <w:tc>
          <w:tcPr>
            <w:tcW w:w="1134" w:type="dxa"/>
            <w:vAlign w:val="center"/>
          </w:tcPr>
          <w:p w14:paraId="3EF9059C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72591972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F321A35" w14:textId="77777777" w:rsidR="00365695" w:rsidRDefault="00365695" w:rsidP="00365695">
            <w:r>
              <w:rPr>
                <w:rFonts w:ascii="Times New Roman" w:hAnsi="Times New Roman" w:cs="Times New Roman"/>
              </w:rPr>
              <w:t>Шмельков А.В.</w:t>
            </w:r>
          </w:p>
        </w:tc>
      </w:tr>
      <w:tr w:rsidR="00365695" w14:paraId="1964E448" w14:textId="77777777" w:rsidTr="006F17CF">
        <w:tc>
          <w:tcPr>
            <w:tcW w:w="10657" w:type="dxa"/>
            <w:gridSpan w:val="6"/>
            <w:vAlign w:val="center"/>
          </w:tcPr>
          <w:p w14:paraId="295412E0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Юниоры 16-17 лет 55 кг. (Участников: 3 )</w:t>
            </w:r>
          </w:p>
        </w:tc>
      </w:tr>
      <w:tr w:rsidR="00365695" w14:paraId="326CA598" w14:textId="77777777" w:rsidTr="006F17CF">
        <w:tc>
          <w:tcPr>
            <w:tcW w:w="1020" w:type="dxa"/>
            <w:vAlign w:val="center"/>
          </w:tcPr>
          <w:p w14:paraId="4E966DE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C0234C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BAF2FD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ACB805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C080BE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1BBCBB5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00472011" w14:textId="77777777" w:rsidTr="006F17CF">
        <w:tc>
          <w:tcPr>
            <w:tcW w:w="1020" w:type="dxa"/>
            <w:vAlign w:val="center"/>
          </w:tcPr>
          <w:p w14:paraId="0D1984A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2702924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Кочетов Никита Алексеевич</w:t>
            </w:r>
          </w:p>
        </w:tc>
        <w:tc>
          <w:tcPr>
            <w:tcW w:w="1417" w:type="dxa"/>
            <w:vAlign w:val="center"/>
          </w:tcPr>
          <w:p w14:paraId="28B2433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05-12-2010</w:t>
            </w:r>
          </w:p>
        </w:tc>
        <w:tc>
          <w:tcPr>
            <w:tcW w:w="1134" w:type="dxa"/>
            <w:vAlign w:val="center"/>
          </w:tcPr>
          <w:p w14:paraId="59C9B99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2AE1FEE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AFC68A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365695" w14:paraId="19F197F3" w14:textId="77777777" w:rsidTr="006F17CF">
        <w:tc>
          <w:tcPr>
            <w:tcW w:w="1020" w:type="dxa"/>
            <w:vAlign w:val="center"/>
          </w:tcPr>
          <w:p w14:paraId="43A5E06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4D9E9A0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Третьяков Михаил Андреевич</w:t>
            </w:r>
          </w:p>
        </w:tc>
        <w:tc>
          <w:tcPr>
            <w:tcW w:w="1417" w:type="dxa"/>
            <w:vAlign w:val="center"/>
          </w:tcPr>
          <w:p w14:paraId="5888A34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27-12-2010</w:t>
            </w:r>
          </w:p>
        </w:tc>
        <w:tc>
          <w:tcPr>
            <w:tcW w:w="1134" w:type="dxa"/>
            <w:vAlign w:val="center"/>
          </w:tcPr>
          <w:p w14:paraId="0CED1B1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7F33EBB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5E76A9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14:paraId="28D5D892" w14:textId="77777777" w:rsidTr="006F17CF">
        <w:tc>
          <w:tcPr>
            <w:tcW w:w="1020" w:type="dxa"/>
            <w:vAlign w:val="center"/>
          </w:tcPr>
          <w:p w14:paraId="645EFE5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2B516C1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Шеховцов Владислав Владимирович</w:t>
            </w:r>
          </w:p>
        </w:tc>
        <w:tc>
          <w:tcPr>
            <w:tcW w:w="1417" w:type="dxa"/>
            <w:vAlign w:val="center"/>
          </w:tcPr>
          <w:p w14:paraId="6DAC5F3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07-01-2010</w:t>
            </w:r>
          </w:p>
        </w:tc>
        <w:tc>
          <w:tcPr>
            <w:tcW w:w="1134" w:type="dxa"/>
            <w:vAlign w:val="center"/>
          </w:tcPr>
          <w:p w14:paraId="08CD5E9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49B2240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21C758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Шмельков А.В.</w:t>
            </w:r>
          </w:p>
        </w:tc>
      </w:tr>
      <w:tr w:rsidR="00365695" w14:paraId="33993803" w14:textId="77777777" w:rsidTr="006F17CF">
        <w:tc>
          <w:tcPr>
            <w:tcW w:w="10657" w:type="dxa"/>
            <w:gridSpan w:val="6"/>
            <w:vAlign w:val="center"/>
          </w:tcPr>
          <w:p w14:paraId="2EE21DAD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Юниоры 16-17 лет 61 кг. (Участников: 6 )</w:t>
            </w:r>
          </w:p>
        </w:tc>
      </w:tr>
      <w:tr w:rsidR="00365695" w14:paraId="3407FD09" w14:textId="77777777" w:rsidTr="006F17CF">
        <w:tc>
          <w:tcPr>
            <w:tcW w:w="1020" w:type="dxa"/>
            <w:vAlign w:val="center"/>
          </w:tcPr>
          <w:p w14:paraId="18068D7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E6E589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A4A49F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0F0454C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435649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7F607F7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07721E55" w14:textId="77777777" w:rsidTr="006F17CF">
        <w:tc>
          <w:tcPr>
            <w:tcW w:w="1020" w:type="dxa"/>
            <w:vAlign w:val="center"/>
          </w:tcPr>
          <w:p w14:paraId="31830A4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0B2E0EA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Кошкин Александр Александрович</w:t>
            </w:r>
          </w:p>
        </w:tc>
        <w:tc>
          <w:tcPr>
            <w:tcW w:w="1417" w:type="dxa"/>
            <w:vAlign w:val="center"/>
          </w:tcPr>
          <w:p w14:paraId="00F3D8E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15-01-2011</w:t>
            </w:r>
          </w:p>
        </w:tc>
        <w:tc>
          <w:tcPr>
            <w:tcW w:w="1134" w:type="dxa"/>
            <w:vAlign w:val="center"/>
          </w:tcPr>
          <w:p w14:paraId="25D417E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54A54BB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45762B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Кравченко. Ю.А.</w:t>
            </w:r>
          </w:p>
        </w:tc>
      </w:tr>
      <w:tr w:rsidR="00365695" w14:paraId="170E1038" w14:textId="77777777" w:rsidTr="006F17CF">
        <w:tc>
          <w:tcPr>
            <w:tcW w:w="1020" w:type="dxa"/>
            <w:vAlign w:val="center"/>
          </w:tcPr>
          <w:p w14:paraId="40026A4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7B4505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Мячкин Дмитрий Иванович</w:t>
            </w:r>
          </w:p>
        </w:tc>
        <w:tc>
          <w:tcPr>
            <w:tcW w:w="1417" w:type="dxa"/>
            <w:vAlign w:val="center"/>
          </w:tcPr>
          <w:p w14:paraId="1B7A903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29-12-2010</w:t>
            </w:r>
          </w:p>
        </w:tc>
        <w:tc>
          <w:tcPr>
            <w:tcW w:w="1134" w:type="dxa"/>
            <w:vAlign w:val="center"/>
          </w:tcPr>
          <w:p w14:paraId="47FC595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2р</w:t>
            </w:r>
          </w:p>
        </w:tc>
        <w:tc>
          <w:tcPr>
            <w:tcW w:w="1984" w:type="dxa"/>
            <w:vAlign w:val="center"/>
          </w:tcPr>
          <w:p w14:paraId="36FB342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E0C405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Томас В.А.</w:t>
            </w:r>
          </w:p>
        </w:tc>
      </w:tr>
      <w:tr w:rsidR="00365695" w14:paraId="5072C8C3" w14:textId="77777777" w:rsidTr="006F17CF">
        <w:tc>
          <w:tcPr>
            <w:tcW w:w="1020" w:type="dxa"/>
            <w:vAlign w:val="center"/>
          </w:tcPr>
          <w:p w14:paraId="1191056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2551" w:type="dxa"/>
            <w:vAlign w:val="center"/>
          </w:tcPr>
          <w:p w14:paraId="0389A1E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Жалимов Даниил Фёдорович</w:t>
            </w:r>
          </w:p>
        </w:tc>
        <w:tc>
          <w:tcPr>
            <w:tcW w:w="1417" w:type="dxa"/>
            <w:vAlign w:val="center"/>
          </w:tcPr>
          <w:p w14:paraId="5213FD9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09-04-2009</w:t>
            </w:r>
          </w:p>
        </w:tc>
        <w:tc>
          <w:tcPr>
            <w:tcW w:w="1134" w:type="dxa"/>
            <w:vAlign w:val="center"/>
          </w:tcPr>
          <w:p w14:paraId="63F392C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12535DE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346067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Вдовин Р.А.</w:t>
            </w:r>
          </w:p>
        </w:tc>
      </w:tr>
      <w:tr w:rsidR="00365695" w14:paraId="5AFCCFB8" w14:textId="77777777" w:rsidTr="006F17CF">
        <w:tc>
          <w:tcPr>
            <w:tcW w:w="1020" w:type="dxa"/>
            <w:vAlign w:val="center"/>
          </w:tcPr>
          <w:p w14:paraId="5E8CD042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5B1E51A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Агафоненко Дмитрий Сергеевич</w:t>
            </w:r>
          </w:p>
        </w:tc>
        <w:tc>
          <w:tcPr>
            <w:tcW w:w="1417" w:type="dxa"/>
            <w:vAlign w:val="center"/>
          </w:tcPr>
          <w:p w14:paraId="352EB60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07-08-2010</w:t>
            </w:r>
          </w:p>
        </w:tc>
        <w:tc>
          <w:tcPr>
            <w:tcW w:w="1134" w:type="dxa"/>
            <w:vAlign w:val="center"/>
          </w:tcPr>
          <w:p w14:paraId="5C090B65" w14:textId="3AEB4DC4" w:rsidR="00365695" w:rsidRDefault="001C4D88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207030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20BD52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Бригунец А.С.</w:t>
            </w:r>
          </w:p>
        </w:tc>
      </w:tr>
      <w:tr w:rsidR="00365695" w14:paraId="203BF4D5" w14:textId="77777777" w:rsidTr="006F17CF">
        <w:tc>
          <w:tcPr>
            <w:tcW w:w="1020" w:type="dxa"/>
            <w:vAlign w:val="center"/>
          </w:tcPr>
          <w:p w14:paraId="2FB9B989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30F81A2" w14:textId="77777777" w:rsidR="00365695" w:rsidRDefault="00365695" w:rsidP="00365695">
            <w:r>
              <w:rPr>
                <w:rFonts w:ascii="Times New Roman" w:hAnsi="Times New Roman" w:cs="Times New Roman"/>
              </w:rPr>
              <w:t>Новиков Игорь Алексеевич</w:t>
            </w:r>
          </w:p>
        </w:tc>
        <w:tc>
          <w:tcPr>
            <w:tcW w:w="1417" w:type="dxa"/>
            <w:vAlign w:val="center"/>
          </w:tcPr>
          <w:p w14:paraId="04ECD48F" w14:textId="77777777" w:rsidR="00365695" w:rsidRDefault="00365695" w:rsidP="00365695">
            <w:r>
              <w:rPr>
                <w:rFonts w:ascii="Times New Roman" w:hAnsi="Times New Roman" w:cs="Times New Roman"/>
              </w:rPr>
              <w:t>22-11-2010</w:t>
            </w:r>
          </w:p>
        </w:tc>
        <w:tc>
          <w:tcPr>
            <w:tcW w:w="1134" w:type="dxa"/>
            <w:vAlign w:val="center"/>
          </w:tcPr>
          <w:p w14:paraId="0CA327FA" w14:textId="77777777" w:rsidR="00365695" w:rsidRDefault="00365695" w:rsidP="00365695">
            <w:r>
              <w:rPr>
                <w:rFonts w:ascii="Times New Roman" w:hAnsi="Times New Roman" w:cs="Times New Roman"/>
              </w:rPr>
              <w:t>бр</w:t>
            </w:r>
          </w:p>
        </w:tc>
        <w:tc>
          <w:tcPr>
            <w:tcW w:w="1984" w:type="dxa"/>
            <w:vAlign w:val="center"/>
          </w:tcPr>
          <w:p w14:paraId="6A416AD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AAD950D" w14:textId="77777777" w:rsidR="00365695" w:rsidRDefault="00365695" w:rsidP="00365695">
            <w:r>
              <w:rPr>
                <w:rFonts w:ascii="Times New Roman" w:hAnsi="Times New Roman" w:cs="Times New Roman"/>
              </w:rPr>
              <w:t>Марков П.П.</w:t>
            </w:r>
          </w:p>
        </w:tc>
      </w:tr>
      <w:tr w:rsidR="00365695" w14:paraId="461A9FC2" w14:textId="77777777" w:rsidTr="006F17CF">
        <w:tc>
          <w:tcPr>
            <w:tcW w:w="1020" w:type="dxa"/>
            <w:vAlign w:val="center"/>
          </w:tcPr>
          <w:p w14:paraId="372C5271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3A638255" w14:textId="77777777" w:rsidR="00365695" w:rsidRDefault="00365695" w:rsidP="00365695">
            <w:r>
              <w:rPr>
                <w:rFonts w:ascii="Times New Roman" w:hAnsi="Times New Roman" w:cs="Times New Roman"/>
              </w:rPr>
              <w:t>Петухов Константин Николаевич</w:t>
            </w:r>
          </w:p>
        </w:tc>
        <w:tc>
          <w:tcPr>
            <w:tcW w:w="1417" w:type="dxa"/>
            <w:vAlign w:val="center"/>
          </w:tcPr>
          <w:p w14:paraId="168BC315" w14:textId="77777777" w:rsidR="00365695" w:rsidRDefault="00365695" w:rsidP="00365695">
            <w:r>
              <w:rPr>
                <w:rFonts w:ascii="Times New Roman" w:hAnsi="Times New Roman" w:cs="Times New Roman"/>
              </w:rPr>
              <w:t>03-09-2010</w:t>
            </w:r>
          </w:p>
        </w:tc>
        <w:tc>
          <w:tcPr>
            <w:tcW w:w="1134" w:type="dxa"/>
            <w:vAlign w:val="center"/>
          </w:tcPr>
          <w:p w14:paraId="0AC7CC0E" w14:textId="77777777" w:rsidR="00365695" w:rsidRDefault="00365695" w:rsidP="00365695">
            <w:r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1984" w:type="dxa"/>
            <w:vAlign w:val="center"/>
          </w:tcPr>
          <w:p w14:paraId="2DEBFD3E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515F0A4A" w14:textId="77777777" w:rsidR="00365695" w:rsidRDefault="00365695" w:rsidP="00365695">
            <w:r>
              <w:rPr>
                <w:rFonts w:ascii="Times New Roman" w:hAnsi="Times New Roman" w:cs="Times New Roman"/>
              </w:rPr>
              <w:t>Валуйских Е.Г.</w:t>
            </w:r>
          </w:p>
        </w:tc>
      </w:tr>
      <w:tr w:rsidR="00365695" w14:paraId="07E74E1B" w14:textId="77777777" w:rsidTr="006F17CF">
        <w:tc>
          <w:tcPr>
            <w:tcW w:w="10657" w:type="dxa"/>
            <w:gridSpan w:val="6"/>
            <w:vAlign w:val="center"/>
          </w:tcPr>
          <w:p w14:paraId="066FBE61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Юниоры 16-17 лет 68 кг. (Участников: 3 )</w:t>
            </w:r>
          </w:p>
        </w:tc>
      </w:tr>
      <w:tr w:rsidR="00365695" w14:paraId="194DCBBB" w14:textId="77777777" w:rsidTr="006F17CF">
        <w:tc>
          <w:tcPr>
            <w:tcW w:w="1020" w:type="dxa"/>
            <w:vAlign w:val="center"/>
          </w:tcPr>
          <w:p w14:paraId="4FAC247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1A00E8F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FF51FF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9D9472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4F8CD63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6902539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3A8E50DE" w14:textId="77777777" w:rsidTr="006F17CF">
        <w:tc>
          <w:tcPr>
            <w:tcW w:w="1020" w:type="dxa"/>
            <w:vAlign w:val="center"/>
          </w:tcPr>
          <w:p w14:paraId="588D92C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4A44F84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Щетинин Андрей Романович</w:t>
            </w:r>
          </w:p>
        </w:tc>
        <w:tc>
          <w:tcPr>
            <w:tcW w:w="1417" w:type="dxa"/>
            <w:vAlign w:val="center"/>
          </w:tcPr>
          <w:p w14:paraId="52F635D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16-01-2011</w:t>
            </w:r>
          </w:p>
        </w:tc>
        <w:tc>
          <w:tcPr>
            <w:tcW w:w="1134" w:type="dxa"/>
            <w:vAlign w:val="center"/>
          </w:tcPr>
          <w:p w14:paraId="4A7BE50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0E0DFD4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49BB894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65695" w14:paraId="41118125" w14:textId="77777777" w:rsidTr="006F17CF">
        <w:tc>
          <w:tcPr>
            <w:tcW w:w="1020" w:type="dxa"/>
            <w:vAlign w:val="center"/>
          </w:tcPr>
          <w:p w14:paraId="00C139F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0FD90F4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Сальников Матвей Александрович</w:t>
            </w:r>
          </w:p>
        </w:tc>
        <w:tc>
          <w:tcPr>
            <w:tcW w:w="1417" w:type="dxa"/>
            <w:vAlign w:val="center"/>
          </w:tcPr>
          <w:p w14:paraId="152C9F4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09-02-2010</w:t>
            </w:r>
          </w:p>
        </w:tc>
        <w:tc>
          <w:tcPr>
            <w:tcW w:w="1134" w:type="dxa"/>
            <w:vAlign w:val="center"/>
          </w:tcPr>
          <w:p w14:paraId="6BE7C69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35B9815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8A445A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Заранок И.В</w:t>
            </w:r>
          </w:p>
        </w:tc>
      </w:tr>
      <w:tr w:rsidR="00365695" w14:paraId="158950DD" w14:textId="77777777" w:rsidTr="006F17CF">
        <w:tc>
          <w:tcPr>
            <w:tcW w:w="1020" w:type="dxa"/>
            <w:vAlign w:val="center"/>
          </w:tcPr>
          <w:p w14:paraId="579441F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6DB4165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Колмаков Евгений Владиславович</w:t>
            </w:r>
          </w:p>
        </w:tc>
        <w:tc>
          <w:tcPr>
            <w:tcW w:w="1417" w:type="dxa"/>
            <w:vAlign w:val="center"/>
          </w:tcPr>
          <w:p w14:paraId="30CA17D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16-07-2009</w:t>
            </w:r>
          </w:p>
        </w:tc>
        <w:tc>
          <w:tcPr>
            <w:tcW w:w="1134" w:type="dxa"/>
            <w:vAlign w:val="center"/>
          </w:tcPr>
          <w:p w14:paraId="54018645" w14:textId="1613C573" w:rsidR="00365695" w:rsidRDefault="001C4D88" w:rsidP="00365695">
            <w:r>
              <w:rPr>
                <w:rFonts w:ascii="Times New Roman" w:hAnsi="Times New Roman" w:cs="Times New Roman"/>
                <w:b/>
              </w:rPr>
              <w:t>1р</w:t>
            </w:r>
          </w:p>
        </w:tc>
        <w:tc>
          <w:tcPr>
            <w:tcW w:w="1984" w:type="dxa"/>
            <w:vAlign w:val="center"/>
          </w:tcPr>
          <w:p w14:paraId="5988E5D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3E78FE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Бригунец А.С.</w:t>
            </w:r>
          </w:p>
        </w:tc>
      </w:tr>
      <w:tr w:rsidR="00365695" w14:paraId="44359F29" w14:textId="77777777" w:rsidTr="006F17CF">
        <w:tc>
          <w:tcPr>
            <w:tcW w:w="10657" w:type="dxa"/>
            <w:gridSpan w:val="6"/>
            <w:vAlign w:val="center"/>
          </w:tcPr>
          <w:p w14:paraId="4FEFF923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Юниоры 16-17 лет 76 кг. (Участников: 5 )</w:t>
            </w:r>
          </w:p>
        </w:tc>
      </w:tr>
      <w:tr w:rsidR="00365695" w14:paraId="656758FB" w14:textId="77777777" w:rsidTr="006F17CF">
        <w:tc>
          <w:tcPr>
            <w:tcW w:w="1020" w:type="dxa"/>
            <w:vAlign w:val="center"/>
          </w:tcPr>
          <w:p w14:paraId="5827D3D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0AF7BBA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5CE78F0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3A66B55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1147B47B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6E39F6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69E03E13" w14:textId="77777777" w:rsidTr="006F17CF">
        <w:tc>
          <w:tcPr>
            <w:tcW w:w="1020" w:type="dxa"/>
            <w:vAlign w:val="center"/>
          </w:tcPr>
          <w:p w14:paraId="48CD8D3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0AF76B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Муштаев Артем Сергеевич</w:t>
            </w:r>
          </w:p>
        </w:tc>
        <w:tc>
          <w:tcPr>
            <w:tcW w:w="1417" w:type="dxa"/>
            <w:vAlign w:val="center"/>
          </w:tcPr>
          <w:p w14:paraId="366AD88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09-03-2009</w:t>
            </w:r>
          </w:p>
        </w:tc>
        <w:tc>
          <w:tcPr>
            <w:tcW w:w="1134" w:type="dxa"/>
            <w:vAlign w:val="center"/>
          </w:tcPr>
          <w:p w14:paraId="3C01586F" w14:textId="52412E70" w:rsidR="00365695" w:rsidRDefault="001C4D88" w:rsidP="00365695">
            <w:r>
              <w:rPr>
                <w:rFonts w:ascii="Times New Roman" w:hAnsi="Times New Roman" w:cs="Times New Roman"/>
                <w:b/>
              </w:rPr>
              <w:t>1р</w:t>
            </w:r>
          </w:p>
        </w:tc>
        <w:tc>
          <w:tcPr>
            <w:tcW w:w="1984" w:type="dxa"/>
            <w:vAlign w:val="center"/>
          </w:tcPr>
          <w:p w14:paraId="1AAA664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62378D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Пшеницын А.А.</w:t>
            </w:r>
          </w:p>
        </w:tc>
      </w:tr>
      <w:tr w:rsidR="00365695" w14:paraId="75C9393B" w14:textId="77777777" w:rsidTr="006F17CF">
        <w:tc>
          <w:tcPr>
            <w:tcW w:w="1020" w:type="dxa"/>
            <w:vAlign w:val="center"/>
          </w:tcPr>
          <w:p w14:paraId="5ABA5AE8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3A3E67B9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Коробченко Богдан Александрович</w:t>
            </w:r>
          </w:p>
        </w:tc>
        <w:tc>
          <w:tcPr>
            <w:tcW w:w="1417" w:type="dxa"/>
            <w:vAlign w:val="center"/>
          </w:tcPr>
          <w:p w14:paraId="071DFE3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28-05-2009</w:t>
            </w:r>
          </w:p>
        </w:tc>
        <w:tc>
          <w:tcPr>
            <w:tcW w:w="1134" w:type="dxa"/>
            <w:vAlign w:val="center"/>
          </w:tcPr>
          <w:p w14:paraId="24ADA3C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3470B41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2B9323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Кравченко Ю.А.</w:t>
            </w:r>
          </w:p>
        </w:tc>
      </w:tr>
      <w:tr w:rsidR="00365695" w14:paraId="06DDD1B9" w14:textId="77777777" w:rsidTr="006F17CF">
        <w:tc>
          <w:tcPr>
            <w:tcW w:w="1020" w:type="dxa"/>
            <w:vAlign w:val="center"/>
          </w:tcPr>
          <w:p w14:paraId="43A57BE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3E9017B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Калинин Захар Николаевич</w:t>
            </w:r>
          </w:p>
        </w:tc>
        <w:tc>
          <w:tcPr>
            <w:tcW w:w="1417" w:type="dxa"/>
            <w:vAlign w:val="center"/>
          </w:tcPr>
          <w:p w14:paraId="38EB123D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18-10-2009</w:t>
            </w:r>
          </w:p>
        </w:tc>
        <w:tc>
          <w:tcPr>
            <w:tcW w:w="1134" w:type="dxa"/>
            <w:vAlign w:val="center"/>
          </w:tcPr>
          <w:p w14:paraId="2D27759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5DD6197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99C93C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Юдаков А.А.</w:t>
            </w:r>
          </w:p>
        </w:tc>
      </w:tr>
      <w:tr w:rsidR="00365695" w14:paraId="72C40BA2" w14:textId="77777777" w:rsidTr="006F17CF">
        <w:tc>
          <w:tcPr>
            <w:tcW w:w="1020" w:type="dxa"/>
            <w:vAlign w:val="center"/>
          </w:tcPr>
          <w:p w14:paraId="06C3621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109651C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Егоров Дмитрий Денисович</w:t>
            </w:r>
          </w:p>
        </w:tc>
        <w:tc>
          <w:tcPr>
            <w:tcW w:w="1417" w:type="dxa"/>
            <w:vAlign w:val="center"/>
          </w:tcPr>
          <w:p w14:paraId="71CB7E07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09-02-2010</w:t>
            </w:r>
          </w:p>
        </w:tc>
        <w:tc>
          <w:tcPr>
            <w:tcW w:w="1134" w:type="dxa"/>
            <w:vAlign w:val="center"/>
          </w:tcPr>
          <w:p w14:paraId="26AECABB" w14:textId="2906BD9B" w:rsidR="00365695" w:rsidRDefault="001C4D88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1AA428E6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26C1C58A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Юрченко Д.Н</w:t>
            </w:r>
          </w:p>
        </w:tc>
      </w:tr>
      <w:tr w:rsidR="00365695" w14:paraId="7454D497" w14:textId="77777777" w:rsidTr="006F17CF">
        <w:tc>
          <w:tcPr>
            <w:tcW w:w="1020" w:type="dxa"/>
            <w:vAlign w:val="center"/>
          </w:tcPr>
          <w:p w14:paraId="65FF3126" w14:textId="77777777" w:rsidR="00365695" w:rsidRDefault="00365695" w:rsidP="0036569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Align w:val="center"/>
          </w:tcPr>
          <w:p w14:paraId="0A0D5CD8" w14:textId="77777777" w:rsidR="00365695" w:rsidRDefault="00365695" w:rsidP="00365695">
            <w:r>
              <w:rPr>
                <w:rFonts w:ascii="Times New Roman" w:hAnsi="Times New Roman" w:cs="Times New Roman"/>
              </w:rPr>
              <w:t>Фабер Михаил Константинович</w:t>
            </w:r>
          </w:p>
        </w:tc>
        <w:tc>
          <w:tcPr>
            <w:tcW w:w="1417" w:type="dxa"/>
            <w:vAlign w:val="center"/>
          </w:tcPr>
          <w:p w14:paraId="3DAF7C5F" w14:textId="77777777" w:rsidR="00365695" w:rsidRDefault="00365695" w:rsidP="00365695">
            <w:r>
              <w:rPr>
                <w:rFonts w:ascii="Times New Roman" w:hAnsi="Times New Roman" w:cs="Times New Roman"/>
              </w:rPr>
              <w:t>19-05-2009</w:t>
            </w:r>
          </w:p>
        </w:tc>
        <w:tc>
          <w:tcPr>
            <w:tcW w:w="1134" w:type="dxa"/>
            <w:vAlign w:val="center"/>
          </w:tcPr>
          <w:p w14:paraId="1043214E" w14:textId="77777777" w:rsidR="00365695" w:rsidRDefault="00365695" w:rsidP="00365695"/>
        </w:tc>
        <w:tc>
          <w:tcPr>
            <w:tcW w:w="1984" w:type="dxa"/>
            <w:vAlign w:val="center"/>
          </w:tcPr>
          <w:p w14:paraId="7A616A2D" w14:textId="77777777" w:rsidR="00365695" w:rsidRDefault="00365695" w:rsidP="00365695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6332D13" w14:textId="77777777" w:rsidR="00365695" w:rsidRDefault="00365695" w:rsidP="00365695"/>
        </w:tc>
      </w:tr>
      <w:tr w:rsidR="00365695" w14:paraId="64979BAC" w14:textId="77777777" w:rsidTr="006F17CF">
        <w:tc>
          <w:tcPr>
            <w:tcW w:w="10657" w:type="dxa"/>
            <w:gridSpan w:val="6"/>
            <w:vAlign w:val="center"/>
          </w:tcPr>
          <w:p w14:paraId="756CA8E0" w14:textId="77777777" w:rsidR="00365695" w:rsidRDefault="00365695" w:rsidP="00365695">
            <w:r>
              <w:rPr>
                <w:rFonts w:ascii="Times New Roman" w:hAnsi="Times New Roman" w:cs="Times New Roman"/>
                <w:b/>
                <w:i/>
              </w:rPr>
              <w:t>Юниоры 16-17 лет 76+ кг. (Участников: 2 )</w:t>
            </w:r>
          </w:p>
        </w:tc>
      </w:tr>
      <w:tr w:rsidR="00365695" w14:paraId="11901C8D" w14:textId="77777777" w:rsidTr="006F17CF">
        <w:tc>
          <w:tcPr>
            <w:tcW w:w="1020" w:type="dxa"/>
            <w:vAlign w:val="center"/>
          </w:tcPr>
          <w:p w14:paraId="273C10E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4660DAE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0CBA0B1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8471B0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3AE5FBC5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3F88EE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365695" w14:paraId="787CC64E" w14:textId="77777777" w:rsidTr="006F17CF">
        <w:tc>
          <w:tcPr>
            <w:tcW w:w="1020" w:type="dxa"/>
            <w:vAlign w:val="center"/>
          </w:tcPr>
          <w:p w14:paraId="60A409C3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017750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Валуйских Михаил Евгеньевич</w:t>
            </w:r>
          </w:p>
        </w:tc>
        <w:tc>
          <w:tcPr>
            <w:tcW w:w="1417" w:type="dxa"/>
            <w:vAlign w:val="center"/>
          </w:tcPr>
          <w:p w14:paraId="6EF24D2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05-05-2009</w:t>
            </w:r>
          </w:p>
        </w:tc>
        <w:tc>
          <w:tcPr>
            <w:tcW w:w="1134" w:type="dxa"/>
            <w:vAlign w:val="center"/>
          </w:tcPr>
          <w:p w14:paraId="6087FFA1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5C66B18E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AB68E44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Валуйских Е.Г.</w:t>
            </w:r>
          </w:p>
        </w:tc>
      </w:tr>
      <w:tr w:rsidR="00365695" w:rsidRPr="006F17CF" w14:paraId="11DD34DE" w14:textId="77777777" w:rsidTr="006F17CF">
        <w:tc>
          <w:tcPr>
            <w:tcW w:w="1020" w:type="dxa"/>
            <w:vAlign w:val="center"/>
          </w:tcPr>
          <w:p w14:paraId="65D084FC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0B8AB20F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Солкарян Арсен Мамиконович</w:t>
            </w:r>
          </w:p>
        </w:tc>
        <w:tc>
          <w:tcPr>
            <w:tcW w:w="1417" w:type="dxa"/>
            <w:vAlign w:val="center"/>
          </w:tcPr>
          <w:p w14:paraId="62DD9C4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25-02-2010</w:t>
            </w:r>
          </w:p>
        </w:tc>
        <w:tc>
          <w:tcPr>
            <w:tcW w:w="1134" w:type="dxa"/>
            <w:vAlign w:val="center"/>
          </w:tcPr>
          <w:p w14:paraId="6AC022EE" w14:textId="0058E1C3" w:rsidR="00365695" w:rsidRDefault="001C4D88" w:rsidP="00365695">
            <w:r>
              <w:rPr>
                <w:rFonts w:ascii="Times New Roman" w:hAnsi="Times New Roman" w:cs="Times New Roman"/>
                <w:b/>
              </w:rPr>
              <w:t>3р</w:t>
            </w:r>
          </w:p>
        </w:tc>
        <w:tc>
          <w:tcPr>
            <w:tcW w:w="1984" w:type="dxa"/>
            <w:vAlign w:val="center"/>
          </w:tcPr>
          <w:p w14:paraId="680902F0" w14:textId="77777777" w:rsidR="00365695" w:rsidRDefault="00365695" w:rsidP="00365695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CC2A268" w14:textId="77777777" w:rsidR="00365695" w:rsidRPr="006F17CF" w:rsidRDefault="00365695" w:rsidP="00365695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Пшеницын А.А. Макашов А.В.</w:t>
            </w:r>
          </w:p>
        </w:tc>
      </w:tr>
      <w:tr w:rsidR="00365695" w:rsidRPr="00BD5329" w14:paraId="725E29FF" w14:textId="77777777" w:rsidTr="00BD5329">
        <w:tc>
          <w:tcPr>
            <w:tcW w:w="10657" w:type="dxa"/>
            <w:gridSpan w:val="6"/>
            <w:vAlign w:val="center"/>
          </w:tcPr>
          <w:p w14:paraId="6E41EE41" w14:textId="556242AF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i/>
              </w:rPr>
              <w:t xml:space="preserve">Юниоры 18-20 лет </w:t>
            </w:r>
            <w:r w:rsidR="00BD5329" w:rsidRPr="00BD5329">
              <w:rPr>
                <w:rFonts w:ascii="Times New Roman" w:hAnsi="Times New Roman" w:cs="Times New Roman"/>
                <w:b/>
                <w:i/>
                <w:lang w:val="ru-RU"/>
              </w:rPr>
              <w:t>60</w:t>
            </w:r>
            <w:r w:rsidRPr="00BD5329">
              <w:rPr>
                <w:rFonts w:ascii="Times New Roman" w:hAnsi="Times New Roman" w:cs="Times New Roman"/>
                <w:b/>
                <w:i/>
              </w:rPr>
              <w:t xml:space="preserve"> кг. (Участников: </w:t>
            </w:r>
            <w:r w:rsidR="00BD5329" w:rsidRPr="00BD5329"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 w:rsidRPr="00BD5329"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365695" w:rsidRPr="00BD5329" w14:paraId="0367BCD5" w14:textId="77777777" w:rsidTr="00BD5329">
        <w:tc>
          <w:tcPr>
            <w:tcW w:w="1020" w:type="dxa"/>
            <w:vAlign w:val="center"/>
          </w:tcPr>
          <w:p w14:paraId="217E1B8B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DF3595E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7BB85BFD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AADE807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CAB3CC5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40471E71" w14:textId="77777777" w:rsidR="00365695" w:rsidRPr="00BD5329" w:rsidRDefault="00365695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BD5329" w:rsidRPr="00BD5329" w14:paraId="1FCD85CF" w14:textId="77777777" w:rsidTr="00BD5329">
        <w:tc>
          <w:tcPr>
            <w:tcW w:w="1020" w:type="dxa"/>
            <w:vAlign w:val="center"/>
          </w:tcPr>
          <w:p w14:paraId="3DC3DA72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1DA0218E" w14:textId="70A9484E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color w:val="000000"/>
              </w:rPr>
              <w:t>Селиверстов Святослав Романович</w:t>
            </w:r>
          </w:p>
        </w:tc>
        <w:tc>
          <w:tcPr>
            <w:tcW w:w="1417" w:type="dxa"/>
            <w:vAlign w:val="center"/>
          </w:tcPr>
          <w:p w14:paraId="23340BC5" w14:textId="43342480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color w:val="000000"/>
              </w:rPr>
              <w:t>2008-09-06</w:t>
            </w:r>
          </w:p>
        </w:tc>
        <w:tc>
          <w:tcPr>
            <w:tcW w:w="1134" w:type="dxa"/>
            <w:vAlign w:val="center"/>
          </w:tcPr>
          <w:p w14:paraId="1EB44D79" w14:textId="2E331994" w:rsidR="00BD5329" w:rsidRPr="00BD5329" w:rsidRDefault="00BD5329" w:rsidP="00BD532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BD5329">
              <w:rPr>
                <w:rFonts w:ascii="Times New Roman" w:hAnsi="Times New Roman" w:cs="Times New Roman"/>
                <w:b/>
                <w:lang w:val="ru-RU"/>
              </w:rPr>
              <w:t>КМС</w:t>
            </w:r>
          </w:p>
        </w:tc>
        <w:tc>
          <w:tcPr>
            <w:tcW w:w="1984" w:type="dxa"/>
            <w:vAlign w:val="center"/>
          </w:tcPr>
          <w:p w14:paraId="060CEAAF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893F93E" w14:textId="2F6EB208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Селиверстов Р.В.</w:t>
            </w:r>
          </w:p>
        </w:tc>
      </w:tr>
      <w:tr w:rsidR="00BD5329" w:rsidRPr="00BD5329" w14:paraId="36C6B649" w14:textId="77777777" w:rsidTr="00BD5329">
        <w:tc>
          <w:tcPr>
            <w:tcW w:w="10657" w:type="dxa"/>
            <w:gridSpan w:val="6"/>
            <w:vAlign w:val="center"/>
          </w:tcPr>
          <w:p w14:paraId="0C6917E7" w14:textId="1A93DB03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i/>
              </w:rPr>
              <w:t xml:space="preserve">Юниоры 18-20 лет </w:t>
            </w:r>
            <w:r w:rsidRPr="00BD5329">
              <w:rPr>
                <w:rFonts w:ascii="Times New Roman" w:hAnsi="Times New Roman" w:cs="Times New Roman"/>
                <w:b/>
                <w:i/>
                <w:lang w:val="ru-RU"/>
              </w:rPr>
              <w:t>67</w:t>
            </w:r>
            <w:r w:rsidRPr="00BD5329">
              <w:rPr>
                <w:rFonts w:ascii="Times New Roman" w:hAnsi="Times New Roman" w:cs="Times New Roman"/>
                <w:b/>
                <w:i/>
              </w:rPr>
              <w:t xml:space="preserve"> кг. (Участников: </w:t>
            </w:r>
            <w:r w:rsidRPr="00BD5329">
              <w:rPr>
                <w:rFonts w:ascii="Times New Roman" w:hAnsi="Times New Roman" w:cs="Times New Roman"/>
                <w:b/>
                <w:i/>
                <w:lang w:val="ru-RU"/>
              </w:rPr>
              <w:t>1</w:t>
            </w:r>
            <w:r w:rsidRPr="00BD5329">
              <w:rPr>
                <w:rFonts w:ascii="Times New Roman" w:hAnsi="Times New Roman" w:cs="Times New Roman"/>
                <w:b/>
                <w:i/>
              </w:rPr>
              <w:t xml:space="preserve"> )</w:t>
            </w:r>
          </w:p>
        </w:tc>
      </w:tr>
      <w:tr w:rsidR="00BD5329" w:rsidRPr="00BD5329" w14:paraId="3440CD79" w14:textId="77777777" w:rsidTr="00BD5329">
        <w:tc>
          <w:tcPr>
            <w:tcW w:w="1020" w:type="dxa"/>
            <w:vAlign w:val="center"/>
          </w:tcPr>
          <w:p w14:paraId="004BDF4C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9C212BD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2555DC57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69F2CB3F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226C2155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29476D82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BD5329" w:rsidRPr="00BD5329" w14:paraId="62981E40" w14:textId="77777777" w:rsidTr="00BD5329">
        <w:tc>
          <w:tcPr>
            <w:tcW w:w="1020" w:type="dxa"/>
            <w:vAlign w:val="center"/>
          </w:tcPr>
          <w:p w14:paraId="35176C1B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5E9B16C8" w14:textId="68DA9D2D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color w:val="000000"/>
              </w:rPr>
              <w:t>Коньков Артём Эдуардович</w:t>
            </w:r>
          </w:p>
        </w:tc>
        <w:tc>
          <w:tcPr>
            <w:tcW w:w="1417" w:type="dxa"/>
            <w:vAlign w:val="center"/>
          </w:tcPr>
          <w:p w14:paraId="7EC5E1BA" w14:textId="3A10ABEB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  <w:color w:val="000000"/>
              </w:rPr>
              <w:t>2008-01-07</w:t>
            </w:r>
          </w:p>
        </w:tc>
        <w:tc>
          <w:tcPr>
            <w:tcW w:w="1134" w:type="dxa"/>
            <w:vAlign w:val="center"/>
          </w:tcPr>
          <w:p w14:paraId="08718C11" w14:textId="4919FF7A" w:rsidR="00BD5329" w:rsidRPr="00BD5329" w:rsidRDefault="00BD5329" w:rsidP="00BD532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BD5329">
              <w:rPr>
                <w:rFonts w:ascii="Times New Roman" w:hAnsi="Times New Roman" w:cs="Times New Roman"/>
                <w:b/>
                <w:lang w:val="ru-RU"/>
              </w:rPr>
              <w:t>КМС</w:t>
            </w:r>
          </w:p>
        </w:tc>
        <w:tc>
          <w:tcPr>
            <w:tcW w:w="1984" w:type="dxa"/>
            <w:vAlign w:val="center"/>
          </w:tcPr>
          <w:p w14:paraId="07172672" w14:textId="77777777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1E2A94B8" w14:textId="026CD37C" w:rsidR="00BD5329" w:rsidRPr="00BD5329" w:rsidRDefault="00BD5329" w:rsidP="00BD5329">
            <w:pPr>
              <w:rPr>
                <w:rFonts w:ascii="Times New Roman" w:hAnsi="Times New Roman" w:cs="Times New Roman"/>
                <w:b/>
              </w:rPr>
            </w:pPr>
            <w:r w:rsidRPr="00BD5329">
              <w:rPr>
                <w:rFonts w:ascii="Times New Roman" w:hAnsi="Times New Roman" w:cs="Times New Roman"/>
                <w:b/>
              </w:rPr>
              <w:t>Беспалов. Д.С</w:t>
            </w:r>
          </w:p>
        </w:tc>
      </w:tr>
      <w:tr w:rsidR="00BD5329" w14:paraId="374FD1AB" w14:textId="77777777" w:rsidTr="00896395">
        <w:tc>
          <w:tcPr>
            <w:tcW w:w="10657" w:type="dxa"/>
            <w:gridSpan w:val="6"/>
            <w:vAlign w:val="center"/>
          </w:tcPr>
          <w:p w14:paraId="7E3E4E53" w14:textId="77777777" w:rsidR="00BD5329" w:rsidRDefault="00BD5329" w:rsidP="00BD5329">
            <w:r>
              <w:rPr>
                <w:rFonts w:ascii="Times New Roman" w:hAnsi="Times New Roman" w:cs="Times New Roman"/>
                <w:b/>
                <w:i/>
              </w:rPr>
              <w:t>Юниоры 18-20 лет 75 кг. (Участников: 4 )</w:t>
            </w:r>
          </w:p>
        </w:tc>
      </w:tr>
      <w:tr w:rsidR="00BD5329" w14:paraId="01E657C6" w14:textId="77777777" w:rsidTr="00896395">
        <w:tc>
          <w:tcPr>
            <w:tcW w:w="1020" w:type="dxa"/>
            <w:vAlign w:val="center"/>
          </w:tcPr>
          <w:p w14:paraId="0C2B6F5B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551" w:type="dxa"/>
            <w:vAlign w:val="center"/>
          </w:tcPr>
          <w:p w14:paraId="795BAE8D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Фамилия Имя</w:t>
            </w:r>
          </w:p>
        </w:tc>
        <w:tc>
          <w:tcPr>
            <w:tcW w:w="1417" w:type="dxa"/>
            <w:vAlign w:val="center"/>
          </w:tcPr>
          <w:p w14:paraId="4D4455C7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Дата рожд.</w:t>
            </w:r>
          </w:p>
        </w:tc>
        <w:tc>
          <w:tcPr>
            <w:tcW w:w="1134" w:type="dxa"/>
            <w:vAlign w:val="center"/>
          </w:tcPr>
          <w:p w14:paraId="519B8530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Квалиф.</w:t>
            </w:r>
          </w:p>
        </w:tc>
        <w:tc>
          <w:tcPr>
            <w:tcW w:w="1984" w:type="dxa"/>
            <w:vAlign w:val="center"/>
          </w:tcPr>
          <w:p w14:paraId="565170BB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  <w:tc>
          <w:tcPr>
            <w:tcW w:w="2551" w:type="dxa"/>
            <w:vAlign w:val="center"/>
          </w:tcPr>
          <w:p w14:paraId="0D5E9E2A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ФИО Тренера</w:t>
            </w:r>
          </w:p>
        </w:tc>
      </w:tr>
      <w:tr w:rsidR="00BD5329" w14:paraId="31676A6F" w14:textId="77777777" w:rsidTr="00896395">
        <w:tc>
          <w:tcPr>
            <w:tcW w:w="1020" w:type="dxa"/>
            <w:vAlign w:val="center"/>
          </w:tcPr>
          <w:p w14:paraId="7CC20857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  <w:vAlign w:val="center"/>
          </w:tcPr>
          <w:p w14:paraId="3AC6E167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Зяблицкий Кирилл Алексеевич</w:t>
            </w:r>
          </w:p>
        </w:tc>
        <w:tc>
          <w:tcPr>
            <w:tcW w:w="1417" w:type="dxa"/>
            <w:vAlign w:val="center"/>
          </w:tcPr>
          <w:p w14:paraId="7AC1F745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19-10-2007</w:t>
            </w:r>
          </w:p>
        </w:tc>
        <w:tc>
          <w:tcPr>
            <w:tcW w:w="1134" w:type="dxa"/>
            <w:vAlign w:val="center"/>
          </w:tcPr>
          <w:p w14:paraId="7E37FD83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бр</w:t>
            </w:r>
          </w:p>
        </w:tc>
        <w:tc>
          <w:tcPr>
            <w:tcW w:w="1984" w:type="dxa"/>
            <w:vAlign w:val="center"/>
          </w:tcPr>
          <w:p w14:paraId="450576B6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7DA80226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Тимченко Н.С</w:t>
            </w:r>
          </w:p>
        </w:tc>
      </w:tr>
      <w:tr w:rsidR="00BD5329" w14:paraId="72A0F87E" w14:textId="77777777" w:rsidTr="00896395">
        <w:tc>
          <w:tcPr>
            <w:tcW w:w="1020" w:type="dxa"/>
            <w:vAlign w:val="center"/>
          </w:tcPr>
          <w:p w14:paraId="676AFD43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vAlign w:val="center"/>
          </w:tcPr>
          <w:p w14:paraId="0E82E47C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Шамин Макар Сергеевич</w:t>
            </w:r>
          </w:p>
        </w:tc>
        <w:tc>
          <w:tcPr>
            <w:tcW w:w="1417" w:type="dxa"/>
            <w:vAlign w:val="center"/>
          </w:tcPr>
          <w:p w14:paraId="4E842729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15-08-2008</w:t>
            </w:r>
          </w:p>
        </w:tc>
        <w:tc>
          <w:tcPr>
            <w:tcW w:w="1134" w:type="dxa"/>
            <w:vAlign w:val="center"/>
          </w:tcPr>
          <w:p w14:paraId="3EDF3FFD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15A69C90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33D0F703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Селиверстов Р.В.</w:t>
            </w:r>
          </w:p>
        </w:tc>
      </w:tr>
      <w:tr w:rsidR="00BD5329" w:rsidRPr="006F17CF" w14:paraId="0F446989" w14:textId="77777777" w:rsidTr="00896395">
        <w:tc>
          <w:tcPr>
            <w:tcW w:w="1020" w:type="dxa"/>
            <w:vAlign w:val="center"/>
          </w:tcPr>
          <w:p w14:paraId="2469E1C7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  <w:vAlign w:val="center"/>
          </w:tcPr>
          <w:p w14:paraId="0D074745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Барило Илья Вячеславович</w:t>
            </w:r>
          </w:p>
        </w:tc>
        <w:tc>
          <w:tcPr>
            <w:tcW w:w="1417" w:type="dxa"/>
            <w:vAlign w:val="center"/>
          </w:tcPr>
          <w:p w14:paraId="6B45C97A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22-12-2008</w:t>
            </w:r>
          </w:p>
        </w:tc>
        <w:tc>
          <w:tcPr>
            <w:tcW w:w="1134" w:type="dxa"/>
            <w:vAlign w:val="center"/>
          </w:tcPr>
          <w:p w14:paraId="6F4F3BFD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КМС</w:t>
            </w:r>
          </w:p>
        </w:tc>
        <w:tc>
          <w:tcPr>
            <w:tcW w:w="1984" w:type="dxa"/>
            <w:vAlign w:val="center"/>
          </w:tcPr>
          <w:p w14:paraId="4DBD3DB0" w14:textId="77777777" w:rsidR="00BD5329" w:rsidRDefault="00BD5329" w:rsidP="00BD5329">
            <w:r>
              <w:rPr>
                <w:rFonts w:ascii="Times New Roman" w:hAnsi="Times New Roman" w:cs="Times New Roman"/>
                <w:b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6FF46E9D" w14:textId="77777777" w:rsidR="00BD5329" w:rsidRPr="006F17CF" w:rsidRDefault="00BD5329" w:rsidP="00BD5329">
            <w:pPr>
              <w:rPr>
                <w:lang w:val="ru-RU"/>
              </w:rPr>
            </w:pPr>
            <w:r w:rsidRPr="006F17CF">
              <w:rPr>
                <w:rFonts w:ascii="Times New Roman" w:hAnsi="Times New Roman" w:cs="Times New Roman"/>
                <w:b/>
                <w:lang w:val="ru-RU"/>
              </w:rPr>
              <w:t>Пщеницын А.А., Барило В.В.</w:t>
            </w:r>
          </w:p>
        </w:tc>
      </w:tr>
      <w:tr w:rsidR="00BD5329" w14:paraId="03999FA3" w14:textId="77777777" w:rsidTr="00896395">
        <w:tc>
          <w:tcPr>
            <w:tcW w:w="1020" w:type="dxa"/>
            <w:vAlign w:val="center"/>
          </w:tcPr>
          <w:p w14:paraId="4E9160D8" w14:textId="77777777" w:rsidR="00BD5329" w:rsidRDefault="00BD5329" w:rsidP="00BD5329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vAlign w:val="center"/>
          </w:tcPr>
          <w:p w14:paraId="3A3D2186" w14:textId="77777777" w:rsidR="00BD5329" w:rsidRDefault="00BD5329" w:rsidP="00BD5329">
            <w:r>
              <w:rPr>
                <w:rFonts w:ascii="Times New Roman" w:hAnsi="Times New Roman" w:cs="Times New Roman"/>
              </w:rPr>
              <w:t>Скицан Трофим Максимович</w:t>
            </w:r>
          </w:p>
        </w:tc>
        <w:tc>
          <w:tcPr>
            <w:tcW w:w="1417" w:type="dxa"/>
            <w:vAlign w:val="center"/>
          </w:tcPr>
          <w:p w14:paraId="563BF077" w14:textId="77777777" w:rsidR="00BD5329" w:rsidRDefault="00BD5329" w:rsidP="00BD5329">
            <w:r>
              <w:rPr>
                <w:rFonts w:ascii="Times New Roman" w:hAnsi="Times New Roman" w:cs="Times New Roman"/>
              </w:rPr>
              <w:t>08-08-2007</w:t>
            </w:r>
          </w:p>
        </w:tc>
        <w:tc>
          <w:tcPr>
            <w:tcW w:w="1134" w:type="dxa"/>
            <w:vAlign w:val="center"/>
          </w:tcPr>
          <w:p w14:paraId="5484D674" w14:textId="77777777" w:rsidR="00BD5329" w:rsidRDefault="00BD5329" w:rsidP="00BD5329">
            <w:r>
              <w:rPr>
                <w:rFonts w:ascii="Times New Roman" w:hAnsi="Times New Roman" w:cs="Times New Roman"/>
              </w:rPr>
              <w:t>1р</w:t>
            </w:r>
          </w:p>
        </w:tc>
        <w:tc>
          <w:tcPr>
            <w:tcW w:w="1984" w:type="dxa"/>
            <w:vAlign w:val="center"/>
          </w:tcPr>
          <w:p w14:paraId="0723F616" w14:textId="77777777" w:rsidR="00BD5329" w:rsidRDefault="00BD5329" w:rsidP="00BD5329">
            <w:r>
              <w:rPr>
                <w:rFonts w:ascii="Times New Roman" w:hAnsi="Times New Roman" w:cs="Times New Roman"/>
              </w:rPr>
              <w:t>Алтайский край</w:t>
            </w:r>
          </w:p>
        </w:tc>
        <w:tc>
          <w:tcPr>
            <w:tcW w:w="2551" w:type="dxa"/>
            <w:vAlign w:val="center"/>
          </w:tcPr>
          <w:p w14:paraId="09A46A96" w14:textId="77777777" w:rsidR="00BD5329" w:rsidRDefault="00BD5329" w:rsidP="00BD5329">
            <w:r>
              <w:rPr>
                <w:rFonts w:ascii="Times New Roman" w:hAnsi="Times New Roman" w:cs="Times New Roman"/>
              </w:rPr>
              <w:t>Пшеницын А.А.</w:t>
            </w:r>
          </w:p>
        </w:tc>
      </w:tr>
    </w:tbl>
    <w:p w14:paraId="39D0CCC9" w14:textId="5C4AF33A" w:rsidR="003550F9" w:rsidRDefault="003550F9"/>
    <w:p w14:paraId="4261EB89" w14:textId="4195BD16" w:rsidR="00BA683E" w:rsidRDefault="00BA683E"/>
    <w:p w14:paraId="2883D86C" w14:textId="6512827F" w:rsidR="00BA683E" w:rsidRDefault="00BA683E"/>
    <w:p w14:paraId="1225251F" w14:textId="0F4C7023" w:rsidR="00BA683E" w:rsidRPr="00BA683E" w:rsidRDefault="00BA683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A683E">
        <w:rPr>
          <w:rFonts w:ascii="Times New Roman" w:hAnsi="Times New Roman" w:cs="Times New Roman"/>
          <w:sz w:val="24"/>
          <w:szCs w:val="24"/>
          <w:lang w:val="ru-RU"/>
        </w:rPr>
        <w:t>Главный судья соревнований</w:t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>Д.В. Лежнев</w:t>
      </w:r>
    </w:p>
    <w:p w14:paraId="4FAF0B30" w14:textId="094D19DE" w:rsidR="00BA683E" w:rsidRPr="00BA683E" w:rsidRDefault="00BA683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E5FC90" w14:textId="2B1712E1" w:rsidR="00BA683E" w:rsidRPr="00BA683E" w:rsidRDefault="00BA683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3C113D" w14:textId="0276B035" w:rsidR="00BA683E" w:rsidRPr="00BA683E" w:rsidRDefault="00BA683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A683E">
        <w:rPr>
          <w:rFonts w:ascii="Times New Roman" w:hAnsi="Times New Roman" w:cs="Times New Roman"/>
          <w:sz w:val="24"/>
          <w:szCs w:val="24"/>
          <w:lang w:val="ru-RU"/>
        </w:rPr>
        <w:t>Главный секретарь соревнований</w:t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683E">
        <w:rPr>
          <w:rFonts w:ascii="Times New Roman" w:hAnsi="Times New Roman" w:cs="Times New Roman"/>
          <w:sz w:val="24"/>
          <w:szCs w:val="24"/>
          <w:lang w:val="ru-RU"/>
        </w:rPr>
        <w:t>А.В. Шмельков</w:t>
      </w:r>
    </w:p>
    <w:sectPr w:rsidR="00BA683E" w:rsidRPr="00BA683E" w:rsidSect="00034616">
      <w:headerReference w:type="default" r:id="rId8"/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0D90A" w14:textId="77777777" w:rsidR="00EE6C9F" w:rsidRDefault="00EE6C9F" w:rsidP="00A702B8">
      <w:pPr>
        <w:spacing w:after="0" w:line="240" w:lineRule="auto"/>
      </w:pPr>
      <w:r>
        <w:separator/>
      </w:r>
    </w:p>
  </w:endnote>
  <w:endnote w:type="continuationSeparator" w:id="0">
    <w:p w14:paraId="26BA8005" w14:textId="77777777" w:rsidR="00EE6C9F" w:rsidRDefault="00EE6C9F" w:rsidP="00A70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C608F" w14:textId="77777777" w:rsidR="00EE6C9F" w:rsidRDefault="00EE6C9F" w:rsidP="00A702B8">
      <w:pPr>
        <w:spacing w:after="0" w:line="240" w:lineRule="auto"/>
      </w:pPr>
      <w:r>
        <w:separator/>
      </w:r>
    </w:p>
  </w:footnote>
  <w:footnote w:type="continuationSeparator" w:id="0">
    <w:p w14:paraId="44BC3DEB" w14:textId="77777777" w:rsidR="00EE6C9F" w:rsidRDefault="00EE6C9F" w:rsidP="00A70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3FD1E" w14:textId="617DF194" w:rsidR="00A702B8" w:rsidRPr="00A702B8" w:rsidRDefault="00A702B8" w:rsidP="00A702B8">
    <w:pPr>
      <w:pStyle w:val="a5"/>
      <w:jc w:val="center"/>
      <w:rPr>
        <w:rFonts w:ascii="Times New Roman" w:hAnsi="Times New Roman" w:cs="Times New Roman"/>
        <w:b/>
        <w:bCs/>
        <w:sz w:val="28"/>
        <w:szCs w:val="28"/>
        <w:lang w:val="ru-RU"/>
      </w:rPr>
    </w:pPr>
    <w:r w:rsidRPr="00A702B8">
      <w:rPr>
        <w:rFonts w:ascii="Times New Roman" w:hAnsi="Times New Roman" w:cs="Times New Roman"/>
        <w:b/>
        <w:bCs/>
        <w:sz w:val="28"/>
        <w:szCs w:val="28"/>
        <w:lang w:val="ru-RU"/>
      </w:rPr>
      <w:t>Министерство спорта Алтайского края</w:t>
    </w:r>
  </w:p>
  <w:p w14:paraId="37A9A53D" w14:textId="6F36F0C6" w:rsidR="00A702B8" w:rsidRPr="00A702B8" w:rsidRDefault="00A702B8" w:rsidP="00A702B8">
    <w:pPr>
      <w:pStyle w:val="a5"/>
      <w:jc w:val="center"/>
      <w:rPr>
        <w:rFonts w:ascii="Times New Roman" w:hAnsi="Times New Roman" w:cs="Times New Roman"/>
        <w:b/>
        <w:bCs/>
        <w:sz w:val="28"/>
        <w:szCs w:val="28"/>
        <w:lang w:val="ru-RU"/>
      </w:rPr>
    </w:pPr>
    <w:r w:rsidRPr="00A702B8">
      <w:rPr>
        <w:rFonts w:ascii="Times New Roman" w:hAnsi="Times New Roman" w:cs="Times New Roman"/>
        <w:b/>
        <w:bCs/>
        <w:sz w:val="28"/>
        <w:szCs w:val="28"/>
        <w:lang w:val="ru-RU"/>
      </w:rPr>
      <w:t>Федерация каратэ Алтайского края</w:t>
    </w:r>
  </w:p>
  <w:p w14:paraId="77A06A49" w14:textId="02E04DCF" w:rsidR="00A702B8" w:rsidRPr="00A702B8" w:rsidRDefault="00A702B8" w:rsidP="00A702B8">
    <w:pPr>
      <w:pStyle w:val="a5"/>
      <w:jc w:val="center"/>
      <w:rPr>
        <w:rFonts w:ascii="Times New Roman" w:hAnsi="Times New Roman" w:cs="Times New Roman"/>
        <w:b/>
        <w:bCs/>
        <w:sz w:val="28"/>
        <w:szCs w:val="28"/>
        <w:lang w:val="ru-RU"/>
      </w:rPr>
    </w:pPr>
    <w:r w:rsidRPr="00A702B8">
      <w:rPr>
        <w:rFonts w:ascii="Times New Roman" w:hAnsi="Times New Roman" w:cs="Times New Roman"/>
        <w:b/>
        <w:bCs/>
        <w:sz w:val="28"/>
        <w:szCs w:val="28"/>
        <w:lang w:val="ru-RU"/>
      </w:rPr>
      <w:t>Первенство Алтайского края по каратэ</w:t>
    </w:r>
  </w:p>
  <w:p w14:paraId="7215C335" w14:textId="47EEAD42" w:rsidR="00A702B8" w:rsidRPr="00A702B8" w:rsidRDefault="00A702B8">
    <w:pPr>
      <w:pStyle w:val="a5"/>
      <w:rPr>
        <w:rFonts w:ascii="Times New Roman" w:hAnsi="Times New Roman" w:cs="Times New Roman"/>
        <w:lang w:val="ru-RU"/>
      </w:rPr>
    </w:pPr>
  </w:p>
  <w:p w14:paraId="2A79A833" w14:textId="79A973EE" w:rsidR="00A702B8" w:rsidRPr="00A702B8" w:rsidRDefault="00A702B8" w:rsidP="00A702B8">
    <w:pPr>
      <w:pStyle w:val="a5"/>
      <w:tabs>
        <w:tab w:val="clear" w:pos="9360"/>
      </w:tabs>
      <w:rPr>
        <w:rFonts w:ascii="Times New Roman" w:hAnsi="Times New Roman" w:cs="Times New Roman"/>
        <w:sz w:val="24"/>
        <w:szCs w:val="24"/>
        <w:lang w:val="ru-RU"/>
      </w:rPr>
    </w:pPr>
    <w:r w:rsidRPr="00A702B8">
      <w:rPr>
        <w:rFonts w:ascii="Times New Roman" w:hAnsi="Times New Roman" w:cs="Times New Roman"/>
        <w:sz w:val="24"/>
        <w:szCs w:val="24"/>
        <w:lang w:val="ru-RU"/>
      </w:rPr>
      <w:t>г. Бийск</w:t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</w:r>
    <w:r w:rsidRPr="00A702B8">
      <w:rPr>
        <w:rFonts w:ascii="Times New Roman" w:hAnsi="Times New Roman" w:cs="Times New Roman"/>
        <w:sz w:val="24"/>
        <w:szCs w:val="24"/>
        <w:lang w:val="ru-RU"/>
      </w:rPr>
      <w:tab/>
      <w:t>03.10.2026 г.</w:t>
    </w:r>
  </w:p>
  <w:p w14:paraId="2E8E747F" w14:textId="77777777" w:rsidR="00A702B8" w:rsidRPr="00A702B8" w:rsidRDefault="00A702B8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4D88"/>
    <w:rsid w:val="0029639D"/>
    <w:rsid w:val="00326F90"/>
    <w:rsid w:val="003550F9"/>
    <w:rsid w:val="00365695"/>
    <w:rsid w:val="006F17CF"/>
    <w:rsid w:val="00A702B8"/>
    <w:rsid w:val="00AA1D8D"/>
    <w:rsid w:val="00B47730"/>
    <w:rsid w:val="00BA683E"/>
    <w:rsid w:val="00BD5329"/>
    <w:rsid w:val="00CB0664"/>
    <w:rsid w:val="00D24177"/>
    <w:rsid w:val="00DF108A"/>
    <w:rsid w:val="00E33215"/>
    <w:rsid w:val="00EE6C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5CD48"/>
  <w14:defaultImageDpi w14:val="300"/>
  <w15:docId w15:val="{74F499DE-317B-482A-9D9A-E66318F6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3600</Words>
  <Characters>20526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Кирилл Матвеев</cp:lastModifiedBy>
  <cp:revision>9</cp:revision>
  <dcterms:created xsi:type="dcterms:W3CDTF">2026-10-05T10:53:00Z</dcterms:created>
  <dcterms:modified xsi:type="dcterms:W3CDTF">2026-10-05T11:10:00Z</dcterms:modified>
  <cp:category/>
</cp:coreProperties>
</file>